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18129B" w14:textId="3FCAD8CB" w:rsidR="00C2333B" w:rsidRDefault="00C2333B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105662349"/>
      <w:bookmarkStart w:id="1" w:name="_GoBack"/>
      <w:bookmarkEnd w:id="1"/>
      <w:r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 wp14:anchorId="29225D42" wp14:editId="52E55844">
            <wp:extent cx="5940425" cy="8175364"/>
            <wp:effectExtent l="0" t="0" r="3175" b="0"/>
            <wp:docPr id="1" name="Рисунок 1" descr="C:\Users\Matrix\Pictures\2023-10-2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8132D" w14:textId="77777777" w:rsidR="00C2333B" w:rsidRDefault="00C2333B" w:rsidP="00C2333B"/>
    <w:p w14:paraId="70848374" w14:textId="77777777" w:rsidR="00C2333B" w:rsidRDefault="00C2333B" w:rsidP="00C2333B"/>
    <w:p w14:paraId="26B3FEBD" w14:textId="77777777" w:rsidR="00C2333B" w:rsidRDefault="00C2333B" w:rsidP="00C2333B"/>
    <w:p w14:paraId="62406D67" w14:textId="77777777" w:rsidR="00C2333B" w:rsidRPr="00C2333B" w:rsidRDefault="00C2333B" w:rsidP="00C2333B"/>
    <w:p w14:paraId="5CB1F2F7" w14:textId="77777777" w:rsidR="00C2333B" w:rsidRDefault="00C2333B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6BDAA41C" w14:textId="7D352E9F" w:rsidR="0097508E" w:rsidRPr="000127C1" w:rsidRDefault="0097508E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0127C1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  <w:bookmarkEnd w:id="0"/>
    </w:p>
    <w:p w14:paraId="3DD6A87A" w14:textId="38A32AE3" w:rsidR="008071E0" w:rsidRPr="000127C1" w:rsidRDefault="003F7F57" w:rsidP="000127C1">
      <w:pPr>
        <w:widowControl w:val="0"/>
        <w:autoSpaceDE w:val="0"/>
        <w:autoSpaceDN w:val="0"/>
        <w:ind w:firstLine="709"/>
        <w:jc w:val="both"/>
        <w:rPr>
          <w:lang w:eastAsia="en-US"/>
        </w:rPr>
      </w:pPr>
      <w:r w:rsidRPr="000127C1">
        <w:rPr>
          <w:lang w:eastAsia="en-US"/>
        </w:rPr>
        <w:t>Р</w:t>
      </w:r>
      <w:r w:rsidR="008071E0" w:rsidRPr="000127C1">
        <w:rPr>
          <w:lang w:eastAsia="en-US"/>
        </w:rPr>
        <w:t>абочая программа учебного предмета «Государственный (татарский) язык Республики Татарстан» для 5–9 классов основного общего образования (далее – Программа)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«Государственный (татарский) язык Республики Татарстан».</w:t>
      </w:r>
    </w:p>
    <w:p w14:paraId="4468D442" w14:textId="77777777" w:rsidR="00636823" w:rsidRPr="000127C1" w:rsidRDefault="00636823" w:rsidP="000127C1">
      <w:pPr>
        <w:pStyle w:val="a5"/>
        <w:tabs>
          <w:tab w:val="left" w:pos="1134"/>
        </w:tabs>
        <w:spacing w:after="0" w:line="240" w:lineRule="auto"/>
        <w:ind w:left="0" w:firstLine="709"/>
        <w:rPr>
          <w:sz w:val="24"/>
          <w:szCs w:val="24"/>
        </w:rPr>
      </w:pPr>
      <w:bookmarkStart w:id="2" w:name="_Hlk102655413"/>
      <w:r w:rsidRPr="000127C1">
        <w:rPr>
          <w:sz w:val="24"/>
          <w:szCs w:val="24"/>
        </w:rPr>
        <w:t>Программа разработана на основе следующих нормативно-правовых документов:</w:t>
      </w:r>
    </w:p>
    <w:p w14:paraId="100AE3C2" w14:textId="77777777" w:rsidR="00636823" w:rsidRPr="000127C1" w:rsidRDefault="00636823" w:rsidP="000127C1">
      <w:pPr>
        <w:numPr>
          <w:ilvl w:val="0"/>
          <w:numId w:val="91"/>
        </w:numPr>
        <w:tabs>
          <w:tab w:val="left" w:pos="1134"/>
        </w:tabs>
        <w:ind w:left="0" w:firstLine="709"/>
        <w:contextualSpacing/>
        <w:jc w:val="both"/>
        <w:rPr>
          <w:rFonts w:eastAsia="Calibri"/>
        </w:rPr>
      </w:pPr>
      <w:bookmarkStart w:id="3" w:name="_Hlk102556993"/>
      <w:r w:rsidRPr="000127C1">
        <w:rPr>
          <w:rFonts w:eastAsia="Calibri"/>
        </w:rPr>
        <w:t>Конституция Российской Федерации;</w:t>
      </w:r>
    </w:p>
    <w:p w14:paraId="0CD03CA8" w14:textId="77777777" w:rsidR="00636823" w:rsidRPr="000127C1" w:rsidRDefault="00636823" w:rsidP="000127C1">
      <w:pPr>
        <w:numPr>
          <w:ilvl w:val="0"/>
          <w:numId w:val="91"/>
        </w:numPr>
        <w:tabs>
          <w:tab w:val="left" w:pos="709"/>
          <w:tab w:val="left" w:pos="1134"/>
        </w:tabs>
        <w:ind w:left="0" w:firstLine="709"/>
        <w:contextualSpacing/>
        <w:jc w:val="both"/>
        <w:rPr>
          <w:rFonts w:eastAsia="Calibri"/>
        </w:rPr>
      </w:pPr>
      <w:r w:rsidRPr="000127C1">
        <w:rPr>
          <w:rFonts w:eastAsia="Calibri"/>
        </w:rPr>
        <w:t>Федеральный закон от 29 декабря 2012 г. № 273-ФЗ «Об образовании в Российской Федерации» (с изменениями и дополнениями);</w:t>
      </w:r>
    </w:p>
    <w:p w14:paraId="2BB3AED5" w14:textId="77777777" w:rsidR="00636823" w:rsidRPr="000127C1" w:rsidRDefault="00636823" w:rsidP="000127C1">
      <w:pPr>
        <w:pStyle w:val="a5"/>
        <w:numPr>
          <w:ilvl w:val="0"/>
          <w:numId w:val="91"/>
        </w:numPr>
        <w:tabs>
          <w:tab w:val="left" w:pos="1134"/>
        </w:tabs>
        <w:suppressAutoHyphens/>
        <w:spacing w:after="0" w:line="240" w:lineRule="auto"/>
        <w:ind w:left="0" w:firstLine="709"/>
        <w:contextualSpacing w:val="0"/>
        <w:rPr>
          <w:sz w:val="24"/>
          <w:szCs w:val="24"/>
        </w:rPr>
      </w:pPr>
      <w:r w:rsidRPr="000127C1">
        <w:rPr>
          <w:sz w:val="24"/>
          <w:szCs w:val="24"/>
        </w:rPr>
        <w:t>Закон Российской Федерации от 25 октября 1991 г. № 1807-1 «О языках народов Российской Федерации» (</w:t>
      </w:r>
      <w:r w:rsidRPr="000127C1">
        <w:rPr>
          <w:rFonts w:eastAsia="Calibri"/>
          <w:sz w:val="24"/>
          <w:szCs w:val="24"/>
        </w:rPr>
        <w:t>с изменениями и дополнениями</w:t>
      </w:r>
      <w:r w:rsidRPr="000127C1">
        <w:rPr>
          <w:sz w:val="24"/>
          <w:szCs w:val="24"/>
        </w:rPr>
        <w:t>);</w:t>
      </w:r>
    </w:p>
    <w:p w14:paraId="2746E4E4" w14:textId="12CF48CF" w:rsidR="00636823" w:rsidRPr="000127C1" w:rsidRDefault="00636823" w:rsidP="000127C1">
      <w:pPr>
        <w:numPr>
          <w:ilvl w:val="0"/>
          <w:numId w:val="91"/>
        </w:numPr>
        <w:tabs>
          <w:tab w:val="left" w:pos="709"/>
          <w:tab w:val="left" w:pos="1134"/>
        </w:tabs>
        <w:ind w:left="0" w:firstLine="709"/>
        <w:contextualSpacing/>
        <w:jc w:val="both"/>
        <w:rPr>
          <w:rFonts w:eastAsia="Calibri"/>
        </w:rPr>
      </w:pPr>
      <w:r w:rsidRPr="000127C1">
        <w:t>Федеральный государственный образовательный стандарт основного общего образования (утвержденный приказом Министерства просвещения Российской Федерации от 31 мая 2021 г. № 28</w:t>
      </w:r>
      <w:r w:rsidR="00055FEC" w:rsidRPr="000127C1">
        <w:t>7</w:t>
      </w:r>
      <w:r w:rsidRPr="000127C1">
        <w:t>)</w:t>
      </w:r>
      <w:r w:rsidRPr="000127C1">
        <w:rPr>
          <w:rFonts w:eastAsia="Calibri"/>
          <w:color w:val="000000"/>
        </w:rPr>
        <w:t>;</w:t>
      </w:r>
    </w:p>
    <w:p w14:paraId="586B9B28" w14:textId="77777777" w:rsidR="002252CB" w:rsidRPr="000127C1" w:rsidRDefault="002252CB" w:rsidP="000127C1">
      <w:pPr>
        <w:pStyle w:val="a5"/>
        <w:numPr>
          <w:ilvl w:val="0"/>
          <w:numId w:val="91"/>
        </w:numPr>
        <w:spacing w:after="0" w:line="240" w:lineRule="auto"/>
        <w:ind w:left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Федеральная образовательная программа основного общего образования (Утверждена приказом Минпросвещения России от 18.05.2023 под №370).</w:t>
      </w:r>
    </w:p>
    <w:p w14:paraId="3CD8E06D" w14:textId="19EFC325" w:rsidR="00636823" w:rsidRPr="000127C1" w:rsidRDefault="00636823" w:rsidP="000127C1">
      <w:pPr>
        <w:numPr>
          <w:ilvl w:val="0"/>
          <w:numId w:val="91"/>
        </w:numPr>
        <w:tabs>
          <w:tab w:val="left" w:pos="709"/>
          <w:tab w:val="left" w:pos="1134"/>
        </w:tabs>
        <w:ind w:left="0" w:firstLine="709"/>
        <w:contextualSpacing/>
        <w:jc w:val="both"/>
      </w:pPr>
      <w:r w:rsidRPr="000127C1">
        <w:t>Примерная программа воспитания (одобрена решением федерального учебно-методического объединения по общему образованию, протокол №2</w:t>
      </w:r>
      <w:r w:rsidR="00055FEC" w:rsidRPr="000127C1">
        <w:t xml:space="preserve"> / </w:t>
      </w:r>
      <w:r w:rsidRPr="000127C1">
        <w:t>220 от 2 июня 2020 г.);</w:t>
      </w:r>
    </w:p>
    <w:p w14:paraId="67268744" w14:textId="77777777" w:rsidR="00636823" w:rsidRPr="000127C1" w:rsidRDefault="00636823" w:rsidP="000127C1">
      <w:pPr>
        <w:numPr>
          <w:ilvl w:val="0"/>
          <w:numId w:val="91"/>
        </w:numPr>
        <w:tabs>
          <w:tab w:val="left" w:pos="709"/>
          <w:tab w:val="left" w:pos="1134"/>
        </w:tabs>
        <w:ind w:left="0" w:firstLine="709"/>
        <w:contextualSpacing/>
        <w:jc w:val="both"/>
      </w:pPr>
      <w:r w:rsidRPr="000127C1">
        <w:t>Концепция преподавания родных языков народов России (утверждена решением коллегии министерства просвещения РФ от 1 октября 2019 года № ПК-3ВН).</w:t>
      </w:r>
    </w:p>
    <w:bookmarkEnd w:id="3"/>
    <w:p w14:paraId="79A00988" w14:textId="31D2758E" w:rsidR="002A3B57" w:rsidRPr="000127C1" w:rsidRDefault="0022360F" w:rsidP="000127C1">
      <w:pPr>
        <w:pStyle w:val="a5"/>
        <w:widowControl w:val="0"/>
        <w:numPr>
          <w:ilvl w:val="0"/>
          <w:numId w:val="9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>Конституци</w:t>
      </w:r>
      <w:r w:rsidR="00636823" w:rsidRPr="000127C1">
        <w:rPr>
          <w:color w:val="auto"/>
          <w:sz w:val="24"/>
          <w:szCs w:val="24"/>
          <w:lang w:eastAsia="en-US"/>
        </w:rPr>
        <w:t>я</w:t>
      </w:r>
      <w:r w:rsidRPr="000127C1">
        <w:rPr>
          <w:color w:val="auto"/>
          <w:sz w:val="24"/>
          <w:szCs w:val="24"/>
          <w:lang w:eastAsia="en-US"/>
        </w:rPr>
        <w:t xml:space="preserve"> Республики Татарстан от 6 ноября 1992 г. (с</w:t>
      </w:r>
      <w:r w:rsidR="00636823" w:rsidRPr="000127C1">
        <w:rPr>
          <w:color w:val="auto"/>
          <w:sz w:val="24"/>
          <w:szCs w:val="24"/>
          <w:lang w:eastAsia="en-US"/>
        </w:rPr>
        <w:t xml:space="preserve"> </w:t>
      </w:r>
      <w:r w:rsidRPr="000127C1">
        <w:rPr>
          <w:color w:val="auto"/>
          <w:sz w:val="24"/>
          <w:szCs w:val="24"/>
          <w:lang w:eastAsia="en-US"/>
        </w:rPr>
        <w:t>изменениями и дополнениями)</w:t>
      </w:r>
      <w:r w:rsidR="002A3B57" w:rsidRPr="000127C1">
        <w:rPr>
          <w:color w:val="auto"/>
          <w:sz w:val="24"/>
          <w:szCs w:val="24"/>
          <w:lang w:eastAsia="en-US"/>
        </w:rPr>
        <w:t>;</w:t>
      </w:r>
    </w:p>
    <w:p w14:paraId="48C2237F" w14:textId="71F49E73" w:rsidR="0022360F" w:rsidRPr="000127C1" w:rsidRDefault="0022360F" w:rsidP="000127C1">
      <w:pPr>
        <w:pStyle w:val="a5"/>
        <w:widowControl w:val="0"/>
        <w:numPr>
          <w:ilvl w:val="0"/>
          <w:numId w:val="9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 xml:space="preserve">Закон Республики Татарстан </w:t>
      </w:r>
      <w:r w:rsidR="002A3B57" w:rsidRPr="000127C1">
        <w:rPr>
          <w:color w:val="auto"/>
          <w:sz w:val="24"/>
          <w:szCs w:val="24"/>
          <w:lang w:eastAsia="en-US"/>
        </w:rPr>
        <w:t>«</w:t>
      </w:r>
      <w:r w:rsidRPr="000127C1">
        <w:rPr>
          <w:color w:val="auto"/>
          <w:sz w:val="24"/>
          <w:szCs w:val="24"/>
          <w:lang w:eastAsia="en-US"/>
        </w:rPr>
        <w:t xml:space="preserve">О языках народов Республики </w:t>
      </w:r>
      <w:r w:rsidR="002A3B57" w:rsidRPr="000127C1">
        <w:rPr>
          <w:color w:val="auto"/>
          <w:sz w:val="24"/>
          <w:szCs w:val="24"/>
          <w:lang w:eastAsia="en-US"/>
        </w:rPr>
        <w:t>Т</w:t>
      </w:r>
      <w:r w:rsidRPr="000127C1">
        <w:rPr>
          <w:color w:val="auto"/>
          <w:sz w:val="24"/>
          <w:szCs w:val="24"/>
          <w:lang w:eastAsia="en-US"/>
        </w:rPr>
        <w:t>атарстан</w:t>
      </w:r>
      <w:r w:rsidR="002A3B57" w:rsidRPr="000127C1">
        <w:rPr>
          <w:color w:val="auto"/>
          <w:sz w:val="24"/>
          <w:szCs w:val="24"/>
          <w:lang w:eastAsia="en-US"/>
        </w:rPr>
        <w:t>»</w:t>
      </w:r>
      <w:r w:rsidRPr="000127C1">
        <w:rPr>
          <w:color w:val="auto"/>
          <w:sz w:val="24"/>
          <w:szCs w:val="24"/>
          <w:lang w:eastAsia="en-US"/>
        </w:rPr>
        <w:t xml:space="preserve"> от июля 1992 года №1560-</w:t>
      </w:r>
      <w:r w:rsidRPr="000127C1">
        <w:rPr>
          <w:color w:val="auto"/>
          <w:sz w:val="24"/>
          <w:szCs w:val="24"/>
          <w:lang w:val="en-US" w:eastAsia="en-US"/>
        </w:rPr>
        <w:t>XII</w:t>
      </w:r>
      <w:r w:rsidRPr="000127C1">
        <w:rPr>
          <w:color w:val="auto"/>
          <w:sz w:val="24"/>
          <w:szCs w:val="24"/>
          <w:lang w:eastAsia="en-US"/>
        </w:rPr>
        <w:t>;</w:t>
      </w:r>
    </w:p>
    <w:p w14:paraId="5AD8A9C2" w14:textId="506FA820" w:rsidR="0022360F" w:rsidRPr="000127C1" w:rsidRDefault="0022360F" w:rsidP="000127C1">
      <w:pPr>
        <w:pStyle w:val="a5"/>
        <w:widowControl w:val="0"/>
        <w:numPr>
          <w:ilvl w:val="0"/>
          <w:numId w:val="91"/>
        </w:numPr>
        <w:tabs>
          <w:tab w:val="left" w:pos="1134"/>
        </w:tabs>
        <w:autoSpaceDE w:val="0"/>
        <w:autoSpaceDN w:val="0"/>
        <w:spacing w:after="0" w:line="240" w:lineRule="auto"/>
        <w:ind w:left="0" w:firstLine="709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 xml:space="preserve">Закон Республики Татарстан от 12 января 2013 года №1-ЗРТ </w:t>
      </w:r>
      <w:r w:rsidR="002A3B57" w:rsidRPr="000127C1">
        <w:rPr>
          <w:color w:val="auto"/>
          <w:sz w:val="24"/>
          <w:szCs w:val="24"/>
          <w:lang w:eastAsia="en-US"/>
        </w:rPr>
        <w:t>«</w:t>
      </w:r>
      <w:r w:rsidRPr="000127C1">
        <w:rPr>
          <w:color w:val="auto"/>
          <w:sz w:val="24"/>
          <w:szCs w:val="24"/>
          <w:lang w:eastAsia="en-US"/>
        </w:rPr>
        <w:t>Об использовании татарского языка как государственного языка Республики Татарстан</w:t>
      </w:r>
      <w:r w:rsidR="002A3B57" w:rsidRPr="000127C1">
        <w:rPr>
          <w:color w:val="auto"/>
          <w:sz w:val="24"/>
          <w:szCs w:val="24"/>
          <w:lang w:eastAsia="en-US"/>
        </w:rPr>
        <w:t>»</w:t>
      </w:r>
      <w:r w:rsidR="00F14BCA" w:rsidRPr="000127C1">
        <w:rPr>
          <w:color w:val="auto"/>
          <w:sz w:val="24"/>
          <w:szCs w:val="24"/>
          <w:lang w:eastAsia="en-US"/>
        </w:rPr>
        <w:t>.</w:t>
      </w:r>
    </w:p>
    <w:p w14:paraId="03A525BA" w14:textId="121C8CB1" w:rsidR="00055FEC" w:rsidRPr="000127C1" w:rsidRDefault="00055FEC" w:rsidP="000127C1">
      <w:pPr>
        <w:ind w:firstLine="709"/>
        <w:jc w:val="both"/>
        <w:rPr>
          <w:lang w:eastAsia="en-US"/>
        </w:rPr>
      </w:pPr>
      <w:r w:rsidRPr="000127C1">
        <w:rPr>
          <w:lang w:eastAsia="en-US"/>
        </w:rPr>
        <w:t xml:space="preserve">Учебный предмет «Государственный (татарский) язык Республики Татарстан» изучается в государственных и муниципальных образовательных организациях, расположенных на территории Республики Татарстан в соответствии с законодательством Республики Татарстан и федеральным государственным образовательным стандартом основного общего образования (далее – ФГОС ООО) в рамках предметной области «Родной язык и </w:t>
      </w:r>
      <w:r w:rsidR="008745D0" w:rsidRPr="000127C1">
        <w:rPr>
          <w:lang w:val="tt-RU"/>
        </w:rPr>
        <w:t>родная литература</w:t>
      </w:r>
      <w:r w:rsidRPr="000127C1">
        <w:rPr>
          <w:lang w:eastAsia="en-US"/>
        </w:rPr>
        <w:t>» по заявлениям родителей (законных представителей) несовершеннолетних обучающихся.</w:t>
      </w:r>
    </w:p>
    <w:p w14:paraId="3F81BAA6" w14:textId="7AFB4D21" w:rsidR="008071E0" w:rsidRPr="000127C1" w:rsidRDefault="008071E0" w:rsidP="000127C1">
      <w:pPr>
        <w:pStyle w:val="afa"/>
        <w:tabs>
          <w:tab w:val="left" w:pos="1134"/>
        </w:tabs>
        <w:ind w:left="0" w:firstLine="709"/>
        <w:rPr>
          <w:rFonts w:ascii="Times New Roman" w:hAnsi="Times New Roman" w:cs="Times New Roman"/>
          <w:sz w:val="24"/>
          <w:szCs w:val="24"/>
        </w:rPr>
      </w:pPr>
      <w:r w:rsidRPr="000127C1">
        <w:rPr>
          <w:rFonts w:ascii="Times New Roman" w:hAnsi="Times New Roman" w:cs="Times New Roman"/>
          <w:sz w:val="24"/>
          <w:szCs w:val="24"/>
        </w:rPr>
        <w:t xml:space="preserve">В основе Программы лежит системно-деятельностный подход, являющийся методологией </w:t>
      </w:r>
      <w:r w:rsidR="00055FEC" w:rsidRPr="000127C1">
        <w:rPr>
          <w:rFonts w:ascii="Times New Roman" w:hAnsi="Times New Roman" w:cs="Times New Roman"/>
          <w:sz w:val="24"/>
          <w:szCs w:val="24"/>
        </w:rPr>
        <w:t>ф</w:t>
      </w:r>
      <w:r w:rsidR="00636823" w:rsidRPr="000127C1">
        <w:rPr>
          <w:rFonts w:ascii="Times New Roman" w:hAnsi="Times New Roman" w:cs="Times New Roman"/>
          <w:sz w:val="24"/>
          <w:szCs w:val="24"/>
        </w:rPr>
        <w:t>едерального государственного образовательного стандарта</w:t>
      </w:r>
      <w:r w:rsidRPr="000127C1">
        <w:rPr>
          <w:rFonts w:ascii="Times New Roman" w:hAnsi="Times New Roman" w:cs="Times New Roman"/>
          <w:sz w:val="24"/>
          <w:szCs w:val="24"/>
        </w:rPr>
        <w:t>. Программа ориентирована на целевые приоритеты, сформулированные в Примерной программе воспитания, и может служить ориентиром для составления рабочих программ по учебному предмету «Государственный (татарский) язык Республики Татарстан».</w:t>
      </w:r>
      <w:r w:rsidR="001F2845" w:rsidRPr="000127C1">
        <w:rPr>
          <w:rFonts w:ascii="Times New Roman" w:hAnsi="Times New Roman" w:cs="Times New Roman"/>
          <w:sz w:val="24"/>
          <w:szCs w:val="24"/>
        </w:rPr>
        <w:t xml:space="preserve"> Авторы рабочих программ могут предложить собственный подход к структурированию учебного материала, определению последовательности его изучения, распределению часов по разделам и темам.</w:t>
      </w:r>
    </w:p>
    <w:bookmarkEnd w:id="2"/>
    <w:p w14:paraId="610C9A3A" w14:textId="00C852AA" w:rsidR="006835A1" w:rsidRPr="000127C1" w:rsidRDefault="006835A1" w:rsidP="000127C1">
      <w:pPr>
        <w:ind w:firstLine="709"/>
        <w:jc w:val="both"/>
        <w:rPr>
          <w:b/>
        </w:rPr>
      </w:pPr>
      <w:r w:rsidRPr="000127C1">
        <w:rPr>
          <w:bCs/>
        </w:rPr>
        <w:t xml:space="preserve">В </w:t>
      </w:r>
      <w:r w:rsidR="00291A74" w:rsidRPr="000127C1">
        <w:rPr>
          <w:bCs/>
        </w:rPr>
        <w:t>Программе</w:t>
      </w:r>
      <w:r w:rsidRPr="000127C1">
        <w:rPr>
          <w:bCs/>
        </w:rPr>
        <w:t xml:space="preserve"> предусмотрено дальнейшее развитие всех речевых умений и овладение языковыми средствами, представленными в </w:t>
      </w:r>
      <w:r w:rsidR="008E453E" w:rsidRPr="000127C1">
        <w:rPr>
          <w:bCs/>
        </w:rPr>
        <w:t>п</w:t>
      </w:r>
      <w:r w:rsidRPr="000127C1">
        <w:rPr>
          <w:bCs/>
        </w:rPr>
        <w:t>римерн</w:t>
      </w:r>
      <w:r w:rsidR="00B1402F" w:rsidRPr="000127C1">
        <w:rPr>
          <w:bCs/>
          <w:lang w:val="tt-RU"/>
        </w:rPr>
        <w:t>о</w:t>
      </w:r>
      <w:r w:rsidR="00B1402F" w:rsidRPr="000127C1">
        <w:rPr>
          <w:bCs/>
        </w:rPr>
        <w:t>й</w:t>
      </w:r>
      <w:r w:rsidRPr="000127C1">
        <w:rPr>
          <w:bCs/>
        </w:rPr>
        <w:t xml:space="preserve"> рабоч</w:t>
      </w:r>
      <w:r w:rsidR="00B1402F" w:rsidRPr="000127C1">
        <w:rPr>
          <w:bCs/>
        </w:rPr>
        <w:t>ей</w:t>
      </w:r>
      <w:r w:rsidRPr="000127C1">
        <w:rPr>
          <w:bCs/>
        </w:rPr>
        <w:t xml:space="preserve"> программ</w:t>
      </w:r>
      <w:r w:rsidR="00B1402F" w:rsidRPr="000127C1">
        <w:rPr>
          <w:bCs/>
        </w:rPr>
        <w:t>е</w:t>
      </w:r>
      <w:r w:rsidRPr="000127C1">
        <w:rPr>
          <w:bCs/>
        </w:rPr>
        <w:t xml:space="preserve"> начального общего образования, что обеспечивает преемственность между этапами школьного образования по </w:t>
      </w:r>
      <w:r w:rsidR="00B1402F" w:rsidRPr="000127C1">
        <w:rPr>
          <w:bCs/>
        </w:rPr>
        <w:t xml:space="preserve">татарскому </w:t>
      </w:r>
      <w:r w:rsidRPr="000127C1">
        <w:rPr>
          <w:bCs/>
        </w:rPr>
        <w:t>языку</w:t>
      </w:r>
      <w:r w:rsidR="00CF1F60" w:rsidRPr="000127C1">
        <w:rPr>
          <w:bCs/>
        </w:rPr>
        <w:t>.</w:t>
      </w:r>
    </w:p>
    <w:p w14:paraId="3B8597BC" w14:textId="77777777" w:rsidR="0097508E" w:rsidRPr="000127C1" w:rsidRDefault="00CF1F60" w:rsidP="000127C1">
      <w:pPr>
        <w:pStyle w:val="1"/>
        <w:spacing w:before="0"/>
        <w:jc w:val="both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4" w:name="_Toc105662350"/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Общая характеристика учебного предмета «</w:t>
      </w:r>
      <w:r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>Государственный (татарский) язык Республики Татарстан</w:t>
      </w:r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»</w:t>
      </w:r>
      <w:bookmarkEnd w:id="4"/>
    </w:p>
    <w:p w14:paraId="0F1ADA05" w14:textId="77777777" w:rsidR="0086646D" w:rsidRPr="000127C1" w:rsidRDefault="00104E36" w:rsidP="000127C1">
      <w:pPr>
        <w:ind w:firstLine="709"/>
        <w:jc w:val="both"/>
      </w:pPr>
      <w:r w:rsidRPr="000127C1">
        <w:rPr>
          <w:lang w:val="tt-RU"/>
        </w:rPr>
        <w:t xml:space="preserve">Языки народов России – это общая ценность, основа российского языкового многообразия. </w:t>
      </w:r>
      <w:r w:rsidR="00E55BD1" w:rsidRPr="000127C1">
        <w:t xml:space="preserve">Изучение татарского языка </w:t>
      </w:r>
      <w:r w:rsidR="00AB1F3C" w:rsidRPr="000127C1">
        <w:t>как государст</w:t>
      </w:r>
      <w:r w:rsidR="00E55BD1" w:rsidRPr="000127C1">
        <w:t>в</w:t>
      </w:r>
      <w:r w:rsidR="00AB1F3C" w:rsidRPr="000127C1">
        <w:t>енного языка Р</w:t>
      </w:r>
      <w:r w:rsidR="00E55BD1" w:rsidRPr="000127C1">
        <w:t xml:space="preserve">еспублики </w:t>
      </w:r>
      <w:r w:rsidR="0047108E" w:rsidRPr="000127C1">
        <w:rPr>
          <w:rFonts w:eastAsia="Calibri"/>
        </w:rPr>
        <w:t xml:space="preserve">Татарстан </w:t>
      </w:r>
      <w:r w:rsidR="00AB1F3C" w:rsidRPr="000127C1">
        <w:rPr>
          <w:rFonts w:eastAsia="Calibri"/>
        </w:rPr>
        <w:t xml:space="preserve">в </w:t>
      </w:r>
      <w:r w:rsidR="00AB1F3C" w:rsidRPr="000127C1">
        <w:t xml:space="preserve">общеобразовательных организациях </w:t>
      </w:r>
      <w:r w:rsidR="00E55BD1" w:rsidRPr="000127C1">
        <w:t>с</w:t>
      </w:r>
      <w:r w:rsidR="0047108E" w:rsidRPr="000127C1">
        <w:t xml:space="preserve">пособствует духовному сближению </w:t>
      </w:r>
      <w:r w:rsidR="00E55BD1" w:rsidRPr="000127C1">
        <w:lastRenderedPageBreak/>
        <w:t>представителей разных этнических групп</w:t>
      </w:r>
      <w:r w:rsidR="0047108E" w:rsidRPr="000127C1">
        <w:t xml:space="preserve"> и является залогом межнационального согласия в стране</w:t>
      </w:r>
      <w:r w:rsidR="00D92090" w:rsidRPr="000127C1">
        <w:t>.</w:t>
      </w:r>
    </w:p>
    <w:p w14:paraId="142AB9AD" w14:textId="77777777" w:rsidR="00931C20" w:rsidRPr="000127C1" w:rsidRDefault="006835A1" w:rsidP="000127C1">
      <w:pPr>
        <w:ind w:firstLine="709"/>
        <w:jc w:val="both"/>
        <w:rPr>
          <w:rFonts w:eastAsia="Calibri"/>
        </w:rPr>
      </w:pPr>
      <w:r w:rsidRPr="000127C1">
        <w:t>Владение татарским языком способствует использова</w:t>
      </w:r>
      <w:r w:rsidR="000131DE" w:rsidRPr="000127C1">
        <w:t>нию</w:t>
      </w:r>
      <w:r w:rsidRPr="000127C1">
        <w:t xml:space="preserve"> изучаем</w:t>
      </w:r>
      <w:r w:rsidR="000131DE" w:rsidRPr="000127C1">
        <w:t xml:space="preserve">ого </w:t>
      </w:r>
      <w:r w:rsidRPr="000127C1">
        <w:t>язык</w:t>
      </w:r>
      <w:r w:rsidR="000131DE" w:rsidRPr="000127C1">
        <w:t>а</w:t>
      </w:r>
      <w:r w:rsidRPr="000127C1">
        <w:t xml:space="preserve"> как инструмент</w:t>
      </w:r>
      <w:r w:rsidR="00CA2CF1" w:rsidRPr="000127C1">
        <w:t>а</w:t>
      </w:r>
      <w:r w:rsidRPr="000127C1">
        <w:t xml:space="preserve"> межкультурного общения в современном поликультурном мире, </w:t>
      </w:r>
      <w:r w:rsidR="000131DE" w:rsidRPr="000127C1">
        <w:t xml:space="preserve">воспитания уважительного отношения к культурам и языкам народов России, </w:t>
      </w:r>
      <w:r w:rsidRPr="000127C1">
        <w:t>необходимого для успешно</w:t>
      </w:r>
      <w:r w:rsidR="000131DE" w:rsidRPr="000127C1">
        <w:t>й социализации и самореализации</w:t>
      </w:r>
      <w:r w:rsidR="00E33614" w:rsidRPr="000127C1">
        <w:rPr>
          <w:lang w:val="tt-RU"/>
        </w:rPr>
        <w:t xml:space="preserve">; </w:t>
      </w:r>
      <w:r w:rsidR="000131DE" w:rsidRPr="000127C1">
        <w:rPr>
          <w:rFonts w:eastAsia="Calibri"/>
        </w:rPr>
        <w:t>расширяет возможности</w:t>
      </w:r>
      <w:r w:rsidRPr="000127C1">
        <w:rPr>
          <w:rFonts w:eastAsia="Calibri"/>
        </w:rPr>
        <w:t xml:space="preserve"> </w:t>
      </w:r>
      <w:r w:rsidR="000131DE" w:rsidRPr="000127C1">
        <w:rPr>
          <w:rFonts w:eastAsia="Calibri"/>
        </w:rPr>
        <w:t>общения в области культуры</w:t>
      </w:r>
      <w:r w:rsidRPr="000127C1">
        <w:rPr>
          <w:rFonts w:eastAsia="Calibri"/>
        </w:rPr>
        <w:t xml:space="preserve"> </w:t>
      </w:r>
      <w:r w:rsidR="00931C20" w:rsidRPr="000127C1">
        <w:rPr>
          <w:rFonts w:eastAsia="Calibri"/>
        </w:rPr>
        <w:t>и становится одним из важнейших средств успешной профессиональной деятельности выпускника школы.</w:t>
      </w:r>
    </w:p>
    <w:p w14:paraId="4621DCBE" w14:textId="47F1127F" w:rsidR="0086646D" w:rsidRPr="000127C1" w:rsidRDefault="0097508E" w:rsidP="000127C1">
      <w:pPr>
        <w:ind w:firstLine="709"/>
        <w:jc w:val="both"/>
      </w:pPr>
      <w:r w:rsidRPr="000127C1">
        <w:t xml:space="preserve">Примерная рабочая программа учебного предмета </w:t>
      </w:r>
      <w:r w:rsidRPr="000127C1">
        <w:rPr>
          <w:rFonts w:eastAsia="Calibri"/>
        </w:rPr>
        <w:t xml:space="preserve">«Государственный </w:t>
      </w:r>
      <w:r w:rsidR="0022360F" w:rsidRPr="000127C1">
        <w:rPr>
          <w:rFonts w:eastAsia="Calibri"/>
        </w:rPr>
        <w:t xml:space="preserve">(татарский) </w:t>
      </w:r>
      <w:r w:rsidRPr="000127C1">
        <w:rPr>
          <w:rFonts w:eastAsia="Calibri"/>
        </w:rPr>
        <w:t>язык Республики Татарстан»</w:t>
      </w:r>
      <w:r w:rsidRPr="000127C1">
        <w:rPr>
          <w:rFonts w:eastAsia="Calibri"/>
          <w:i/>
        </w:rPr>
        <w:t xml:space="preserve"> </w:t>
      </w:r>
      <w:r w:rsidR="0086646D" w:rsidRPr="000127C1">
        <w:t>основана на концентрическом принципе. В каждом классе даются новые элементы содержания и новые требования. В процессе обучения освоенны</w:t>
      </w:r>
      <w:r w:rsidR="00CA2CF1" w:rsidRPr="000127C1">
        <w:t>е</w:t>
      </w:r>
      <w:r w:rsidR="002019E7" w:rsidRPr="000127C1">
        <w:t xml:space="preserve"> на определе</w:t>
      </w:r>
      <w:r w:rsidR="0086646D" w:rsidRPr="000127C1">
        <w:t xml:space="preserve">нном этапе </w:t>
      </w:r>
      <w:r w:rsidR="00CA2CF1" w:rsidRPr="000127C1">
        <w:t xml:space="preserve">грамматические формы и конструкции </w:t>
      </w:r>
      <w:r w:rsidR="0086646D" w:rsidRPr="000127C1">
        <w:t>повторя</w:t>
      </w:r>
      <w:r w:rsidR="00CA2CF1" w:rsidRPr="000127C1">
        <w:t>ю</w:t>
      </w:r>
      <w:r w:rsidR="005D5456" w:rsidRPr="000127C1">
        <w:rPr>
          <w:lang w:val="tt-RU"/>
        </w:rPr>
        <w:t>т</w:t>
      </w:r>
      <w:r w:rsidR="0086646D" w:rsidRPr="000127C1">
        <w:t>ся и закрепля</w:t>
      </w:r>
      <w:r w:rsidR="00CA2CF1" w:rsidRPr="000127C1">
        <w:t>ю</w:t>
      </w:r>
      <w:r w:rsidR="0086646D" w:rsidRPr="000127C1">
        <w:t>тся на новом лексическом материале и расширяющемс</w:t>
      </w:r>
      <w:r w:rsidR="00CF1F60" w:rsidRPr="000127C1">
        <w:t>я тематическом содержании речи.</w:t>
      </w:r>
    </w:p>
    <w:p w14:paraId="1C1E3606" w14:textId="299565E9" w:rsidR="00CF1F60" w:rsidRPr="000127C1" w:rsidRDefault="00CF1F60" w:rsidP="000127C1">
      <w:pPr>
        <w:ind w:firstLine="709"/>
        <w:contextualSpacing/>
        <w:jc w:val="both"/>
      </w:pPr>
      <w:bookmarkStart w:id="5" w:name="_Hlk102657881"/>
      <w:r w:rsidRPr="000127C1">
        <w:t xml:space="preserve">Изучение учебного предмета </w:t>
      </w:r>
      <w:r w:rsidRPr="000127C1">
        <w:rPr>
          <w:lang w:eastAsia="en-US"/>
        </w:rPr>
        <w:t>«Государственный (татарский) язык Республики Татарстан»</w:t>
      </w:r>
      <w:r w:rsidRPr="000127C1">
        <w:t xml:space="preserve"> предусматривает междисциплинарные связи с другими учебными предметами гуманитарного цикла: «Русский язык», «Литература»</w:t>
      </w:r>
      <w:r w:rsidR="00BB5592" w:rsidRPr="000127C1">
        <w:t xml:space="preserve"> и др.</w:t>
      </w:r>
    </w:p>
    <w:p w14:paraId="216B424C" w14:textId="6FA2BE29" w:rsidR="00682FDC" w:rsidRPr="000127C1" w:rsidRDefault="00CF1F60" w:rsidP="000127C1">
      <w:pPr>
        <w:pStyle w:val="1"/>
        <w:spacing w:before="0"/>
        <w:jc w:val="both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6" w:name="_Toc105662351"/>
      <w:bookmarkEnd w:id="5"/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Цел</w:t>
      </w:r>
      <w:r w:rsidR="001F2845"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ь </w:t>
      </w:r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и задачи изучения учебного предмета «Государственный (татарский) язык Республики Татарстан»</w:t>
      </w:r>
      <w:bookmarkEnd w:id="6"/>
    </w:p>
    <w:p w14:paraId="55A688B9" w14:textId="37E3F39A" w:rsidR="00F21B7A" w:rsidRPr="000127C1" w:rsidRDefault="002A3B57" w:rsidP="000127C1">
      <w:pPr>
        <w:tabs>
          <w:tab w:val="left" w:pos="1134"/>
        </w:tabs>
        <w:ind w:firstLine="709"/>
        <w:jc w:val="both"/>
        <w:rPr>
          <w:rFonts w:eastAsia="Calibri"/>
          <w:lang w:eastAsia="en-US"/>
        </w:rPr>
      </w:pPr>
      <w:r w:rsidRPr="000127C1">
        <w:rPr>
          <w:b/>
        </w:rPr>
        <w:t>Ц</w:t>
      </w:r>
      <w:r w:rsidR="00B8241F" w:rsidRPr="000127C1">
        <w:rPr>
          <w:b/>
        </w:rPr>
        <w:t>елью</w:t>
      </w:r>
      <w:r w:rsidRPr="000127C1">
        <w:t xml:space="preserve"> </w:t>
      </w:r>
      <w:r w:rsidR="00C50899" w:rsidRPr="000127C1">
        <w:rPr>
          <w:lang w:eastAsia="en-US"/>
        </w:rPr>
        <w:t>изучения учебного предмета «Государственный (татарский) язык Республики Татарстан»</w:t>
      </w:r>
      <w:r w:rsidR="00B8241F" w:rsidRPr="000127C1">
        <w:t xml:space="preserve"> является</w:t>
      </w:r>
      <w:r w:rsidRPr="000127C1">
        <w:t xml:space="preserve"> </w:t>
      </w:r>
      <w:r w:rsidR="00B8241F" w:rsidRPr="000127C1">
        <w:t xml:space="preserve">формирование у </w:t>
      </w:r>
      <w:r w:rsidRPr="000127C1">
        <w:t>обучающихся</w:t>
      </w:r>
      <w:r w:rsidR="00B8241F" w:rsidRPr="000127C1">
        <w:t xml:space="preserve"> коммуникативн</w:t>
      </w:r>
      <w:r w:rsidR="00DB14BC" w:rsidRPr="000127C1">
        <w:t>ых</w:t>
      </w:r>
      <w:r w:rsidR="00B8241F" w:rsidRPr="000127C1">
        <w:t xml:space="preserve"> </w:t>
      </w:r>
      <w:r w:rsidR="00DB14BC" w:rsidRPr="000127C1">
        <w:t>умений</w:t>
      </w:r>
      <w:r w:rsidR="00B8241F" w:rsidRPr="000127C1">
        <w:t xml:space="preserve"> в основных видах речевой деятельности </w:t>
      </w:r>
      <w:r w:rsidR="00B263B9" w:rsidRPr="000127C1">
        <w:t>(аудирование, говорение, чтение, письмо)</w:t>
      </w:r>
      <w:r w:rsidR="00B8241F" w:rsidRPr="000127C1">
        <w:t xml:space="preserve"> </w:t>
      </w:r>
      <w:r w:rsidR="00AD4641" w:rsidRPr="000127C1">
        <w:t>с учетом речевых возможностей и потребностей в рамках изученных тем</w:t>
      </w:r>
      <w:r w:rsidR="002B339E" w:rsidRPr="000127C1">
        <w:t>;</w:t>
      </w:r>
      <w:r w:rsidR="00AD4641" w:rsidRPr="000127C1">
        <w:t xml:space="preserve"> </w:t>
      </w:r>
      <w:r w:rsidR="00F21B7A" w:rsidRPr="000127C1">
        <w:rPr>
          <w:rFonts w:eastAsia="Calibri"/>
          <w:lang w:eastAsia="en-US"/>
        </w:rPr>
        <w:t>формирование умений использовать изучаемый язык как инструмент межкультурного общения в современном поликультурном мире, необходимого для успешной социализации и самореализации.</w:t>
      </w:r>
    </w:p>
    <w:p w14:paraId="186B8E7F" w14:textId="4445206C" w:rsidR="00B8241F" w:rsidRPr="000127C1" w:rsidRDefault="00C50899" w:rsidP="000127C1">
      <w:pPr>
        <w:tabs>
          <w:tab w:val="left" w:pos="1134"/>
        </w:tabs>
        <w:ind w:firstLine="709"/>
        <w:jc w:val="both"/>
        <w:rPr>
          <w:lang w:eastAsia="en-US"/>
        </w:rPr>
      </w:pPr>
      <w:r w:rsidRPr="000127C1">
        <w:rPr>
          <w:b/>
          <w:bCs/>
          <w:lang w:eastAsia="en-US"/>
        </w:rPr>
        <w:t>Задачи</w:t>
      </w:r>
      <w:r w:rsidRPr="000127C1">
        <w:rPr>
          <w:lang w:eastAsia="en-US"/>
        </w:rPr>
        <w:t xml:space="preserve"> изучения учебного предмета</w:t>
      </w:r>
      <w:r w:rsidR="00B8241F" w:rsidRPr="000127C1">
        <w:rPr>
          <w:lang w:eastAsia="en-US"/>
        </w:rPr>
        <w:t>:</w:t>
      </w:r>
    </w:p>
    <w:p w14:paraId="388E01E0" w14:textId="3BE13D08" w:rsidR="002D3974" w:rsidRPr="000127C1" w:rsidRDefault="00B50848" w:rsidP="000127C1">
      <w:pPr>
        <w:pStyle w:val="a5"/>
        <w:numPr>
          <w:ilvl w:val="0"/>
          <w:numId w:val="8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 xml:space="preserve">приобщение </w:t>
      </w:r>
      <w:r w:rsidR="001F2845" w:rsidRPr="000127C1">
        <w:rPr>
          <w:color w:val="auto"/>
          <w:sz w:val="24"/>
          <w:szCs w:val="24"/>
          <w:lang w:eastAsia="en-US"/>
        </w:rPr>
        <w:t>об</w:t>
      </w:r>
      <w:r w:rsidRPr="000127C1">
        <w:rPr>
          <w:color w:val="auto"/>
          <w:sz w:val="24"/>
          <w:szCs w:val="24"/>
          <w:lang w:eastAsia="en-US"/>
        </w:rPr>
        <w:t>уча</w:t>
      </w:r>
      <w:r w:rsidR="001F2845" w:rsidRPr="000127C1">
        <w:rPr>
          <w:color w:val="auto"/>
          <w:sz w:val="24"/>
          <w:szCs w:val="24"/>
          <w:lang w:eastAsia="en-US"/>
        </w:rPr>
        <w:t>ю</w:t>
      </w:r>
      <w:r w:rsidRPr="000127C1">
        <w:rPr>
          <w:color w:val="auto"/>
          <w:sz w:val="24"/>
          <w:szCs w:val="24"/>
          <w:lang w:eastAsia="en-US"/>
        </w:rPr>
        <w:t>щихся к культуре и национальным традициям татарского нар</w:t>
      </w:r>
      <w:r w:rsidR="002D3974" w:rsidRPr="000127C1">
        <w:rPr>
          <w:color w:val="auto"/>
          <w:sz w:val="24"/>
          <w:szCs w:val="24"/>
          <w:lang w:eastAsia="en-US"/>
        </w:rPr>
        <w:t>ода; осознание татарского языка как одной из главных духовно-нравственных ценностей татарского народа и национального своеобразия татарского языка;</w:t>
      </w:r>
    </w:p>
    <w:p w14:paraId="1093C6B4" w14:textId="545A1E8B" w:rsidR="002D3974" w:rsidRPr="000127C1" w:rsidRDefault="00B50848" w:rsidP="000127C1">
      <w:pPr>
        <w:pStyle w:val="a5"/>
        <w:numPr>
          <w:ilvl w:val="0"/>
          <w:numId w:val="8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>создание необходимых условий для формирования таких личностных качеств, как доброжелательное отношение к ку</w:t>
      </w:r>
      <w:r w:rsidR="002D3974" w:rsidRPr="000127C1">
        <w:rPr>
          <w:color w:val="auto"/>
          <w:sz w:val="24"/>
          <w:szCs w:val="24"/>
          <w:lang w:eastAsia="en-US"/>
        </w:rPr>
        <w:t>льтурам и языкам народов России,</w:t>
      </w:r>
      <w:r w:rsidR="002A3B57" w:rsidRPr="000127C1">
        <w:rPr>
          <w:color w:val="auto"/>
          <w:sz w:val="24"/>
          <w:szCs w:val="24"/>
          <w:lang w:eastAsia="en-US"/>
        </w:rPr>
        <w:t xml:space="preserve"> </w:t>
      </w:r>
      <w:r w:rsidR="002D3974" w:rsidRPr="000127C1">
        <w:rPr>
          <w:color w:val="auto"/>
          <w:sz w:val="24"/>
          <w:szCs w:val="24"/>
          <w:lang w:eastAsia="en-US"/>
        </w:rPr>
        <w:t>компетентность в межкультурном диалоге;</w:t>
      </w:r>
    </w:p>
    <w:p w14:paraId="13F3D324" w14:textId="77777777" w:rsidR="002D3974" w:rsidRPr="000127C1" w:rsidRDefault="00B50848" w:rsidP="000127C1">
      <w:pPr>
        <w:pStyle w:val="a5"/>
        <w:numPr>
          <w:ilvl w:val="0"/>
          <w:numId w:val="8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>развитие мотивации к дальнейшему овладению татарским языком как государственным языком Республики Татарстан; формирование российской гражданской идентичности обучающихся как составляющей их социальной идентичности, представляющей собой осознание индивидом принадлежности к общнос</w:t>
      </w:r>
      <w:r w:rsidR="002D3974" w:rsidRPr="000127C1">
        <w:rPr>
          <w:color w:val="auto"/>
          <w:sz w:val="24"/>
          <w:szCs w:val="24"/>
          <w:lang w:eastAsia="en-US"/>
        </w:rPr>
        <w:t>ти граждан Российской Федерации;</w:t>
      </w:r>
    </w:p>
    <w:p w14:paraId="5291494B" w14:textId="533BD119" w:rsidR="00DB14BC" w:rsidRPr="000127C1" w:rsidRDefault="00AD4641" w:rsidP="000127C1">
      <w:pPr>
        <w:pStyle w:val="a5"/>
        <w:numPr>
          <w:ilvl w:val="0"/>
          <w:numId w:val="8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shd w:val="clear" w:color="auto" w:fill="FFFFFF"/>
        </w:rPr>
        <w:t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метапредметных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</w:t>
      </w:r>
      <w:r w:rsidR="001F2845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2010957F" w14:textId="77777777" w:rsidR="00DB14BC" w:rsidRPr="000127C1" w:rsidRDefault="00DB14BC" w:rsidP="000127C1">
      <w:pPr>
        <w:tabs>
          <w:tab w:val="left" w:pos="1134"/>
        </w:tabs>
        <w:jc w:val="both"/>
        <w:outlineLvl w:val="0"/>
        <w:rPr>
          <w:b/>
        </w:rPr>
      </w:pPr>
      <w:bookmarkStart w:id="7" w:name="_Toc103589810"/>
      <w:bookmarkStart w:id="8" w:name="_Toc105662352"/>
      <w:r w:rsidRPr="000127C1">
        <w:rPr>
          <w:b/>
        </w:rPr>
        <w:t>Основные содержательные линии примерной рабочей программы учебного предмета «Государственный (татарский) язык Республики Татарстан»</w:t>
      </w:r>
      <w:bookmarkEnd w:id="7"/>
      <w:bookmarkEnd w:id="8"/>
    </w:p>
    <w:p w14:paraId="3743F20B" w14:textId="77777777" w:rsidR="00DB14BC" w:rsidRPr="000127C1" w:rsidRDefault="00DB14BC" w:rsidP="000127C1">
      <w:pPr>
        <w:ind w:firstLine="709"/>
        <w:jc w:val="both"/>
      </w:pPr>
      <w:r w:rsidRPr="000127C1">
        <w:t>Содержание курса представлено в программе следующими содержательными линиями, которые находятся в тесной взаимосвязи, что обусловлено единством составляющих коммуникативных умений как цели обучения:</w:t>
      </w:r>
    </w:p>
    <w:p w14:paraId="44A95FB8" w14:textId="57B84FAA" w:rsidR="00DB14BC" w:rsidRPr="000127C1" w:rsidRDefault="00766CE2" w:rsidP="000127C1">
      <w:pPr>
        <w:pStyle w:val="a5"/>
        <w:numPr>
          <w:ilvl w:val="0"/>
          <w:numId w:val="92"/>
        </w:numPr>
        <w:tabs>
          <w:tab w:val="left" w:pos="1134"/>
        </w:tabs>
        <w:spacing w:after="0" w:line="240" w:lineRule="auto"/>
        <w:ind w:left="0" w:firstLine="709"/>
        <w:rPr>
          <w:sz w:val="24"/>
          <w:szCs w:val="24"/>
        </w:rPr>
      </w:pPr>
      <w:r w:rsidRPr="000127C1">
        <w:rPr>
          <w:sz w:val="24"/>
          <w:szCs w:val="24"/>
        </w:rPr>
        <w:t>умения по видам речевой деятельности;</w:t>
      </w:r>
    </w:p>
    <w:p w14:paraId="30C9F9E0" w14:textId="0F3C4149" w:rsidR="00DB14BC" w:rsidRPr="000127C1" w:rsidRDefault="00DB14BC" w:rsidP="000127C1">
      <w:pPr>
        <w:pStyle w:val="a5"/>
        <w:numPr>
          <w:ilvl w:val="0"/>
          <w:numId w:val="92"/>
        </w:numPr>
        <w:tabs>
          <w:tab w:val="left" w:pos="1134"/>
        </w:tabs>
        <w:spacing w:after="0" w:line="240" w:lineRule="auto"/>
        <w:ind w:left="0" w:firstLine="709"/>
        <w:rPr>
          <w:sz w:val="24"/>
          <w:szCs w:val="24"/>
        </w:rPr>
      </w:pPr>
      <w:r w:rsidRPr="000127C1">
        <w:rPr>
          <w:sz w:val="24"/>
          <w:szCs w:val="24"/>
        </w:rPr>
        <w:t>языковые знания и навыки;</w:t>
      </w:r>
    </w:p>
    <w:p w14:paraId="4F83CCA8" w14:textId="68F36987" w:rsidR="00DB14BC" w:rsidRPr="000127C1" w:rsidRDefault="00DB14BC" w:rsidP="000127C1">
      <w:pPr>
        <w:pStyle w:val="a5"/>
        <w:numPr>
          <w:ilvl w:val="0"/>
          <w:numId w:val="92"/>
        </w:numPr>
        <w:tabs>
          <w:tab w:val="left" w:pos="1134"/>
        </w:tabs>
        <w:spacing w:after="0" w:line="240" w:lineRule="auto"/>
        <w:ind w:left="0" w:firstLine="709"/>
        <w:rPr>
          <w:sz w:val="24"/>
          <w:szCs w:val="24"/>
        </w:rPr>
      </w:pPr>
      <w:r w:rsidRPr="000127C1">
        <w:rPr>
          <w:sz w:val="24"/>
          <w:szCs w:val="24"/>
        </w:rPr>
        <w:lastRenderedPageBreak/>
        <w:t>социокультурные знания и умения;</w:t>
      </w:r>
    </w:p>
    <w:p w14:paraId="0E4F3169" w14:textId="543A48D7" w:rsidR="00DB14BC" w:rsidRPr="000127C1" w:rsidRDefault="00DB14BC" w:rsidP="000127C1">
      <w:pPr>
        <w:pStyle w:val="a5"/>
        <w:numPr>
          <w:ilvl w:val="0"/>
          <w:numId w:val="92"/>
        </w:numPr>
        <w:tabs>
          <w:tab w:val="left" w:pos="1134"/>
        </w:tabs>
        <w:spacing w:after="0" w:line="240" w:lineRule="auto"/>
        <w:ind w:left="0" w:firstLine="709"/>
        <w:rPr>
          <w:sz w:val="24"/>
          <w:szCs w:val="24"/>
        </w:rPr>
      </w:pPr>
      <w:r w:rsidRPr="000127C1">
        <w:rPr>
          <w:sz w:val="24"/>
          <w:szCs w:val="24"/>
        </w:rPr>
        <w:t>компенсаторные умения.</w:t>
      </w:r>
    </w:p>
    <w:p w14:paraId="0F273D99" w14:textId="77777777" w:rsidR="00DB14BC" w:rsidRPr="000127C1" w:rsidRDefault="00DB14BC" w:rsidP="000127C1">
      <w:pPr>
        <w:ind w:firstLine="709"/>
        <w:jc w:val="both"/>
      </w:pPr>
      <w:r w:rsidRPr="000127C1">
        <w:t>Тематический блок представлен следующими темами: Мир моего «Я», Мир моих увлечений, Мир вокруг меня, Моя Родина.</w:t>
      </w:r>
    </w:p>
    <w:p w14:paraId="0D457E8D" w14:textId="39B8BD18" w:rsidR="002D3974" w:rsidRPr="000127C1" w:rsidRDefault="002D3974" w:rsidP="000127C1">
      <w:pPr>
        <w:pStyle w:val="1"/>
        <w:spacing w:before="0"/>
        <w:jc w:val="both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9" w:name="_Toc105662353"/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Место учебного предмета </w:t>
      </w:r>
      <w:r w:rsidRPr="000127C1">
        <w:rPr>
          <w:rFonts w:ascii="Times New Roman" w:hAnsi="Times New Roman" w:cs="Times New Roman"/>
          <w:color w:val="auto"/>
          <w:sz w:val="24"/>
          <w:szCs w:val="24"/>
        </w:rPr>
        <w:t xml:space="preserve">«Государственный (татарский) язык Республики Татарстан» </w:t>
      </w:r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в учебном плане</w:t>
      </w:r>
      <w:bookmarkEnd w:id="9"/>
    </w:p>
    <w:p w14:paraId="08FDF3D7" w14:textId="3BB95F1A" w:rsidR="004F4E6C" w:rsidRPr="000127C1" w:rsidRDefault="0097508E" w:rsidP="000127C1">
      <w:pPr>
        <w:ind w:firstLine="709"/>
        <w:jc w:val="both"/>
      </w:pPr>
      <w:r w:rsidRPr="000127C1">
        <w:t xml:space="preserve">В соответствии с </w:t>
      </w:r>
      <w:r w:rsidR="00055FEC" w:rsidRPr="000127C1">
        <w:t>ФГОС ООО</w:t>
      </w:r>
      <w:r w:rsidRPr="000127C1">
        <w:t xml:space="preserve"> образования учебный предмет </w:t>
      </w:r>
      <w:r w:rsidR="003E7655" w:rsidRPr="000127C1">
        <w:t xml:space="preserve">«Государственный язык </w:t>
      </w:r>
      <w:r w:rsidR="002B339E" w:rsidRPr="000127C1">
        <w:t>р</w:t>
      </w:r>
      <w:r w:rsidR="003E7655" w:rsidRPr="000127C1">
        <w:t xml:space="preserve">еспублики </w:t>
      </w:r>
      <w:r w:rsidR="00F2616F" w:rsidRPr="000127C1">
        <w:t>Российской Федерации</w:t>
      </w:r>
      <w:r w:rsidR="003E7655" w:rsidRPr="000127C1">
        <w:t xml:space="preserve">» </w:t>
      </w:r>
      <w:r w:rsidRPr="000127C1">
        <w:t xml:space="preserve">входит в предметную область </w:t>
      </w:r>
      <w:r w:rsidR="004F4E6C" w:rsidRPr="000127C1">
        <w:t>«Родной язык и</w:t>
      </w:r>
      <w:r w:rsidR="005D5456" w:rsidRPr="000127C1">
        <w:rPr>
          <w:lang w:val="tt-RU"/>
        </w:rPr>
        <w:t xml:space="preserve"> </w:t>
      </w:r>
      <w:r w:rsidR="0056138F" w:rsidRPr="000127C1">
        <w:rPr>
          <w:lang w:val="tt-RU"/>
        </w:rPr>
        <w:t>родная литература</w:t>
      </w:r>
      <w:r w:rsidR="004F4E6C" w:rsidRPr="000127C1">
        <w:t>»</w:t>
      </w:r>
      <w:r w:rsidR="00DE3669" w:rsidRPr="000127C1">
        <w:t>.</w:t>
      </w:r>
    </w:p>
    <w:p w14:paraId="754003FF" w14:textId="74CEB21A" w:rsidR="00DE3669" w:rsidRPr="000127C1" w:rsidRDefault="004F4E6C" w:rsidP="000127C1">
      <w:pPr>
        <w:ind w:firstLine="709"/>
        <w:jc w:val="both"/>
        <w:rPr>
          <w:strike/>
        </w:rPr>
      </w:pPr>
      <w:r w:rsidRPr="000127C1">
        <w:t xml:space="preserve">На </w:t>
      </w:r>
      <w:r w:rsidR="008745D0" w:rsidRPr="000127C1">
        <w:t>уровне</w:t>
      </w:r>
      <w:r w:rsidRPr="000127C1">
        <w:t xml:space="preserve"> основного общего образования максимально допустимое количество учебных часов, выделяемых на изучение </w:t>
      </w:r>
      <w:r w:rsidR="00F2616F" w:rsidRPr="000127C1">
        <w:t>предмета «Государственный (татарский) язык Республики Татарстан»</w:t>
      </w:r>
      <w:r w:rsidR="003E7655" w:rsidRPr="000127C1">
        <w:t xml:space="preserve">, – </w:t>
      </w:r>
      <w:r w:rsidRPr="000127C1">
        <w:rPr>
          <w:bCs/>
        </w:rPr>
        <w:t>3 часа</w:t>
      </w:r>
      <w:r w:rsidRPr="000127C1">
        <w:t xml:space="preserve"> в неделю, что составляет по </w:t>
      </w:r>
      <w:r w:rsidR="002D171B" w:rsidRPr="000127C1">
        <w:rPr>
          <w:bCs/>
          <w:lang w:val="tt-RU"/>
        </w:rPr>
        <w:t>102</w:t>
      </w:r>
      <w:r w:rsidR="002D171B" w:rsidRPr="000127C1">
        <w:rPr>
          <w:lang w:val="tt-RU"/>
        </w:rPr>
        <w:t xml:space="preserve"> </w:t>
      </w:r>
      <w:r w:rsidRPr="000127C1">
        <w:t>учебных час</w:t>
      </w:r>
      <w:r w:rsidR="002D171B" w:rsidRPr="000127C1">
        <w:rPr>
          <w:lang w:val="tt-RU"/>
        </w:rPr>
        <w:t>а</w:t>
      </w:r>
      <w:r w:rsidR="00383FD3" w:rsidRPr="000127C1">
        <w:rPr>
          <w:lang w:val="tt-RU"/>
        </w:rPr>
        <w:t xml:space="preserve"> в </w:t>
      </w:r>
      <w:r w:rsidR="00A80370" w:rsidRPr="000127C1">
        <w:rPr>
          <w:bCs/>
          <w:lang w:val="tt-RU"/>
        </w:rPr>
        <w:t>5–</w:t>
      </w:r>
      <w:r w:rsidR="00383FD3" w:rsidRPr="000127C1">
        <w:rPr>
          <w:bCs/>
          <w:lang w:val="tt-RU"/>
        </w:rPr>
        <w:t>8</w:t>
      </w:r>
      <w:r w:rsidR="00383FD3" w:rsidRPr="000127C1">
        <w:rPr>
          <w:lang w:val="tt-RU"/>
        </w:rPr>
        <w:t xml:space="preserve"> классах, </w:t>
      </w:r>
      <w:r w:rsidR="00383FD3" w:rsidRPr="000127C1">
        <w:rPr>
          <w:bCs/>
          <w:lang w:val="tt-RU"/>
        </w:rPr>
        <w:t xml:space="preserve">99 </w:t>
      </w:r>
      <w:r w:rsidR="00383FD3" w:rsidRPr="000127C1">
        <w:rPr>
          <w:lang w:val="tt-RU"/>
        </w:rPr>
        <w:t xml:space="preserve">часов </w:t>
      </w:r>
      <w:r w:rsidR="003E7655" w:rsidRPr="000127C1">
        <w:rPr>
          <w:lang w:val="tt-RU"/>
        </w:rPr>
        <w:t>–</w:t>
      </w:r>
      <w:r w:rsidR="007C36AA" w:rsidRPr="000127C1">
        <w:rPr>
          <w:lang w:val="tt-RU"/>
        </w:rPr>
        <w:t xml:space="preserve"> </w:t>
      </w:r>
      <w:r w:rsidR="003E7655" w:rsidRPr="000127C1">
        <w:rPr>
          <w:lang w:val="tt-RU"/>
        </w:rPr>
        <w:t>в</w:t>
      </w:r>
      <w:r w:rsidR="002D171B" w:rsidRPr="000127C1">
        <w:rPr>
          <w:lang w:val="tt-RU"/>
        </w:rPr>
        <w:t xml:space="preserve"> </w:t>
      </w:r>
      <w:r w:rsidR="002D171B" w:rsidRPr="000127C1">
        <w:rPr>
          <w:bCs/>
          <w:lang w:val="tt-RU"/>
        </w:rPr>
        <w:t>9</w:t>
      </w:r>
      <w:r w:rsidR="00DB14BC" w:rsidRPr="000127C1">
        <w:rPr>
          <w:bCs/>
          <w:lang w:val="tt-RU"/>
        </w:rPr>
        <w:t xml:space="preserve"> </w:t>
      </w:r>
      <w:r w:rsidR="002D171B" w:rsidRPr="000127C1">
        <w:rPr>
          <w:lang w:val="tt-RU"/>
        </w:rPr>
        <w:t>класс</w:t>
      </w:r>
      <w:r w:rsidR="00383FD3" w:rsidRPr="000127C1">
        <w:rPr>
          <w:lang w:val="tt-RU"/>
        </w:rPr>
        <w:t>е</w:t>
      </w:r>
      <w:r w:rsidR="002D171B" w:rsidRPr="000127C1">
        <w:rPr>
          <w:lang w:val="tt-RU"/>
        </w:rPr>
        <w:t>.</w:t>
      </w:r>
      <w:r w:rsidRPr="000127C1">
        <w:t xml:space="preserve"> </w:t>
      </w:r>
    </w:p>
    <w:p w14:paraId="4C48BED0" w14:textId="77777777" w:rsidR="003F7F57" w:rsidRPr="000127C1" w:rsidRDefault="00055FEC" w:rsidP="000127C1">
      <w:pPr>
        <w:ind w:firstLine="709"/>
        <w:jc w:val="both"/>
        <w:rPr>
          <w:lang w:val="tt-RU"/>
        </w:rPr>
      </w:pPr>
      <w:r w:rsidRPr="000127C1">
        <w:rPr>
          <w:lang w:val="tt-RU"/>
        </w:rPr>
        <w:t>Образовательное учреждение вправе самостоятельно скорректировать количество часов, отводимых для изучения данного предмета.</w:t>
      </w:r>
    </w:p>
    <w:p w14:paraId="1BB71FB4" w14:textId="77777777" w:rsidR="003F7F57" w:rsidRPr="000127C1" w:rsidRDefault="003F7F57" w:rsidP="000127C1">
      <w:pPr>
        <w:ind w:firstLine="709"/>
        <w:jc w:val="both"/>
      </w:pPr>
      <w:bookmarkStart w:id="10" w:name="_Toc105662354"/>
    </w:p>
    <w:p w14:paraId="5681560A" w14:textId="24924D95" w:rsidR="0097508E" w:rsidRPr="000127C1" w:rsidRDefault="0097508E" w:rsidP="000127C1">
      <w:pPr>
        <w:ind w:firstLine="709"/>
        <w:jc w:val="both"/>
      </w:pPr>
      <w:r w:rsidRPr="000127C1">
        <w:t xml:space="preserve">СОДЕРЖАНИЕ УЧЕБНОГО </w:t>
      </w:r>
      <w:r w:rsidR="003E7655" w:rsidRPr="000127C1">
        <w:t>ПРЕДМЕТА «ГОСУДАРСТВЕННЫЙ (ТАТАРСКИЙ) ЯЗЫК РЕСПУБЛИКИ ТАТАРСТАН»</w:t>
      </w:r>
      <w:bookmarkEnd w:id="10"/>
    </w:p>
    <w:p w14:paraId="3ACEAE1A" w14:textId="22AABC66" w:rsidR="0097508E" w:rsidRPr="000127C1" w:rsidRDefault="009838BE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1" w:name="_Toc105662355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5</w:t>
      </w:r>
      <w:r w:rsidR="0097508E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</w:t>
      </w:r>
      <w:r w:rsidR="002955E3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класс</w:t>
      </w:r>
      <w:bookmarkEnd w:id="11"/>
    </w:p>
    <w:p w14:paraId="25F9E793" w14:textId="77777777" w:rsidR="0097508E" w:rsidRPr="000127C1" w:rsidRDefault="0097508E" w:rsidP="000127C1">
      <w:pPr>
        <w:jc w:val="both"/>
        <w:rPr>
          <w:b/>
        </w:rPr>
      </w:pPr>
      <w:r w:rsidRPr="000127C1">
        <w:rPr>
          <w:b/>
        </w:rPr>
        <w:t>Тематическое содержание речи</w:t>
      </w:r>
    </w:p>
    <w:p w14:paraId="7F35BADB" w14:textId="20608B06" w:rsidR="00FF32F6" w:rsidRPr="000127C1" w:rsidRDefault="00FF32F6" w:rsidP="000127C1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bCs/>
          <w:iCs/>
          <w:lang w:eastAsia="en-US"/>
        </w:rPr>
      </w:pPr>
      <w:r w:rsidRPr="000127C1">
        <w:rPr>
          <w:bCs/>
          <w:iCs/>
        </w:rPr>
        <w:t>Мир моего «</w:t>
      </w:r>
      <w:r w:rsidR="00291A74" w:rsidRPr="000127C1">
        <w:rPr>
          <w:bCs/>
          <w:iCs/>
        </w:rPr>
        <w:t>Я</w:t>
      </w:r>
      <w:r w:rsidRPr="000127C1">
        <w:rPr>
          <w:bCs/>
          <w:iCs/>
        </w:rPr>
        <w:t>»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eastAsia="en-US"/>
        </w:rPr>
        <w:t>Я и моя семья. Домашни</w:t>
      </w:r>
      <w:r w:rsidRPr="000127C1">
        <w:rPr>
          <w:bCs/>
          <w:iCs/>
          <w:lang w:val="tt-RU" w:eastAsia="en-US"/>
        </w:rPr>
        <w:t xml:space="preserve">е </w:t>
      </w:r>
      <w:r w:rsidRPr="000127C1">
        <w:rPr>
          <w:bCs/>
          <w:iCs/>
          <w:lang w:eastAsia="en-US"/>
        </w:rPr>
        <w:t>обязанности.</w:t>
      </w:r>
      <w:r w:rsidR="00D00618" w:rsidRPr="000127C1">
        <w:rPr>
          <w:bCs/>
          <w:iCs/>
          <w:lang w:eastAsia="en-US"/>
        </w:rPr>
        <w:t xml:space="preserve"> </w:t>
      </w:r>
      <w:r w:rsidRPr="000127C1">
        <w:rPr>
          <w:bCs/>
          <w:iCs/>
          <w:lang w:eastAsia="en-US"/>
        </w:rPr>
        <w:t>Семейные праздники, традиции. Подарки.</w:t>
      </w:r>
      <w:r w:rsidR="000D7692" w:rsidRPr="000127C1">
        <w:rPr>
          <w:bCs/>
          <w:iCs/>
          <w:lang w:eastAsia="en-US"/>
        </w:rPr>
        <w:t xml:space="preserve"> Поздравления. В гостях.</w:t>
      </w:r>
    </w:p>
    <w:p w14:paraId="4B4E5633" w14:textId="5B865336" w:rsidR="00FF32F6" w:rsidRPr="000127C1" w:rsidRDefault="00FF32F6" w:rsidP="000127C1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bCs/>
          <w:iCs/>
          <w:lang w:val="tt-RU" w:eastAsia="en-US"/>
        </w:rPr>
      </w:pPr>
      <w:r w:rsidRPr="000127C1">
        <w:rPr>
          <w:bCs/>
          <w:iCs/>
        </w:rPr>
        <w:t>Мир вокруг меня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eastAsia="en-US"/>
        </w:rPr>
        <w:t>Мы в школе. Учебные занятия.</w:t>
      </w:r>
      <w:r w:rsidRPr="000127C1">
        <w:rPr>
          <w:bCs/>
          <w:iCs/>
          <w:lang w:val="tt-RU" w:eastAsia="en-US"/>
        </w:rPr>
        <w:t xml:space="preserve"> </w:t>
      </w:r>
      <w:r w:rsidRPr="000127C1">
        <w:rPr>
          <w:bCs/>
          <w:iCs/>
          <w:lang w:eastAsia="en-US"/>
        </w:rPr>
        <w:t xml:space="preserve">С друзьями интересно. </w:t>
      </w:r>
      <w:r w:rsidR="003432D8" w:rsidRPr="000127C1">
        <w:rPr>
          <w:bCs/>
          <w:iCs/>
          <w:lang w:eastAsia="en-US"/>
        </w:rPr>
        <w:t>В мире животных</w:t>
      </w:r>
      <w:r w:rsidRPr="000127C1">
        <w:rPr>
          <w:bCs/>
          <w:iCs/>
          <w:lang w:eastAsia="en-US"/>
        </w:rPr>
        <w:t xml:space="preserve">. </w:t>
      </w:r>
      <w:r w:rsidR="000D7692" w:rsidRPr="000127C1">
        <w:rPr>
          <w:bCs/>
          <w:iCs/>
          <w:lang w:eastAsia="en-US"/>
        </w:rPr>
        <w:t>На дороге. На транспорте.</w:t>
      </w:r>
    </w:p>
    <w:p w14:paraId="174DB913" w14:textId="02BF6C5C" w:rsidR="00FF32F6" w:rsidRPr="000127C1" w:rsidRDefault="00FF32F6" w:rsidP="000127C1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bCs/>
          <w:lang w:val="tt-RU" w:eastAsia="en-US"/>
        </w:rPr>
      </w:pPr>
      <w:r w:rsidRPr="000127C1">
        <w:rPr>
          <w:bCs/>
          <w:iCs/>
        </w:rPr>
        <w:t>Мир моих увлечений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lang w:eastAsia="en-US"/>
        </w:rPr>
        <w:t>Здоровье и спорт.</w:t>
      </w:r>
      <w:r w:rsidR="00D00618" w:rsidRPr="000127C1">
        <w:rPr>
          <w:bCs/>
          <w:lang w:eastAsia="en-US"/>
        </w:rPr>
        <w:t xml:space="preserve"> </w:t>
      </w:r>
      <w:r w:rsidRPr="000127C1">
        <w:rPr>
          <w:bCs/>
          <w:lang w:eastAsia="en-US"/>
        </w:rPr>
        <w:t>Мои любимые занятия на досуге</w:t>
      </w:r>
      <w:r w:rsidR="000D7692" w:rsidRPr="000127C1">
        <w:rPr>
          <w:bCs/>
          <w:lang w:eastAsia="en-US"/>
        </w:rPr>
        <w:t>.</w:t>
      </w:r>
    </w:p>
    <w:p w14:paraId="1BC1B983" w14:textId="39F87F99" w:rsidR="00FC58A3" w:rsidRPr="000127C1" w:rsidRDefault="00F2616F" w:rsidP="000127C1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bCs/>
        </w:rPr>
      </w:pPr>
      <w:r w:rsidRPr="000127C1">
        <w:rPr>
          <w:bCs/>
          <w:iCs/>
        </w:rPr>
        <w:t>Моя Р</w:t>
      </w:r>
      <w:r w:rsidR="00FF32F6" w:rsidRPr="000127C1">
        <w:rPr>
          <w:bCs/>
          <w:iCs/>
        </w:rPr>
        <w:t>одина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lang w:eastAsia="en-US"/>
        </w:rPr>
        <w:t>Моя Р</w:t>
      </w:r>
      <w:r w:rsidR="00FF32F6" w:rsidRPr="000127C1">
        <w:rPr>
          <w:bCs/>
          <w:lang w:eastAsia="en-US"/>
        </w:rPr>
        <w:t>одина. Мой город</w:t>
      </w:r>
      <w:r w:rsidR="00055FEC" w:rsidRPr="000127C1">
        <w:rPr>
          <w:bCs/>
          <w:lang w:eastAsia="en-US"/>
        </w:rPr>
        <w:t xml:space="preserve"> / </w:t>
      </w:r>
      <w:r w:rsidR="00FF32F6" w:rsidRPr="000127C1">
        <w:rPr>
          <w:bCs/>
          <w:lang w:eastAsia="en-US"/>
        </w:rPr>
        <w:t>село. Природа родного края. Национальный праздник Сабантуй.</w:t>
      </w:r>
      <w:r w:rsidR="00FC58A3" w:rsidRPr="000127C1">
        <w:rPr>
          <w:bCs/>
          <w:lang w:eastAsia="en-US"/>
        </w:rPr>
        <w:t xml:space="preserve"> Детский фольклор (рифмовки, считалки, скороговорки,</w:t>
      </w:r>
      <w:r w:rsidR="00D00618" w:rsidRPr="000127C1">
        <w:rPr>
          <w:bCs/>
          <w:lang w:eastAsia="en-US"/>
        </w:rPr>
        <w:t xml:space="preserve"> </w:t>
      </w:r>
      <w:r w:rsidR="00FC58A3" w:rsidRPr="000127C1">
        <w:rPr>
          <w:bCs/>
          <w:lang w:eastAsia="en-US"/>
        </w:rPr>
        <w:t>загадки, сказки)</w:t>
      </w:r>
    </w:p>
    <w:p w14:paraId="5ACFA4DE" w14:textId="050820F5" w:rsidR="00766CE2" w:rsidRPr="000127C1" w:rsidRDefault="00766CE2" w:rsidP="000127C1">
      <w:pPr>
        <w:jc w:val="both"/>
        <w:rPr>
          <w:b/>
          <w:lang w:val="tt-RU"/>
        </w:rPr>
      </w:pPr>
      <w:r w:rsidRPr="000127C1">
        <w:rPr>
          <w:b/>
        </w:rPr>
        <w:t xml:space="preserve">Умения по </w:t>
      </w:r>
      <w:r w:rsidR="00AF5541" w:rsidRPr="000127C1">
        <w:rPr>
          <w:b/>
        </w:rPr>
        <w:t>видам речевой деятельности</w:t>
      </w:r>
    </w:p>
    <w:p w14:paraId="6BA5C7A1" w14:textId="77777777" w:rsidR="00766CE2" w:rsidRPr="000127C1" w:rsidRDefault="00766CE2" w:rsidP="000127C1">
      <w:pPr>
        <w:ind w:firstLine="709"/>
        <w:jc w:val="both"/>
        <w:rPr>
          <w:b/>
          <w:bCs/>
          <w:iCs/>
        </w:rPr>
      </w:pPr>
      <w:r w:rsidRPr="000127C1">
        <w:rPr>
          <w:b/>
          <w:bCs/>
          <w:iCs/>
        </w:rPr>
        <w:t>Аудирование</w:t>
      </w:r>
    </w:p>
    <w:p w14:paraId="51E84B8C" w14:textId="68786B1F" w:rsidR="00766CE2" w:rsidRPr="000127C1" w:rsidRDefault="00766CE2" w:rsidP="000127C1">
      <w:pPr>
        <w:ind w:firstLine="709"/>
        <w:jc w:val="both"/>
        <w:rPr>
          <w:bCs/>
        </w:rPr>
      </w:pPr>
      <w:r w:rsidRPr="000127C1">
        <w:rPr>
          <w:bCs/>
        </w:rPr>
        <w:t xml:space="preserve">Развитие </w:t>
      </w:r>
      <w:r w:rsidR="004E7665" w:rsidRPr="000127C1">
        <w:rPr>
          <w:bCs/>
          <w:lang w:val="tt-RU"/>
        </w:rPr>
        <w:t xml:space="preserve">умений </w:t>
      </w:r>
      <w:r w:rsidRPr="000127C1">
        <w:rPr>
          <w:bCs/>
        </w:rPr>
        <w:t>аудирования на базе умений, сформированных в начальной школе:</w:t>
      </w:r>
    </w:p>
    <w:p w14:paraId="6D65BD1C" w14:textId="59CA176A" w:rsidR="004E7665" w:rsidRPr="000127C1" w:rsidRDefault="00766CE2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при непосредственном общении: понимание на слух речи учителя и одноклассников и вербальная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>невербальная реакция на услышанное;</w:t>
      </w:r>
    </w:p>
    <w:p w14:paraId="7E6C6D85" w14:textId="2CF32FDD" w:rsidR="00B905B7" w:rsidRPr="000127C1" w:rsidRDefault="00B905B7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понимание на слух несложны</w:t>
      </w:r>
      <w:r w:rsidR="00CA065D" w:rsidRPr="000127C1">
        <w:rPr>
          <w:bCs/>
          <w:color w:val="auto"/>
          <w:sz w:val="24"/>
          <w:szCs w:val="24"/>
        </w:rPr>
        <w:t>х</w:t>
      </w:r>
      <w:r w:rsidRPr="000127C1">
        <w:rPr>
          <w:bCs/>
          <w:color w:val="auto"/>
          <w:sz w:val="24"/>
          <w:szCs w:val="24"/>
        </w:rPr>
        <w:t xml:space="preserve"> адаптированны</w:t>
      </w:r>
      <w:r w:rsidR="00CA065D" w:rsidRPr="000127C1">
        <w:rPr>
          <w:bCs/>
          <w:color w:val="auto"/>
          <w:sz w:val="24"/>
          <w:szCs w:val="24"/>
        </w:rPr>
        <w:t>х</w:t>
      </w:r>
      <w:r w:rsidRPr="000127C1">
        <w:rPr>
          <w:bCs/>
          <w:color w:val="auto"/>
          <w:sz w:val="24"/>
          <w:szCs w:val="24"/>
        </w:rPr>
        <w:t xml:space="preserve"> аутентичны</w:t>
      </w:r>
      <w:r w:rsidR="00CA065D" w:rsidRPr="000127C1">
        <w:rPr>
          <w:bCs/>
          <w:color w:val="auto"/>
          <w:sz w:val="24"/>
          <w:szCs w:val="24"/>
        </w:rPr>
        <w:t>х</w:t>
      </w:r>
      <w:r w:rsidRPr="000127C1">
        <w:rPr>
          <w:bCs/>
          <w:color w:val="auto"/>
          <w:sz w:val="24"/>
          <w:szCs w:val="24"/>
        </w:rPr>
        <w:t xml:space="preserve"> текст</w:t>
      </w:r>
      <w:r w:rsidR="00CA065D" w:rsidRPr="000127C1">
        <w:rPr>
          <w:bCs/>
          <w:color w:val="auto"/>
          <w:sz w:val="24"/>
          <w:szCs w:val="24"/>
        </w:rPr>
        <w:t>ов</w:t>
      </w:r>
      <w:r w:rsidRPr="000127C1">
        <w:rPr>
          <w:bCs/>
          <w:color w:val="auto"/>
          <w:sz w:val="24"/>
          <w:szCs w:val="24"/>
        </w:rPr>
        <w:t>, содержащи</w:t>
      </w:r>
      <w:r w:rsidR="00CA065D" w:rsidRPr="000127C1">
        <w:rPr>
          <w:bCs/>
          <w:color w:val="auto"/>
          <w:sz w:val="24"/>
          <w:szCs w:val="24"/>
        </w:rPr>
        <w:t>х</w:t>
      </w:r>
      <w:r w:rsidR="00F14BCA" w:rsidRPr="000127C1">
        <w:rPr>
          <w:bCs/>
          <w:color w:val="auto"/>
          <w:sz w:val="24"/>
          <w:szCs w:val="24"/>
        </w:rPr>
        <w:t xml:space="preserve"> </w:t>
      </w:r>
      <w:r w:rsidRPr="000127C1">
        <w:rPr>
          <w:bCs/>
          <w:color w:val="auto"/>
          <w:sz w:val="24"/>
          <w:szCs w:val="24"/>
        </w:rPr>
        <w:t>отдельные незнакомые слова, грамматические явления</w:t>
      </w:r>
      <w:r w:rsidR="008D3A4C" w:rsidRPr="000127C1">
        <w:rPr>
          <w:bCs/>
          <w:color w:val="auto"/>
          <w:sz w:val="24"/>
          <w:szCs w:val="24"/>
        </w:rPr>
        <w:t>;</w:t>
      </w:r>
    </w:p>
    <w:p w14:paraId="7911EC86" w14:textId="37AC9DAE" w:rsidR="008D3A4C" w:rsidRPr="000127C1" w:rsidRDefault="008D3A4C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выполнение условно-речевых упражнений для развития слуховой памяти: нахождение несоответствия между содержанием прочитанного и услышанного; нахождение расхождения между услышанным и изображенном.</w:t>
      </w:r>
    </w:p>
    <w:p w14:paraId="144B25C0" w14:textId="77777777" w:rsidR="00766CE2" w:rsidRPr="000127C1" w:rsidRDefault="00766CE2" w:rsidP="000127C1">
      <w:pPr>
        <w:ind w:firstLine="709"/>
        <w:jc w:val="both"/>
        <w:rPr>
          <w:bCs/>
        </w:rPr>
      </w:pPr>
      <w:r w:rsidRPr="000127C1">
        <w:rPr>
          <w:bCs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14:paraId="6259B704" w14:textId="21F3EAC1" w:rsidR="00766CE2" w:rsidRPr="000127C1" w:rsidRDefault="00766CE2" w:rsidP="000127C1">
      <w:pPr>
        <w:ind w:firstLine="709"/>
        <w:jc w:val="both"/>
        <w:rPr>
          <w:bCs/>
        </w:rPr>
      </w:pPr>
      <w:r w:rsidRPr="000127C1">
        <w:rPr>
          <w:bCs/>
        </w:rPr>
        <w:t>Время звучания текста для аудирования – до 1 минуты.</w:t>
      </w:r>
    </w:p>
    <w:p w14:paraId="192BB9DF" w14:textId="33B819E2" w:rsidR="00A41099" w:rsidRPr="000127C1" w:rsidRDefault="00291A74" w:rsidP="000127C1">
      <w:pPr>
        <w:ind w:firstLine="709"/>
        <w:jc w:val="both"/>
        <w:rPr>
          <w:b/>
          <w:bCs/>
          <w:iCs/>
        </w:rPr>
      </w:pPr>
      <w:r w:rsidRPr="000127C1">
        <w:rPr>
          <w:b/>
          <w:bCs/>
          <w:iCs/>
        </w:rPr>
        <w:t>Говорение</w:t>
      </w:r>
    </w:p>
    <w:p w14:paraId="54AFE534" w14:textId="01D65574" w:rsidR="000C66EE" w:rsidRPr="000127C1" w:rsidRDefault="000C66EE" w:rsidP="000127C1">
      <w:pPr>
        <w:ind w:firstLine="709"/>
        <w:jc w:val="both"/>
        <w:rPr>
          <w:iCs/>
        </w:rPr>
      </w:pPr>
      <w:r w:rsidRPr="000127C1">
        <w:rPr>
          <w:iCs/>
        </w:rPr>
        <w:t>Развитие диалогической речи на базе умений, сформированных в начальной школе:</w:t>
      </w:r>
    </w:p>
    <w:p w14:paraId="7AF8E024" w14:textId="6B74CB02" w:rsidR="000C66EE" w:rsidRPr="000127C1" w:rsidRDefault="000C66EE" w:rsidP="000127C1">
      <w:pPr>
        <w:pStyle w:val="a5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</w:rPr>
      </w:pPr>
      <w:r w:rsidRPr="000127C1">
        <w:rPr>
          <w:iCs/>
          <w:color w:val="auto"/>
          <w:sz w:val="24"/>
          <w:szCs w:val="24"/>
        </w:rPr>
        <w:t>диалог этикетного характера: начинать, поддерживать</w:t>
      </w:r>
      <w:r w:rsidR="003D36B0" w:rsidRPr="000127C1">
        <w:rPr>
          <w:iCs/>
          <w:color w:val="auto"/>
          <w:sz w:val="24"/>
          <w:szCs w:val="24"/>
        </w:rPr>
        <w:t xml:space="preserve"> </w:t>
      </w:r>
      <w:r w:rsidRPr="000127C1">
        <w:rPr>
          <w:iCs/>
          <w:color w:val="auto"/>
          <w:sz w:val="24"/>
          <w:szCs w:val="24"/>
        </w:rPr>
        <w:t>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</w:t>
      </w:r>
      <w:r w:rsidR="00055FEC" w:rsidRPr="000127C1">
        <w:rPr>
          <w:iCs/>
          <w:color w:val="auto"/>
          <w:sz w:val="24"/>
          <w:szCs w:val="24"/>
        </w:rPr>
        <w:t xml:space="preserve"> / </w:t>
      </w:r>
      <w:r w:rsidRPr="000127C1">
        <w:rPr>
          <w:iCs/>
          <w:color w:val="auto"/>
          <w:sz w:val="24"/>
          <w:szCs w:val="24"/>
        </w:rPr>
        <w:t>отказываться от предложения собеседника;</w:t>
      </w:r>
    </w:p>
    <w:p w14:paraId="38BBC6A1" w14:textId="0CABEA0E" w:rsidR="000C66EE" w:rsidRPr="000127C1" w:rsidRDefault="00A53DE3" w:rsidP="000127C1">
      <w:pPr>
        <w:pStyle w:val="a5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</w:rPr>
      </w:pPr>
      <w:r w:rsidRPr="000127C1">
        <w:rPr>
          <w:iCs/>
          <w:color w:val="auto"/>
          <w:sz w:val="24"/>
          <w:szCs w:val="24"/>
        </w:rPr>
        <w:t>диалог</w:t>
      </w:r>
      <w:r w:rsidR="00291A74" w:rsidRPr="000127C1">
        <w:rPr>
          <w:iCs/>
          <w:color w:val="auto"/>
          <w:sz w:val="24"/>
          <w:szCs w:val="24"/>
        </w:rPr>
        <w:t>-</w:t>
      </w:r>
      <w:r w:rsidR="000C66EE" w:rsidRPr="000127C1">
        <w:rPr>
          <w:iCs/>
          <w:color w:val="auto"/>
          <w:sz w:val="24"/>
          <w:szCs w:val="24"/>
        </w:rPr>
        <w:t>побуждение к действию: обращаться с просьбой,</w:t>
      </w:r>
      <w:r w:rsidR="003D36B0" w:rsidRPr="000127C1">
        <w:rPr>
          <w:iCs/>
          <w:color w:val="auto"/>
          <w:sz w:val="24"/>
          <w:szCs w:val="24"/>
        </w:rPr>
        <w:t xml:space="preserve"> </w:t>
      </w:r>
      <w:r w:rsidR="000C66EE" w:rsidRPr="000127C1">
        <w:rPr>
          <w:iCs/>
          <w:color w:val="auto"/>
          <w:sz w:val="24"/>
          <w:szCs w:val="24"/>
        </w:rPr>
        <w:t>вежливо соглашаться</w:t>
      </w:r>
      <w:r w:rsidR="00055FEC" w:rsidRPr="000127C1">
        <w:rPr>
          <w:iCs/>
          <w:color w:val="auto"/>
          <w:sz w:val="24"/>
          <w:szCs w:val="24"/>
        </w:rPr>
        <w:t xml:space="preserve"> / </w:t>
      </w:r>
      <w:r w:rsidR="000C66EE" w:rsidRPr="000127C1">
        <w:rPr>
          <w:iCs/>
          <w:color w:val="auto"/>
          <w:sz w:val="24"/>
          <w:szCs w:val="24"/>
        </w:rPr>
        <w:t>не соглашаться выполнить просьбу; приглашать собеседника к совместной деятельности, вежливо соглашаться</w:t>
      </w:r>
      <w:r w:rsidR="00055FEC" w:rsidRPr="000127C1">
        <w:rPr>
          <w:iCs/>
          <w:color w:val="auto"/>
          <w:sz w:val="24"/>
          <w:szCs w:val="24"/>
        </w:rPr>
        <w:t xml:space="preserve"> / </w:t>
      </w:r>
      <w:r w:rsidR="000C66EE" w:rsidRPr="000127C1">
        <w:rPr>
          <w:iCs/>
          <w:color w:val="auto"/>
          <w:sz w:val="24"/>
          <w:szCs w:val="24"/>
        </w:rPr>
        <w:t>не соглашаться на предложение собеседника;</w:t>
      </w:r>
    </w:p>
    <w:p w14:paraId="16BFEA94" w14:textId="2C6B7C15" w:rsidR="003D36B0" w:rsidRPr="000127C1" w:rsidRDefault="000C66EE" w:rsidP="000127C1">
      <w:pPr>
        <w:pStyle w:val="a5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</w:rPr>
      </w:pPr>
      <w:r w:rsidRPr="000127C1">
        <w:rPr>
          <w:iCs/>
          <w:color w:val="auto"/>
          <w:sz w:val="24"/>
          <w:szCs w:val="24"/>
        </w:rPr>
        <w:lastRenderedPageBreak/>
        <w:t>диалог-расспрос: сообщать фактическую информацию, отвечая на вопросы; запрашивать интересующую информацию.</w:t>
      </w:r>
    </w:p>
    <w:p w14:paraId="5B96EC4E" w14:textId="77777777" w:rsidR="003D36B0" w:rsidRPr="000127C1" w:rsidRDefault="002019E7" w:rsidP="000127C1">
      <w:pPr>
        <w:ind w:firstLine="709"/>
        <w:jc w:val="both"/>
      </w:pPr>
      <w:r w:rsidRPr="000127C1">
        <w:t>Объе</w:t>
      </w:r>
      <w:r w:rsidR="00502B6A" w:rsidRPr="000127C1">
        <w:t>м диалога</w:t>
      </w:r>
      <w:r w:rsidR="00670C88" w:rsidRPr="000127C1">
        <w:rPr>
          <w:lang w:val="tt-RU"/>
        </w:rPr>
        <w:t>:</w:t>
      </w:r>
      <w:r w:rsidR="008D4209" w:rsidRPr="000127C1">
        <w:t xml:space="preserve"> </w:t>
      </w:r>
      <w:r w:rsidR="00F75692" w:rsidRPr="000127C1">
        <w:rPr>
          <w:bCs/>
        </w:rPr>
        <w:t>6–</w:t>
      </w:r>
      <w:r w:rsidR="008D4209" w:rsidRPr="000127C1">
        <w:rPr>
          <w:bCs/>
        </w:rPr>
        <w:t xml:space="preserve">7 </w:t>
      </w:r>
      <w:r w:rsidR="00502B6A" w:rsidRPr="000127C1">
        <w:rPr>
          <w:bCs/>
        </w:rPr>
        <w:t>реплик</w:t>
      </w:r>
      <w:r w:rsidR="00502B6A" w:rsidRPr="000127C1">
        <w:t xml:space="preserve"> со стороны каждого собеседника.</w:t>
      </w:r>
    </w:p>
    <w:p w14:paraId="47F4638C" w14:textId="7F95A0BD" w:rsidR="003D36B0" w:rsidRPr="000127C1" w:rsidRDefault="003D36B0" w:rsidP="000127C1">
      <w:pPr>
        <w:ind w:firstLine="709"/>
        <w:jc w:val="both"/>
      </w:pPr>
      <w:r w:rsidRPr="000127C1">
        <w:t>Развитие монологической речи на базе умений, сформированных в начальной школе:</w:t>
      </w:r>
    </w:p>
    <w:p w14:paraId="059BCB54" w14:textId="40DCFF91" w:rsidR="003D36B0" w:rsidRPr="000127C1" w:rsidRDefault="003D36B0" w:rsidP="000127C1">
      <w:pPr>
        <w:pStyle w:val="a5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создание устных связных монологических высказываний с использованием основных коммуникативных типов речи: описание (предмета, людей), повествование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сообщение</w:t>
      </w:r>
      <w:r w:rsidR="008C1E72" w:rsidRPr="000127C1">
        <w:rPr>
          <w:color w:val="auto"/>
          <w:sz w:val="24"/>
          <w:szCs w:val="24"/>
        </w:rPr>
        <w:t xml:space="preserve"> по изученным темам программы</w:t>
      </w:r>
      <w:r w:rsidRPr="000127C1">
        <w:rPr>
          <w:color w:val="auto"/>
          <w:sz w:val="24"/>
          <w:szCs w:val="24"/>
        </w:rPr>
        <w:t>;</w:t>
      </w:r>
    </w:p>
    <w:p w14:paraId="44D40459" w14:textId="77777777" w:rsidR="004133FB" w:rsidRPr="000127C1" w:rsidRDefault="004133FB" w:rsidP="000127C1">
      <w:pPr>
        <w:pStyle w:val="a5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пересказ с опорой на ключевые слова, вопросы или и</w:t>
      </w:r>
      <w:r w:rsidR="00CE5BD7" w:rsidRPr="000127C1">
        <w:rPr>
          <w:color w:val="auto"/>
          <w:sz w:val="24"/>
          <w:szCs w:val="24"/>
        </w:rPr>
        <w:t xml:space="preserve">ллюстрации основного содержания </w:t>
      </w:r>
      <w:r w:rsidRPr="000127C1">
        <w:rPr>
          <w:color w:val="auto"/>
          <w:sz w:val="24"/>
          <w:szCs w:val="24"/>
        </w:rPr>
        <w:t>прослушанного или прочитанного текста;</w:t>
      </w:r>
    </w:p>
    <w:p w14:paraId="63B20465" w14:textId="77777777" w:rsidR="008D3A4C" w:rsidRPr="000127C1" w:rsidRDefault="004133FB" w:rsidP="000127C1">
      <w:pPr>
        <w:pStyle w:val="a5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краткое устное изложение результатов выполненного несложного проектного задания</w:t>
      </w:r>
      <w:r w:rsidR="008D3A4C" w:rsidRPr="000127C1">
        <w:rPr>
          <w:color w:val="auto"/>
          <w:sz w:val="24"/>
          <w:szCs w:val="24"/>
        </w:rPr>
        <w:t>;</w:t>
      </w:r>
    </w:p>
    <w:p w14:paraId="1B53027B" w14:textId="3BD0B11D" w:rsidR="008D3A4C" w:rsidRPr="000127C1" w:rsidRDefault="008D3A4C" w:rsidP="000127C1">
      <w:pPr>
        <w:pStyle w:val="a5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 xml:space="preserve">составление небольшого высказывания в соответствии </w:t>
      </w:r>
      <w:r w:rsidR="00CA065D" w:rsidRPr="000127C1">
        <w:rPr>
          <w:color w:val="auto"/>
          <w:sz w:val="24"/>
          <w:szCs w:val="24"/>
        </w:rPr>
        <w:t xml:space="preserve">с </w:t>
      </w:r>
      <w:r w:rsidRPr="000127C1">
        <w:rPr>
          <w:color w:val="auto"/>
          <w:sz w:val="24"/>
          <w:szCs w:val="24"/>
        </w:rPr>
        <w:t>учебной ситуацией в пределах пр</w:t>
      </w:r>
      <w:r w:rsidR="00CA065D" w:rsidRPr="000127C1">
        <w:rPr>
          <w:color w:val="auto"/>
          <w:sz w:val="24"/>
          <w:szCs w:val="24"/>
        </w:rPr>
        <w:t>ограммного языкового материала.</w:t>
      </w:r>
    </w:p>
    <w:p w14:paraId="20086DD3" w14:textId="7DC280C8" w:rsidR="002C060E" w:rsidRPr="000127C1" w:rsidRDefault="002019E7" w:rsidP="000127C1">
      <w:pPr>
        <w:ind w:firstLine="709"/>
        <w:jc w:val="both"/>
      </w:pPr>
      <w:r w:rsidRPr="000127C1">
        <w:t>Объе</w:t>
      </w:r>
      <w:r w:rsidR="00502B6A" w:rsidRPr="000127C1">
        <w:t xml:space="preserve">м монологического высказывания: </w:t>
      </w:r>
      <w:r w:rsidR="00F75692" w:rsidRPr="000127C1">
        <w:rPr>
          <w:bCs/>
        </w:rPr>
        <w:t>6–</w:t>
      </w:r>
      <w:r w:rsidR="00502B6A" w:rsidRPr="000127C1">
        <w:rPr>
          <w:bCs/>
        </w:rPr>
        <w:t>7 фраз</w:t>
      </w:r>
      <w:r w:rsidR="00502B6A" w:rsidRPr="000127C1">
        <w:t>.</w:t>
      </w:r>
    </w:p>
    <w:p w14:paraId="5A366BFD" w14:textId="6D0B502B" w:rsidR="00BA0EA3" w:rsidRPr="000127C1" w:rsidRDefault="00BA0EA3" w:rsidP="000127C1">
      <w:pPr>
        <w:ind w:firstLine="709"/>
        <w:jc w:val="both"/>
        <w:rPr>
          <w:b/>
          <w:i/>
        </w:rPr>
      </w:pPr>
      <w:r w:rsidRPr="000127C1">
        <w:rPr>
          <w:lang w:val="tt-RU"/>
        </w:rPr>
        <w:t>У</w:t>
      </w:r>
      <w:r w:rsidRPr="000127C1">
        <w:t xml:space="preserve">мения диалогической </w:t>
      </w:r>
      <w:r w:rsidRPr="000127C1">
        <w:rPr>
          <w:lang w:val="tt-RU"/>
        </w:rPr>
        <w:t xml:space="preserve">и монологической </w:t>
      </w:r>
      <w:r w:rsidRPr="000127C1">
        <w:t>речи развиваются в стандартных ситуациях общения в рамках</w:t>
      </w:r>
      <w:r w:rsidRPr="000127C1">
        <w:rPr>
          <w:lang w:val="tt-RU"/>
        </w:rPr>
        <w:t xml:space="preserve"> </w:t>
      </w:r>
      <w:r w:rsidRPr="000127C1">
        <w:t>тематического содержания речи с опорой на речевые ситуации,</w:t>
      </w:r>
      <w:r w:rsidRPr="000127C1">
        <w:rPr>
          <w:lang w:val="tt-RU"/>
        </w:rPr>
        <w:t xml:space="preserve"> </w:t>
      </w:r>
      <w:r w:rsidRPr="000127C1">
        <w:t>ключевые слова и</w:t>
      </w:r>
      <w:r w:rsidR="00055FEC" w:rsidRPr="000127C1">
        <w:t xml:space="preserve"> / </w:t>
      </w:r>
      <w:r w:rsidRPr="000127C1">
        <w:t xml:space="preserve">или иллюстрации, фотографии с соблюдением норм </w:t>
      </w:r>
      <w:r w:rsidRPr="000127C1">
        <w:rPr>
          <w:lang w:val="tt-RU"/>
        </w:rPr>
        <w:t xml:space="preserve">татарского </w:t>
      </w:r>
      <w:r w:rsidRPr="000127C1">
        <w:t>речевого этикета</w:t>
      </w:r>
      <w:r w:rsidRPr="000127C1">
        <w:rPr>
          <w:lang w:val="tt-RU"/>
        </w:rPr>
        <w:t>.</w:t>
      </w:r>
    </w:p>
    <w:p w14:paraId="03B08416" w14:textId="18C6C8BE" w:rsidR="00FC4EB5" w:rsidRPr="000127C1" w:rsidRDefault="002C060E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Смысловое чтение</w:t>
      </w:r>
    </w:p>
    <w:p w14:paraId="1B38C087" w14:textId="57E302F2" w:rsidR="008D4209" w:rsidRPr="000127C1" w:rsidRDefault="008D4209" w:rsidP="000127C1">
      <w:pPr>
        <w:ind w:firstLine="709"/>
        <w:jc w:val="both"/>
      </w:pPr>
      <w:r w:rsidRPr="000127C1"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</w:t>
      </w:r>
      <w:r w:rsidR="00CA065D" w:rsidRPr="000127C1">
        <w:t>е</w:t>
      </w:r>
      <w:r w:rsidRPr="000127C1"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6B3EC5D2" w14:textId="6B6A593A" w:rsidR="008D4209" w:rsidRPr="000127C1" w:rsidRDefault="008D4209" w:rsidP="000127C1">
      <w:pPr>
        <w:pStyle w:val="a5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 xml:space="preserve">чтение с пониманием основного содержания текста </w:t>
      </w:r>
      <w:r w:rsidR="00F50579" w:rsidRPr="000127C1">
        <w:rPr>
          <w:color w:val="auto"/>
          <w:sz w:val="24"/>
          <w:szCs w:val="24"/>
        </w:rPr>
        <w:t xml:space="preserve">с </w:t>
      </w:r>
      <w:r w:rsidRPr="000127C1">
        <w:rPr>
          <w:color w:val="auto"/>
          <w:sz w:val="24"/>
          <w:szCs w:val="24"/>
        </w:rPr>
        <w:t>определ</w:t>
      </w:r>
      <w:r w:rsidR="00F50579" w:rsidRPr="000127C1">
        <w:rPr>
          <w:color w:val="auto"/>
          <w:sz w:val="24"/>
          <w:szCs w:val="24"/>
        </w:rPr>
        <w:t xml:space="preserve">ением </w:t>
      </w:r>
      <w:r w:rsidRPr="000127C1">
        <w:rPr>
          <w:color w:val="auto"/>
          <w:sz w:val="24"/>
          <w:szCs w:val="24"/>
        </w:rPr>
        <w:t>основн</w:t>
      </w:r>
      <w:r w:rsidR="00F50579" w:rsidRPr="000127C1">
        <w:rPr>
          <w:color w:val="auto"/>
          <w:sz w:val="24"/>
          <w:szCs w:val="24"/>
        </w:rPr>
        <w:t>ой темы и главных фактов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событи</w:t>
      </w:r>
      <w:r w:rsidR="00F50579" w:rsidRPr="000127C1">
        <w:rPr>
          <w:color w:val="auto"/>
          <w:sz w:val="24"/>
          <w:szCs w:val="24"/>
        </w:rPr>
        <w:t>й в прочитанном тексте;</w:t>
      </w:r>
      <w:r w:rsidRPr="000127C1">
        <w:rPr>
          <w:color w:val="auto"/>
          <w:sz w:val="24"/>
          <w:szCs w:val="24"/>
        </w:rPr>
        <w:t xml:space="preserve"> </w:t>
      </w:r>
    </w:p>
    <w:p w14:paraId="16A96860" w14:textId="77777777" w:rsidR="008D4209" w:rsidRPr="000127C1" w:rsidRDefault="008D4209" w:rsidP="000127C1">
      <w:pPr>
        <w:pStyle w:val="a5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7C15DB20" w14:textId="4962D60A" w:rsidR="008D4209" w:rsidRPr="000127C1" w:rsidRDefault="008D4209" w:rsidP="000127C1">
      <w:pPr>
        <w:ind w:firstLine="709"/>
        <w:jc w:val="both"/>
      </w:pPr>
      <w:r w:rsidRPr="000127C1">
        <w:t>Тексты для чтения: беседа</w:t>
      </w:r>
      <w:r w:rsidR="00055FEC" w:rsidRPr="000127C1">
        <w:t xml:space="preserve"> / </w:t>
      </w:r>
      <w:r w:rsidRPr="000127C1">
        <w:t>диалог, рассказ, сказка, стихотворение; несплошной текст (таблица).</w:t>
      </w:r>
    </w:p>
    <w:p w14:paraId="394B28E4" w14:textId="5E774681" w:rsidR="00DB14BC" w:rsidRPr="000127C1" w:rsidRDefault="002019E7" w:rsidP="000127C1">
      <w:pPr>
        <w:ind w:firstLine="709"/>
        <w:jc w:val="both"/>
        <w:rPr>
          <w:bCs/>
          <w:iCs/>
        </w:rPr>
      </w:pPr>
      <w:r w:rsidRPr="000127C1">
        <w:t>Объе</w:t>
      </w:r>
      <w:r w:rsidR="008D4209" w:rsidRPr="000127C1">
        <w:t>м текста для чтения:</w:t>
      </w:r>
      <w:r w:rsidR="002955E3" w:rsidRPr="000127C1">
        <w:t xml:space="preserve"> </w:t>
      </w:r>
      <w:r w:rsidR="008D4209" w:rsidRPr="000127C1">
        <w:rPr>
          <w:bCs/>
        </w:rPr>
        <w:t>1</w:t>
      </w:r>
      <w:r w:rsidR="00D25E3F" w:rsidRPr="000127C1">
        <w:rPr>
          <w:bCs/>
        </w:rPr>
        <w:t>3</w:t>
      </w:r>
      <w:r w:rsidR="007F6885" w:rsidRPr="000127C1">
        <w:rPr>
          <w:bCs/>
        </w:rPr>
        <w:t>0–</w:t>
      </w:r>
      <w:r w:rsidR="008D4209" w:rsidRPr="000127C1">
        <w:rPr>
          <w:bCs/>
        </w:rPr>
        <w:t>1</w:t>
      </w:r>
      <w:r w:rsidR="00D25E3F" w:rsidRPr="000127C1">
        <w:rPr>
          <w:bCs/>
        </w:rPr>
        <w:t>4</w:t>
      </w:r>
      <w:r w:rsidR="008D4209" w:rsidRPr="000127C1">
        <w:rPr>
          <w:bCs/>
        </w:rPr>
        <w:t>0</w:t>
      </w:r>
      <w:r w:rsidR="007F6885" w:rsidRPr="000127C1">
        <w:rPr>
          <w:bCs/>
        </w:rPr>
        <w:t xml:space="preserve"> </w:t>
      </w:r>
      <w:r w:rsidR="008D4209" w:rsidRPr="000127C1">
        <w:rPr>
          <w:bCs/>
        </w:rPr>
        <w:t>слов.</w:t>
      </w:r>
    </w:p>
    <w:p w14:paraId="23815863" w14:textId="77777777" w:rsidR="00E41265" w:rsidRPr="000127C1" w:rsidRDefault="00E41265" w:rsidP="000127C1">
      <w:pPr>
        <w:ind w:firstLine="709"/>
        <w:jc w:val="both"/>
        <w:rPr>
          <w:iCs/>
        </w:rPr>
      </w:pPr>
      <w:r w:rsidRPr="000127C1">
        <w:rPr>
          <w:b/>
          <w:iCs/>
        </w:rPr>
        <w:t>Письменная речь</w:t>
      </w:r>
    </w:p>
    <w:p w14:paraId="34288EA1" w14:textId="77777777" w:rsidR="00E41265" w:rsidRPr="000127C1" w:rsidRDefault="00E41265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Развитие умений письменной речи на базе умений, сформированных в начальной школе:</w:t>
      </w:r>
    </w:p>
    <w:p w14:paraId="12F486F7" w14:textId="77777777" w:rsidR="00E41265" w:rsidRPr="000127C1" w:rsidRDefault="00E41265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</w:pPr>
      <w:r w:rsidRPr="000127C1">
        <w:t>правильное написание изученных слов по программе;</w:t>
      </w:r>
    </w:p>
    <w:p w14:paraId="49EA685A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t>заполнение пропусков словами; дописывание предложений;</w:t>
      </w:r>
    </w:p>
    <w:p w14:paraId="40B22E7F" w14:textId="77777777" w:rsidR="00E41265" w:rsidRPr="000127C1" w:rsidRDefault="00E41265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выписывание из текста слова, словосочетания, предложения в соответствии с решаемой коммуникативной задачей;</w:t>
      </w:r>
    </w:p>
    <w:p w14:paraId="5E375FA5" w14:textId="77777777" w:rsidR="00F50579" w:rsidRPr="000127C1" w:rsidRDefault="00F50579" w:rsidP="000127C1">
      <w:pPr>
        <w:numPr>
          <w:ilvl w:val="0"/>
          <w:numId w:val="84"/>
        </w:numPr>
        <w:tabs>
          <w:tab w:val="left" w:pos="1134"/>
        </w:tabs>
        <w:ind w:left="0" w:firstLine="709"/>
        <w:contextualSpacing/>
        <w:jc w:val="both"/>
        <w:rPr>
          <w:bCs/>
          <w:iCs/>
          <w:lang w:val="tt-RU"/>
        </w:rPr>
      </w:pPr>
      <w:r w:rsidRPr="000127C1">
        <w:rPr>
          <w:bCs/>
          <w:iCs/>
          <w:lang w:val="tt-RU"/>
        </w:rPr>
        <w:t>постановка вопросов с использованием определенного лексического и грамматического материалов;</w:t>
      </w:r>
    </w:p>
    <w:p w14:paraId="0EAE83E6" w14:textId="4D8F807A" w:rsidR="00E41265" w:rsidRPr="000127C1" w:rsidRDefault="00E41265" w:rsidP="000127C1">
      <w:pPr>
        <w:numPr>
          <w:ilvl w:val="0"/>
          <w:numId w:val="84"/>
        </w:numPr>
        <w:tabs>
          <w:tab w:val="left" w:pos="1134"/>
        </w:tabs>
        <w:ind w:left="0" w:firstLine="709"/>
        <w:contextualSpacing/>
        <w:jc w:val="both"/>
        <w:rPr>
          <w:bCs/>
          <w:iCs/>
          <w:lang w:val="tt-RU"/>
        </w:rPr>
      </w:pPr>
      <w:r w:rsidRPr="000127C1">
        <w:rPr>
          <w:bCs/>
          <w:iCs/>
          <w:lang w:val="tt-RU"/>
        </w:rPr>
        <w:t xml:space="preserve">письменные ответы на данные вопросы с использованием </w:t>
      </w:r>
      <w:r w:rsidR="00F50579" w:rsidRPr="000127C1">
        <w:rPr>
          <w:bCs/>
          <w:iCs/>
          <w:lang w:val="tt-RU"/>
        </w:rPr>
        <w:t>пройденного лексико-</w:t>
      </w:r>
      <w:r w:rsidRPr="000127C1">
        <w:rPr>
          <w:bCs/>
          <w:iCs/>
          <w:lang w:val="tt-RU"/>
        </w:rPr>
        <w:t xml:space="preserve">грамматического </w:t>
      </w:r>
      <w:r w:rsidR="00F50579" w:rsidRPr="000127C1">
        <w:rPr>
          <w:bCs/>
          <w:iCs/>
          <w:lang w:val="tt-RU"/>
        </w:rPr>
        <w:t>материала</w:t>
      </w:r>
      <w:r w:rsidRPr="000127C1">
        <w:rPr>
          <w:bCs/>
          <w:iCs/>
          <w:lang w:val="tt-RU"/>
        </w:rPr>
        <w:t>;</w:t>
      </w:r>
    </w:p>
    <w:p w14:paraId="16EC9778" w14:textId="77777777" w:rsidR="00E41265" w:rsidRPr="000127C1" w:rsidRDefault="00E41265" w:rsidP="000127C1">
      <w:pPr>
        <w:numPr>
          <w:ilvl w:val="0"/>
          <w:numId w:val="85"/>
        </w:numPr>
        <w:tabs>
          <w:tab w:val="left" w:pos="1134"/>
        </w:tabs>
        <w:ind w:left="0" w:firstLine="709"/>
        <w:contextualSpacing/>
        <w:jc w:val="both"/>
      </w:pPr>
      <w:r w:rsidRPr="000127C1">
        <w:t>самостоятельное составление и написание небольших текстов по изучаемой теме;</w:t>
      </w:r>
    </w:p>
    <w:p w14:paraId="0D7B8D25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предложений и речевых клише в соответствии с ситуацией.</w:t>
      </w:r>
    </w:p>
    <w:p w14:paraId="5FB4BB75" w14:textId="77777777" w:rsidR="004133FB" w:rsidRPr="000127C1" w:rsidRDefault="004133FB" w:rsidP="000127C1">
      <w:pPr>
        <w:jc w:val="both"/>
        <w:rPr>
          <w:b/>
        </w:rPr>
      </w:pPr>
      <w:r w:rsidRPr="000127C1">
        <w:rPr>
          <w:b/>
        </w:rPr>
        <w:t>Языковые знания и навыки</w:t>
      </w:r>
    </w:p>
    <w:p w14:paraId="33886294" w14:textId="77777777" w:rsidR="004133FB" w:rsidRPr="000127C1" w:rsidRDefault="004133FB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Фонетическая сторона речи</w:t>
      </w:r>
    </w:p>
    <w:p w14:paraId="123A90E6" w14:textId="77777777" w:rsidR="009223C2" w:rsidRPr="000127C1" w:rsidRDefault="00324C1A" w:rsidP="000127C1">
      <w:pPr>
        <w:pStyle w:val="a5"/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0127C1">
        <w:rPr>
          <w:rFonts w:eastAsia="Calibri"/>
          <w:color w:val="auto"/>
          <w:spacing w:val="-2"/>
          <w:sz w:val="24"/>
          <w:szCs w:val="24"/>
        </w:rPr>
        <w:t>п</w:t>
      </w:r>
      <w:r w:rsidR="00C140FC" w:rsidRPr="000127C1">
        <w:rPr>
          <w:rFonts w:eastAsia="Calibri"/>
          <w:color w:val="auto"/>
          <w:spacing w:val="-2"/>
          <w:sz w:val="24"/>
          <w:szCs w:val="24"/>
        </w:rPr>
        <w:t xml:space="preserve">роизношение </w:t>
      </w:r>
      <w:r w:rsidR="004133FB" w:rsidRPr="000127C1">
        <w:rPr>
          <w:rFonts w:eastAsia="Calibri"/>
          <w:color w:val="auto"/>
          <w:spacing w:val="-2"/>
          <w:sz w:val="24"/>
          <w:szCs w:val="24"/>
        </w:rPr>
        <w:t>слов с твердыми и мягкими гласными, а также слов, не подчиняющиеся закону сингармонизма</w:t>
      </w:r>
      <w:r w:rsidR="00D32678" w:rsidRPr="000127C1">
        <w:rPr>
          <w:rFonts w:eastAsia="Calibri"/>
          <w:color w:val="auto"/>
          <w:spacing w:val="-2"/>
          <w:sz w:val="24"/>
          <w:szCs w:val="24"/>
        </w:rPr>
        <w:t>;</w:t>
      </w:r>
    </w:p>
    <w:p w14:paraId="6BD585D1" w14:textId="58A7A739" w:rsidR="005C664C" w:rsidRPr="000127C1" w:rsidRDefault="00324C1A" w:rsidP="000127C1">
      <w:pPr>
        <w:pStyle w:val="ab"/>
        <w:numPr>
          <w:ilvl w:val="0"/>
          <w:numId w:val="6"/>
        </w:numPr>
        <w:tabs>
          <w:tab w:val="left" w:pos="1134"/>
        </w:tabs>
        <w:spacing w:line="240" w:lineRule="auto"/>
        <w:ind w:left="0" w:firstLine="709"/>
        <w:jc w:val="both"/>
        <w:rPr>
          <w:rFonts w:eastAsia="Calibri"/>
          <w:color w:val="auto"/>
          <w:spacing w:val="-19"/>
          <w:lang w:val="tt-RU"/>
        </w:rPr>
      </w:pPr>
      <w:r w:rsidRPr="000127C1">
        <w:rPr>
          <w:rFonts w:eastAsia="Calibri"/>
          <w:color w:val="auto"/>
          <w:spacing w:val="-2"/>
        </w:rPr>
        <w:lastRenderedPageBreak/>
        <w:t>р</w:t>
      </w:r>
      <w:r w:rsidR="005C664C" w:rsidRPr="000127C1">
        <w:rPr>
          <w:rFonts w:eastAsia="Calibri"/>
          <w:color w:val="auto"/>
          <w:spacing w:val="-2"/>
        </w:rPr>
        <w:t>азновидности закона сингармонизма (гармония гласных по ряду</w:t>
      </w:r>
      <w:r w:rsidR="00DB14BC" w:rsidRPr="000127C1">
        <w:rPr>
          <w:rFonts w:eastAsia="Calibri"/>
          <w:color w:val="auto"/>
          <w:spacing w:val="-2"/>
        </w:rPr>
        <w:t>)</w:t>
      </w:r>
      <w:r w:rsidR="00162307" w:rsidRPr="000127C1">
        <w:rPr>
          <w:rFonts w:eastAsia="Calibri"/>
          <w:color w:val="auto"/>
          <w:spacing w:val="-2"/>
        </w:rPr>
        <w:t>:</w:t>
      </w:r>
      <w:r w:rsidR="00FB636C" w:rsidRPr="000127C1">
        <w:rPr>
          <w:rFonts w:eastAsia="Calibri"/>
          <w:color w:val="auto"/>
          <w:spacing w:val="-2"/>
        </w:rPr>
        <w:t xml:space="preserve"> </w:t>
      </w:r>
      <w:r w:rsidR="00FB636C" w:rsidRPr="000127C1">
        <w:rPr>
          <w:color w:val="auto"/>
        </w:rPr>
        <w:t>укучы [у</w:t>
      </w:r>
      <w:r w:rsidR="006851AE" w:rsidRPr="000127C1">
        <w:rPr>
          <w:color w:val="auto"/>
        </w:rPr>
        <w:t>къ</w:t>
      </w:r>
      <w:r w:rsidR="00FB636C" w:rsidRPr="000127C1">
        <w:rPr>
          <w:color w:val="auto"/>
        </w:rPr>
        <w:t>учы], д</w:t>
      </w:r>
      <w:r w:rsidR="00FB636C" w:rsidRPr="000127C1">
        <w:rPr>
          <w:color w:val="auto"/>
          <w:lang w:val="tt-RU"/>
        </w:rPr>
        <w:t>ә</w:t>
      </w:r>
      <w:r w:rsidR="00FB636C" w:rsidRPr="000127C1">
        <w:rPr>
          <w:color w:val="auto"/>
        </w:rPr>
        <w:t>рес</w:t>
      </w:r>
      <w:r w:rsidR="002955E3" w:rsidRPr="000127C1">
        <w:rPr>
          <w:color w:val="auto"/>
        </w:rPr>
        <w:t xml:space="preserve"> </w:t>
      </w:r>
      <w:r w:rsidR="00FB636C" w:rsidRPr="000127C1">
        <w:rPr>
          <w:color w:val="auto"/>
        </w:rPr>
        <w:t>[</w:t>
      </w:r>
      <w:r w:rsidR="00FB636C" w:rsidRPr="000127C1">
        <w:rPr>
          <w:color w:val="auto"/>
          <w:lang w:val="tt-RU"/>
        </w:rPr>
        <w:t>дәрес</w:t>
      </w:r>
      <w:r w:rsidR="00FB636C" w:rsidRPr="000127C1">
        <w:rPr>
          <w:color w:val="auto"/>
        </w:rPr>
        <w:t>]</w:t>
      </w:r>
      <w:r w:rsidR="005C664C" w:rsidRPr="000127C1">
        <w:rPr>
          <w:rFonts w:eastAsia="Calibri"/>
          <w:color w:val="auto"/>
          <w:spacing w:val="-2"/>
        </w:rPr>
        <w:t>; губная гармония</w:t>
      </w:r>
      <w:r w:rsidR="00FB636C" w:rsidRPr="000127C1">
        <w:rPr>
          <w:rFonts w:eastAsia="Calibri"/>
          <w:color w:val="auto"/>
          <w:spacing w:val="-2"/>
        </w:rPr>
        <w:t xml:space="preserve"> </w:t>
      </w:r>
      <w:r w:rsidR="00FB636C" w:rsidRPr="000127C1">
        <w:rPr>
          <w:color w:val="auto"/>
        </w:rPr>
        <w:t>төлке [төлкө], борын [борон]</w:t>
      </w:r>
      <w:r w:rsidR="005C664C" w:rsidRPr="000127C1">
        <w:rPr>
          <w:rFonts w:eastAsia="Calibri"/>
          <w:color w:val="auto"/>
          <w:spacing w:val="-2"/>
        </w:rPr>
        <w:t>;</w:t>
      </w:r>
    </w:p>
    <w:p w14:paraId="797BA0F4" w14:textId="77777777" w:rsidR="00D32678" w:rsidRPr="000127C1" w:rsidRDefault="00D32678" w:rsidP="000127C1">
      <w:pPr>
        <w:pStyle w:val="a5"/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0127C1">
        <w:rPr>
          <w:rFonts w:eastAsia="Calibri"/>
          <w:color w:val="auto"/>
          <w:spacing w:val="-2"/>
          <w:sz w:val="24"/>
          <w:szCs w:val="24"/>
        </w:rPr>
        <w:t>произношение парных</w:t>
      </w:r>
      <w:r w:rsidR="00A53DE3" w:rsidRPr="000127C1">
        <w:rPr>
          <w:rFonts w:eastAsia="Calibri"/>
          <w:color w:val="auto"/>
          <w:spacing w:val="-2"/>
          <w:sz w:val="24"/>
          <w:szCs w:val="24"/>
        </w:rPr>
        <w:t>, сложных слов, составных слов;</w:t>
      </w:r>
    </w:p>
    <w:p w14:paraId="16DA9E90" w14:textId="57B613A1" w:rsidR="004133FB" w:rsidRPr="000127C1" w:rsidRDefault="009223C2" w:rsidP="000127C1">
      <w:pPr>
        <w:pStyle w:val="a5"/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rFonts w:eastAsia="Calibri"/>
          <w:color w:val="auto"/>
          <w:spacing w:val="-19"/>
          <w:sz w:val="24"/>
          <w:szCs w:val="24"/>
          <w:lang w:val="tt-RU"/>
        </w:rPr>
      </w:pPr>
      <w:r w:rsidRPr="000127C1">
        <w:rPr>
          <w:rFonts w:eastAsia="Calibri"/>
          <w:color w:val="auto"/>
          <w:spacing w:val="-2"/>
          <w:sz w:val="24"/>
          <w:szCs w:val="24"/>
          <w:lang w:val="tt-RU"/>
        </w:rPr>
        <w:t>произношение слов с соблюдением правильного ударения и фраз с соблюдением их ритмико-интонационных особенностей</w:t>
      </w:r>
      <w:r w:rsidR="004133FB" w:rsidRPr="000127C1">
        <w:rPr>
          <w:rFonts w:eastAsia="Calibri"/>
          <w:color w:val="auto"/>
          <w:spacing w:val="-2"/>
          <w:sz w:val="24"/>
          <w:szCs w:val="24"/>
          <w:lang w:val="tt-RU"/>
        </w:rPr>
        <w:t>.</w:t>
      </w:r>
    </w:p>
    <w:p w14:paraId="3C0E9457" w14:textId="77777777" w:rsidR="00DB14BC" w:rsidRPr="000127C1" w:rsidRDefault="00DB14BC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165D97F0" w14:textId="77777777" w:rsidR="00DB14BC" w:rsidRPr="000127C1" w:rsidRDefault="00DB14BC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 xml:space="preserve">Объем текста для чтения вслух: </w:t>
      </w:r>
      <w:r w:rsidRPr="000127C1">
        <w:rPr>
          <w:iCs/>
        </w:rPr>
        <w:t>до 70 слов</w:t>
      </w:r>
      <w:r w:rsidRPr="000127C1">
        <w:rPr>
          <w:bCs/>
          <w:iCs/>
        </w:rPr>
        <w:t>.</w:t>
      </w:r>
    </w:p>
    <w:p w14:paraId="4E2D683C" w14:textId="77777777" w:rsidR="004133FB" w:rsidRPr="000127C1" w:rsidRDefault="004133FB" w:rsidP="000127C1">
      <w:pPr>
        <w:ind w:firstLine="709"/>
        <w:jc w:val="both"/>
        <w:rPr>
          <w:rFonts w:eastAsiaTheme="minorEastAsia"/>
          <w:b/>
          <w:iCs/>
        </w:rPr>
      </w:pPr>
      <w:r w:rsidRPr="000127C1">
        <w:rPr>
          <w:b/>
          <w:iCs/>
        </w:rPr>
        <w:t>Графика, орфография и пунктуация</w:t>
      </w:r>
    </w:p>
    <w:p w14:paraId="3F04A136" w14:textId="77777777" w:rsidR="004133FB" w:rsidRPr="000127C1" w:rsidRDefault="004133FB" w:rsidP="000127C1">
      <w:pPr>
        <w:pStyle w:val="a5"/>
        <w:widowControl w:val="0"/>
        <w:numPr>
          <w:ilvl w:val="0"/>
          <w:numId w:val="7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>правильное написание изученных слов;</w:t>
      </w:r>
    </w:p>
    <w:p w14:paraId="2FA95F2C" w14:textId="77777777" w:rsidR="009223C2" w:rsidRPr="000127C1" w:rsidRDefault="004133FB" w:rsidP="000127C1">
      <w:pPr>
        <w:pStyle w:val="a5"/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EastAsia"/>
          <w:b/>
          <w:i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9223C2" w:rsidRPr="000127C1">
        <w:rPr>
          <w:color w:val="auto"/>
          <w:sz w:val="24"/>
          <w:szCs w:val="24"/>
          <w:lang w:val="tt-RU"/>
        </w:rPr>
        <w:t xml:space="preserve"> и обра</w:t>
      </w:r>
      <w:r w:rsidR="00B664EB" w:rsidRPr="000127C1">
        <w:rPr>
          <w:color w:val="auto"/>
          <w:sz w:val="24"/>
          <w:szCs w:val="24"/>
          <w:lang w:val="tt-RU"/>
        </w:rPr>
        <w:t>щ</w:t>
      </w:r>
      <w:r w:rsidR="009223C2" w:rsidRPr="000127C1">
        <w:rPr>
          <w:color w:val="auto"/>
          <w:sz w:val="24"/>
          <w:szCs w:val="24"/>
          <w:lang w:val="tt-RU"/>
        </w:rPr>
        <w:t>ении</w:t>
      </w:r>
      <w:r w:rsidRPr="000127C1">
        <w:rPr>
          <w:color w:val="auto"/>
          <w:sz w:val="24"/>
          <w:szCs w:val="24"/>
        </w:rPr>
        <w:t>.</w:t>
      </w:r>
    </w:p>
    <w:p w14:paraId="0FB4EA90" w14:textId="77777777" w:rsidR="004133FB" w:rsidRPr="000127C1" w:rsidRDefault="004133FB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Лексическая сторона речи</w:t>
      </w:r>
    </w:p>
    <w:p w14:paraId="2A97460B" w14:textId="3C3B230D" w:rsidR="0097508E" w:rsidRPr="000127C1" w:rsidRDefault="004133FB" w:rsidP="000127C1">
      <w:pPr>
        <w:ind w:firstLine="709"/>
        <w:jc w:val="both"/>
        <w:rPr>
          <w:lang w:val="tt-RU"/>
        </w:rPr>
      </w:pPr>
      <w:r w:rsidRPr="000127C1">
        <w:rPr>
          <w:bCs/>
          <w:iCs/>
        </w:rPr>
        <w:t xml:space="preserve">Распознавание и употребление в устной и письменной речи не менее </w:t>
      </w:r>
      <w:r w:rsidR="009223C2" w:rsidRPr="000127C1">
        <w:rPr>
          <w:bCs/>
          <w:iCs/>
        </w:rPr>
        <w:t>5</w:t>
      </w:r>
      <w:r w:rsidRPr="000127C1">
        <w:rPr>
          <w:iCs/>
        </w:rPr>
        <w:t>00</w:t>
      </w:r>
      <w:r w:rsidRPr="000127C1">
        <w:rPr>
          <w:bCs/>
          <w:iCs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="009223C2" w:rsidRPr="000127C1">
        <w:rPr>
          <w:bCs/>
          <w:iCs/>
        </w:rPr>
        <w:t>5</w:t>
      </w:r>
      <w:r w:rsidRPr="000127C1">
        <w:rPr>
          <w:bCs/>
          <w:iCs/>
        </w:rPr>
        <w:t xml:space="preserve"> класса, включая </w:t>
      </w:r>
      <w:r w:rsidR="009223C2" w:rsidRPr="000127C1">
        <w:rPr>
          <w:bCs/>
          <w:iCs/>
        </w:rPr>
        <w:t>4</w:t>
      </w:r>
      <w:r w:rsidRPr="000127C1">
        <w:rPr>
          <w:bCs/>
          <w:iCs/>
        </w:rPr>
        <w:t>00 лексических единиц, усвоенных в 1</w:t>
      </w:r>
      <w:r w:rsidR="00F75692" w:rsidRPr="000127C1">
        <w:rPr>
          <w:bCs/>
          <w:iCs/>
        </w:rPr>
        <w:t>–</w:t>
      </w:r>
      <w:r w:rsidR="009223C2" w:rsidRPr="000127C1">
        <w:rPr>
          <w:bCs/>
          <w:iCs/>
        </w:rPr>
        <w:t>4</w:t>
      </w:r>
      <w:r w:rsidRPr="000127C1">
        <w:rPr>
          <w:bCs/>
          <w:iCs/>
        </w:rPr>
        <w:t xml:space="preserve"> классах; </w:t>
      </w:r>
      <w:r w:rsidR="00A53DE3" w:rsidRPr="000127C1">
        <w:t>слов</w:t>
      </w:r>
      <w:r w:rsidR="00D77530" w:rsidRPr="000127C1">
        <w:t>-</w:t>
      </w:r>
      <w:r w:rsidRPr="000127C1">
        <w:t xml:space="preserve">названий предметов, их признаков, действий предметов; </w:t>
      </w:r>
      <w:r w:rsidRPr="000127C1">
        <w:rPr>
          <w:lang w:val="tt-RU"/>
        </w:rPr>
        <w:t xml:space="preserve">заимствованных слов; синонимов и антонимов изученных слов; </w:t>
      </w:r>
      <w:r w:rsidR="00C66AC0" w:rsidRPr="000127C1">
        <w:rPr>
          <w:lang w:val="tt-RU"/>
        </w:rPr>
        <w:t xml:space="preserve">производных </w:t>
      </w:r>
      <w:r w:rsidR="008C7DD1" w:rsidRPr="000127C1">
        <w:t>«</w:t>
      </w:r>
      <w:r w:rsidR="00C66AC0" w:rsidRPr="000127C1">
        <w:rPr>
          <w:lang w:val="tt-RU"/>
        </w:rPr>
        <w:t>урманч</w:t>
      </w:r>
      <w:r w:rsidR="008C7DD1" w:rsidRPr="000127C1">
        <w:rPr>
          <w:lang w:val="tt-RU"/>
        </w:rPr>
        <w:t>ы</w:t>
      </w:r>
      <w:r w:rsidR="008C7DD1" w:rsidRPr="000127C1">
        <w:t>»</w:t>
      </w:r>
      <w:r w:rsidR="008C7DD1" w:rsidRPr="000127C1">
        <w:rPr>
          <w:lang w:val="tt-RU"/>
        </w:rPr>
        <w:t xml:space="preserve"> </w:t>
      </w:r>
      <w:r w:rsidR="00C66AC0" w:rsidRPr="000127C1">
        <w:rPr>
          <w:lang w:val="tt-RU"/>
        </w:rPr>
        <w:t>,</w:t>
      </w:r>
      <w:r w:rsidR="008C7DD1" w:rsidRPr="000127C1">
        <w:rPr>
          <w:lang w:val="tt-RU"/>
        </w:rPr>
        <w:t xml:space="preserve"> </w:t>
      </w:r>
      <w:r w:rsidR="008C7DD1" w:rsidRPr="000127C1">
        <w:t>«</w:t>
      </w:r>
      <w:r w:rsidR="00C66AC0" w:rsidRPr="000127C1">
        <w:rPr>
          <w:lang w:val="tt-RU"/>
        </w:rPr>
        <w:t>карлы</w:t>
      </w:r>
      <w:r w:rsidR="008C7DD1" w:rsidRPr="000127C1">
        <w:t>»</w:t>
      </w:r>
      <w:r w:rsidR="008C7DD1" w:rsidRPr="000127C1">
        <w:rPr>
          <w:lang w:val="tt-RU"/>
        </w:rPr>
        <w:t>,</w:t>
      </w:r>
      <w:r w:rsidR="00C66AC0" w:rsidRPr="000127C1">
        <w:rPr>
          <w:lang w:val="tt-RU"/>
        </w:rPr>
        <w:t xml:space="preserve"> </w:t>
      </w:r>
      <w:r w:rsidRPr="000127C1">
        <w:rPr>
          <w:lang w:val="tt-RU"/>
        </w:rPr>
        <w:t xml:space="preserve">парных </w:t>
      </w:r>
      <w:r w:rsidR="008C7DD1" w:rsidRPr="000127C1">
        <w:t>«</w:t>
      </w:r>
      <w:r w:rsidR="009223C2" w:rsidRPr="000127C1">
        <w:rPr>
          <w:lang w:val="tt-RU"/>
        </w:rPr>
        <w:t>бала-чага</w:t>
      </w:r>
      <w:r w:rsidR="008C7DD1" w:rsidRPr="000127C1">
        <w:t>»</w:t>
      </w:r>
      <w:r w:rsidR="009223C2" w:rsidRPr="000127C1">
        <w:rPr>
          <w:lang w:val="tt-RU"/>
        </w:rPr>
        <w:t xml:space="preserve">, </w:t>
      </w:r>
      <w:r w:rsidRPr="000127C1">
        <w:rPr>
          <w:lang w:val="tt-RU"/>
        </w:rPr>
        <w:t xml:space="preserve">сложных </w:t>
      </w:r>
      <w:r w:rsidR="008C7DD1" w:rsidRPr="000127C1">
        <w:t>«</w:t>
      </w:r>
      <w:r w:rsidR="009223C2" w:rsidRPr="000127C1">
        <w:rPr>
          <w:lang w:val="tt-RU"/>
        </w:rPr>
        <w:t>китапханә</w:t>
      </w:r>
      <w:r w:rsidR="008C7DD1" w:rsidRPr="000127C1">
        <w:t>»</w:t>
      </w:r>
      <w:r w:rsidR="009223C2" w:rsidRPr="000127C1">
        <w:rPr>
          <w:lang w:val="tt-RU"/>
        </w:rPr>
        <w:t xml:space="preserve">, составных </w:t>
      </w:r>
      <w:r w:rsidR="008C7DD1" w:rsidRPr="000127C1">
        <w:t>«</w:t>
      </w:r>
      <w:r w:rsidR="009223C2" w:rsidRPr="000127C1">
        <w:rPr>
          <w:lang w:val="tt-RU"/>
        </w:rPr>
        <w:t>кура җиләге</w:t>
      </w:r>
      <w:r w:rsidR="008C7DD1" w:rsidRPr="000127C1">
        <w:t xml:space="preserve">» </w:t>
      </w:r>
      <w:r w:rsidRPr="000127C1">
        <w:rPr>
          <w:lang w:val="tt-RU"/>
        </w:rPr>
        <w:t>слов.</w:t>
      </w:r>
    </w:p>
    <w:p w14:paraId="79F5E6DB" w14:textId="77777777" w:rsidR="0061138F" w:rsidRPr="000127C1" w:rsidRDefault="0061138F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Грамматическая сторона речи</w:t>
      </w:r>
    </w:p>
    <w:p w14:paraId="69A64888" w14:textId="77777777" w:rsidR="0061138F" w:rsidRPr="000127C1" w:rsidRDefault="0061138F" w:rsidP="000127C1">
      <w:pPr>
        <w:tabs>
          <w:tab w:val="left" w:pos="993"/>
        </w:tabs>
        <w:ind w:firstLine="709"/>
        <w:jc w:val="both"/>
        <w:rPr>
          <w:bCs/>
          <w:iCs/>
          <w:lang w:val="tt-RU"/>
        </w:rPr>
      </w:pPr>
      <w:r w:rsidRPr="000127C1">
        <w:rPr>
          <w:bCs/>
          <w:iCs/>
        </w:rPr>
        <w:t>Распознавание в письменном и звучащем тексте и употребление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>в устной и письменной речи изученных морфологических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 xml:space="preserve">форм и синтаксических конструкций </w:t>
      </w:r>
      <w:r w:rsidRPr="000127C1">
        <w:rPr>
          <w:bCs/>
          <w:iCs/>
          <w:lang w:val="tt-RU"/>
        </w:rPr>
        <w:t>татарского языка:</w:t>
      </w:r>
    </w:p>
    <w:p w14:paraId="2B3975AE" w14:textId="77777777" w:rsidR="0061138F" w:rsidRPr="000127C1" w:rsidRDefault="0061138F" w:rsidP="000127C1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lang w:val="tt-RU"/>
        </w:rPr>
        <w:t>имена существительные ед. и мн. числа в разных падежах;</w:t>
      </w:r>
    </w:p>
    <w:p w14:paraId="566459BE" w14:textId="4F706245" w:rsidR="0061138F" w:rsidRPr="000127C1" w:rsidRDefault="0061138F" w:rsidP="000127C1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lang w:eastAsia="en-US"/>
        </w:rPr>
      </w:pPr>
      <w:r w:rsidRPr="000127C1">
        <w:rPr>
          <w:lang w:eastAsia="en-US"/>
        </w:rPr>
        <w:t>имена существительные с</w:t>
      </w:r>
      <w:r w:rsidRPr="000127C1">
        <w:rPr>
          <w:spacing w:val="1"/>
          <w:lang w:eastAsia="en-US"/>
        </w:rPr>
        <w:t xml:space="preserve"> аффиксами </w:t>
      </w:r>
      <w:r w:rsidRPr="000127C1">
        <w:rPr>
          <w:lang w:eastAsia="en-US"/>
        </w:rPr>
        <w:t>принадлеж</w:t>
      </w:r>
      <w:r w:rsidRPr="000127C1">
        <w:rPr>
          <w:lang w:val="tt-RU" w:eastAsia="en-US"/>
        </w:rPr>
        <w:t>н</w:t>
      </w:r>
      <w:r w:rsidRPr="000127C1">
        <w:rPr>
          <w:lang w:eastAsia="en-US"/>
        </w:rPr>
        <w:t xml:space="preserve">ости </w:t>
      </w:r>
      <w:r w:rsidRPr="000127C1">
        <w:rPr>
          <w:lang w:val="en-US" w:eastAsia="en-US"/>
        </w:rPr>
        <w:t>I</w:t>
      </w:r>
      <w:r w:rsidRPr="000127C1">
        <w:rPr>
          <w:lang w:eastAsia="en-US"/>
        </w:rPr>
        <w:t xml:space="preserve">, </w:t>
      </w:r>
      <w:r w:rsidRPr="000127C1">
        <w:rPr>
          <w:lang w:val="en-US" w:eastAsia="en-US"/>
        </w:rPr>
        <w:t>II</w:t>
      </w:r>
      <w:r w:rsidRPr="000127C1">
        <w:rPr>
          <w:lang w:eastAsia="en-US"/>
        </w:rPr>
        <w:t xml:space="preserve">, </w:t>
      </w:r>
      <w:r w:rsidRPr="000127C1">
        <w:rPr>
          <w:lang w:val="en-US" w:eastAsia="en-US"/>
        </w:rPr>
        <w:t>III</w:t>
      </w:r>
      <w:r w:rsidRPr="000127C1">
        <w:rPr>
          <w:lang w:eastAsia="en-US"/>
        </w:rPr>
        <w:t xml:space="preserve"> лица единственного и множественного числа;</w:t>
      </w:r>
    </w:p>
    <w:p w14:paraId="62D3BD71" w14:textId="62095CE2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Cs/>
        </w:rPr>
      </w:pPr>
      <w:r w:rsidRPr="000127C1">
        <w:rPr>
          <w:lang w:val="tt-RU"/>
        </w:rPr>
        <w:t>наречия времени</w:t>
      </w:r>
      <w:r w:rsidR="00A5134A" w:rsidRPr="000127C1">
        <w:rPr>
          <w:lang w:val="tt-RU"/>
        </w:rPr>
        <w:t>,</w:t>
      </w:r>
      <w:r w:rsidRPr="000127C1">
        <w:rPr>
          <w:lang w:val="tt-RU"/>
        </w:rPr>
        <w:t xml:space="preserve"> </w:t>
      </w:r>
      <w:r w:rsidR="00A5134A" w:rsidRPr="000127C1">
        <w:rPr>
          <w:spacing w:val="1"/>
          <w:lang w:eastAsia="en-US"/>
        </w:rPr>
        <w:t>«</w:t>
      </w:r>
      <w:r w:rsidRPr="000127C1">
        <w:rPr>
          <w:lang w:val="tt-RU"/>
        </w:rPr>
        <w:t>былтыр</w:t>
      </w:r>
      <w:r w:rsidR="00A5134A" w:rsidRPr="000127C1">
        <w:rPr>
          <w:lang w:eastAsia="en-US"/>
        </w:rPr>
        <w:t>»</w:t>
      </w:r>
      <w:r w:rsidRPr="000127C1">
        <w:rPr>
          <w:lang w:val="tt-RU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lang w:val="tt-RU"/>
        </w:rPr>
        <w:t>быел</w:t>
      </w:r>
      <w:r w:rsidR="00A5134A" w:rsidRPr="000127C1">
        <w:rPr>
          <w:lang w:eastAsia="en-US"/>
        </w:rPr>
        <w:t>»</w:t>
      </w:r>
      <w:r w:rsidRPr="000127C1">
        <w:rPr>
          <w:lang w:val="tt-RU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lang w:val="tt-RU"/>
        </w:rPr>
        <w:t>иртән</w:t>
      </w:r>
      <w:r w:rsidR="00A5134A" w:rsidRPr="000127C1">
        <w:rPr>
          <w:lang w:eastAsia="en-US"/>
        </w:rPr>
        <w:t>»</w:t>
      </w:r>
      <w:r w:rsidRPr="000127C1">
        <w:rPr>
          <w:lang w:val="tt-RU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lang w:val="tt-RU"/>
        </w:rPr>
        <w:t>көндез</w:t>
      </w:r>
      <w:r w:rsidR="00A5134A" w:rsidRPr="000127C1">
        <w:rPr>
          <w:lang w:eastAsia="en-US"/>
        </w:rPr>
        <w:t>»</w:t>
      </w:r>
      <w:r w:rsidRPr="000127C1">
        <w:rPr>
          <w:lang w:val="tt-RU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lang w:val="tt-RU"/>
        </w:rPr>
        <w:t>кичен</w:t>
      </w:r>
      <w:r w:rsidR="00A5134A" w:rsidRPr="000127C1">
        <w:rPr>
          <w:lang w:eastAsia="en-US"/>
        </w:rPr>
        <w:t>»</w:t>
      </w:r>
      <w:r w:rsidRPr="000127C1">
        <w:rPr>
          <w:i/>
          <w:lang w:val="tt-RU"/>
        </w:rPr>
        <w:t xml:space="preserve">; </w:t>
      </w:r>
      <w:r w:rsidRPr="000127C1">
        <w:rPr>
          <w:lang w:val="tt-RU"/>
        </w:rPr>
        <w:t xml:space="preserve">сравнения-уподобления </w:t>
      </w:r>
      <w:r w:rsidR="00A5134A" w:rsidRPr="000127C1">
        <w:rPr>
          <w:spacing w:val="1"/>
          <w:lang w:eastAsia="en-US"/>
        </w:rPr>
        <w:t>«</w:t>
      </w:r>
      <w:r w:rsidRPr="000127C1">
        <w:rPr>
          <w:iCs/>
          <w:lang w:val="tt-RU"/>
        </w:rPr>
        <w:t>татарча</w:t>
      </w:r>
      <w:r w:rsidR="00A5134A" w:rsidRPr="000127C1">
        <w:rPr>
          <w:lang w:eastAsia="en-US"/>
        </w:rPr>
        <w:t>»</w:t>
      </w:r>
      <w:r w:rsidRPr="000127C1">
        <w:rPr>
          <w:iCs/>
          <w:lang w:val="tt-RU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iCs/>
          <w:lang w:val="tt-RU"/>
        </w:rPr>
        <w:t>русча</w:t>
      </w:r>
      <w:r w:rsidR="00A5134A" w:rsidRPr="000127C1">
        <w:rPr>
          <w:lang w:eastAsia="en-US"/>
        </w:rPr>
        <w:t>»</w:t>
      </w:r>
      <w:r w:rsidRPr="000127C1">
        <w:rPr>
          <w:iCs/>
          <w:lang w:val="tt-RU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iCs/>
          <w:lang w:val="tt-RU"/>
        </w:rPr>
        <w:t>инглизчә</w:t>
      </w:r>
      <w:r w:rsidR="00A5134A" w:rsidRPr="000127C1">
        <w:rPr>
          <w:lang w:eastAsia="en-US"/>
        </w:rPr>
        <w:t>»</w:t>
      </w:r>
      <w:r w:rsidRPr="000127C1">
        <w:rPr>
          <w:iCs/>
          <w:lang w:val="tt-RU"/>
        </w:rPr>
        <w:t>;</w:t>
      </w:r>
    </w:p>
    <w:p w14:paraId="701775B5" w14:textId="412F3EDD" w:rsidR="0061138F" w:rsidRPr="000127C1" w:rsidRDefault="0061138F" w:rsidP="000127C1">
      <w:pPr>
        <w:numPr>
          <w:ilvl w:val="0"/>
          <w:numId w:val="8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 xml:space="preserve">глаголы повелительного наклонения </w:t>
      </w:r>
      <w:r w:rsidRPr="000127C1">
        <w:rPr>
          <w:rFonts w:eastAsia="Calibri"/>
          <w:lang w:val="en-US" w:eastAsia="en-US"/>
        </w:rPr>
        <w:t>II</w:t>
      </w:r>
      <w:r w:rsidRPr="000127C1">
        <w:rPr>
          <w:rFonts w:eastAsia="Calibri"/>
          <w:lang w:eastAsia="en-US"/>
        </w:rPr>
        <w:t xml:space="preserve"> лица единственного и множественного числа в </w:t>
      </w:r>
      <w:r w:rsidRPr="000127C1">
        <w:t>утвердительной</w:t>
      </w:r>
      <w:r w:rsidRPr="000127C1">
        <w:rPr>
          <w:rFonts w:eastAsia="Calibri"/>
          <w:lang w:eastAsia="en-US"/>
        </w:rPr>
        <w:t xml:space="preserve"> и отрицательной формах: </w:t>
      </w:r>
      <w:r w:rsidRPr="000127C1">
        <w:rPr>
          <w:rFonts w:eastAsia="Calibri"/>
          <w:iCs/>
          <w:lang w:eastAsia="en-US"/>
        </w:rPr>
        <w:t>бар! – барыгыз!</w:t>
      </w:r>
      <w:r w:rsidR="00055FEC" w:rsidRPr="000127C1">
        <w:rPr>
          <w:rFonts w:eastAsia="Calibri"/>
          <w:iCs/>
          <w:lang w:eastAsia="en-US"/>
        </w:rPr>
        <w:t xml:space="preserve"> / </w:t>
      </w:r>
      <w:r w:rsidRPr="000127C1">
        <w:rPr>
          <w:rFonts w:eastAsia="Calibri"/>
          <w:iCs/>
          <w:lang w:eastAsia="en-US"/>
        </w:rPr>
        <w:t>ба'рма! – ба'рмагыз!;</w:t>
      </w:r>
    </w:p>
    <w:p w14:paraId="4F0BA2E7" w14:textId="77777777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>г</w:t>
      </w:r>
      <w:r w:rsidRPr="000127C1">
        <w:t>лаголы прошедшего о</w:t>
      </w:r>
      <w:r w:rsidRPr="000127C1">
        <w:rPr>
          <w:lang w:val="tt-RU"/>
        </w:rPr>
        <w:t xml:space="preserve">пределенного </w:t>
      </w:r>
      <w:r w:rsidRPr="000127C1">
        <w:t xml:space="preserve">времени I, II, III лица единственного </w:t>
      </w:r>
      <w:r w:rsidRPr="000127C1">
        <w:rPr>
          <w:lang w:val="tt-RU"/>
        </w:rPr>
        <w:t xml:space="preserve">и множественного </w:t>
      </w:r>
      <w:r w:rsidRPr="000127C1">
        <w:t xml:space="preserve">числа в утвердительной </w:t>
      </w:r>
      <w:r w:rsidRPr="000127C1">
        <w:rPr>
          <w:lang w:val="tt-RU"/>
        </w:rPr>
        <w:t>и отрицател</w:t>
      </w:r>
      <w:r w:rsidRPr="000127C1">
        <w:t>ьной формах;</w:t>
      </w:r>
    </w:p>
    <w:p w14:paraId="0C756564" w14:textId="77777777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t>глаголы</w:t>
      </w:r>
      <w:r w:rsidRPr="000127C1">
        <w:rPr>
          <w:rFonts w:eastAsia="Calibri"/>
          <w:lang w:eastAsia="en-US"/>
        </w:rPr>
        <w:t xml:space="preserve"> </w:t>
      </w:r>
      <w:r w:rsidRPr="000127C1">
        <w:rPr>
          <w:lang w:val="tt-RU"/>
        </w:rPr>
        <w:t>п</w:t>
      </w:r>
      <w:r w:rsidRPr="000127C1">
        <w:t>рошедшего неопределенного времени в III лице единственного</w:t>
      </w:r>
      <w:r w:rsidRPr="000127C1">
        <w:rPr>
          <w:lang w:val="tt-RU"/>
        </w:rPr>
        <w:t xml:space="preserve"> числа;</w:t>
      </w:r>
    </w:p>
    <w:p w14:paraId="0EBF6F45" w14:textId="687BEEA3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Cs/>
        </w:rPr>
      </w:pPr>
      <w:r w:rsidRPr="000127C1">
        <w:rPr>
          <w:lang w:val="tt-RU"/>
        </w:rPr>
        <w:t>инфинитив с модал</w:t>
      </w:r>
      <w:r w:rsidRPr="000127C1">
        <w:t>ь</w:t>
      </w:r>
      <w:r w:rsidRPr="000127C1">
        <w:rPr>
          <w:lang w:val="tt-RU"/>
        </w:rPr>
        <w:t xml:space="preserve">ными словами </w:t>
      </w:r>
      <w:r w:rsidR="001D2632" w:rsidRPr="000127C1">
        <w:t>«</w:t>
      </w:r>
      <w:r w:rsidRPr="000127C1">
        <w:rPr>
          <w:iCs/>
        </w:rPr>
        <w:t>кирәк</w:t>
      </w:r>
      <w:r w:rsidR="008C7DD1" w:rsidRPr="000127C1">
        <w:rPr>
          <w:iCs/>
        </w:rPr>
        <w:t>»</w:t>
      </w:r>
      <w:r w:rsidR="00055FEC" w:rsidRPr="000127C1">
        <w:rPr>
          <w:i/>
        </w:rPr>
        <w:t xml:space="preserve"> </w:t>
      </w:r>
      <w:r w:rsidR="00055FEC" w:rsidRPr="000127C1">
        <w:rPr>
          <w:iCs/>
        </w:rPr>
        <w:t xml:space="preserve">/ </w:t>
      </w:r>
      <w:r w:rsidR="001D2632" w:rsidRPr="000127C1">
        <w:t>«</w:t>
      </w:r>
      <w:r w:rsidRPr="000127C1">
        <w:rPr>
          <w:iCs/>
        </w:rPr>
        <w:t>кирәкми</w:t>
      </w:r>
      <w:r w:rsidR="001D2632" w:rsidRPr="000127C1">
        <w:rPr>
          <w:iCs/>
        </w:rPr>
        <w:t>»</w:t>
      </w:r>
      <w:r w:rsidRPr="000127C1">
        <w:rPr>
          <w:i/>
        </w:rPr>
        <w:t xml:space="preserve">, </w:t>
      </w:r>
      <w:r w:rsidR="001D2632" w:rsidRPr="000127C1">
        <w:t>«</w:t>
      </w:r>
      <w:r w:rsidRPr="000127C1">
        <w:t>ярый</w:t>
      </w:r>
      <w:r w:rsidR="001D2632" w:rsidRPr="000127C1">
        <w:rPr>
          <w:iCs/>
        </w:rPr>
        <w:t>»</w:t>
      </w:r>
      <w:r w:rsidR="00055FEC" w:rsidRPr="000127C1">
        <w:rPr>
          <w:i/>
        </w:rPr>
        <w:t xml:space="preserve"> </w:t>
      </w:r>
      <w:r w:rsidR="00055FEC" w:rsidRPr="000127C1">
        <w:rPr>
          <w:iCs/>
        </w:rPr>
        <w:t xml:space="preserve">/ </w:t>
      </w:r>
      <w:r w:rsidR="001D2632" w:rsidRPr="000127C1">
        <w:rPr>
          <w:iCs/>
        </w:rPr>
        <w:t>«</w:t>
      </w:r>
      <w:r w:rsidRPr="000127C1">
        <w:rPr>
          <w:iCs/>
        </w:rPr>
        <w:t>ярамый</w:t>
      </w:r>
      <w:r w:rsidR="001D2632" w:rsidRPr="000127C1">
        <w:rPr>
          <w:iCs/>
        </w:rPr>
        <w:t>»</w:t>
      </w:r>
      <w:r w:rsidRPr="000127C1">
        <w:rPr>
          <w:iCs/>
        </w:rPr>
        <w:t>;</w:t>
      </w:r>
    </w:p>
    <w:p w14:paraId="611C578C" w14:textId="5AEB0F32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t>аналитическая форма глагол</w:t>
      </w:r>
      <w:r w:rsidRPr="000127C1">
        <w:rPr>
          <w:lang w:val="tt-RU"/>
        </w:rPr>
        <w:t>а, выражающая возможность</w:t>
      </w:r>
      <w:r w:rsidR="00055FEC" w:rsidRPr="000127C1">
        <w:rPr>
          <w:lang w:val="tt-RU"/>
        </w:rPr>
        <w:t xml:space="preserve"> / </w:t>
      </w:r>
      <w:r w:rsidRPr="000127C1">
        <w:rPr>
          <w:lang w:val="tt-RU"/>
        </w:rPr>
        <w:t xml:space="preserve">невозможность, </w:t>
      </w:r>
      <w:r w:rsidR="001D2632" w:rsidRPr="000127C1">
        <w:t>«</w:t>
      </w:r>
      <w:r w:rsidRPr="000127C1">
        <w:rPr>
          <w:iCs/>
          <w:lang w:val="tt-RU"/>
        </w:rPr>
        <w:t>укый беләм</w:t>
      </w:r>
      <w:r w:rsidR="001D2632" w:rsidRPr="000127C1">
        <w:rPr>
          <w:iCs/>
        </w:rPr>
        <w:t xml:space="preserve">» </w:t>
      </w:r>
      <w:r w:rsidR="001D2632" w:rsidRPr="000127C1">
        <w:rPr>
          <w:iCs/>
          <w:lang w:val="tt-RU"/>
        </w:rPr>
        <w:t>(</w:t>
      </w:r>
      <w:r w:rsidR="001D2632" w:rsidRPr="000127C1">
        <w:rPr>
          <w:iCs/>
        </w:rPr>
        <w:t>«</w:t>
      </w:r>
      <w:r w:rsidRPr="000127C1">
        <w:rPr>
          <w:iCs/>
          <w:lang w:val="tt-RU"/>
        </w:rPr>
        <w:t>белмим</w:t>
      </w:r>
      <w:r w:rsidR="001D2632" w:rsidRPr="000127C1">
        <w:rPr>
          <w:iCs/>
        </w:rPr>
        <w:t>»)</w:t>
      </w:r>
      <w:r w:rsidRPr="000127C1">
        <w:rPr>
          <w:i/>
          <w:lang w:val="tt-RU"/>
        </w:rPr>
        <w:t xml:space="preserve">, </w:t>
      </w:r>
      <w:r w:rsidR="001D2632" w:rsidRPr="000127C1">
        <w:rPr>
          <w:iCs/>
        </w:rPr>
        <w:t>«</w:t>
      </w:r>
      <w:r w:rsidRPr="000127C1">
        <w:rPr>
          <w:iCs/>
          <w:lang w:val="tt-RU"/>
        </w:rPr>
        <w:t>сөйләшә алам</w:t>
      </w:r>
      <w:r w:rsidR="001D2632" w:rsidRPr="000127C1">
        <w:rPr>
          <w:iCs/>
        </w:rPr>
        <w:t>»</w:t>
      </w:r>
      <w:r w:rsidR="001D2632" w:rsidRPr="000127C1">
        <w:rPr>
          <w:iCs/>
          <w:lang w:val="tt-RU"/>
        </w:rPr>
        <w:t xml:space="preserve"> </w:t>
      </w:r>
      <w:r w:rsidRPr="000127C1">
        <w:rPr>
          <w:iCs/>
          <w:lang w:val="tt-RU"/>
        </w:rPr>
        <w:t>(</w:t>
      </w:r>
      <w:r w:rsidR="001D2632" w:rsidRPr="000127C1">
        <w:rPr>
          <w:iCs/>
        </w:rPr>
        <w:t>«</w:t>
      </w:r>
      <w:r w:rsidRPr="000127C1">
        <w:rPr>
          <w:iCs/>
          <w:lang w:val="tt-RU"/>
        </w:rPr>
        <w:t>алмыйм</w:t>
      </w:r>
      <w:r w:rsidR="001D2632" w:rsidRPr="000127C1">
        <w:rPr>
          <w:iCs/>
        </w:rPr>
        <w:t>»</w:t>
      </w:r>
      <w:r w:rsidRPr="000127C1">
        <w:rPr>
          <w:iCs/>
          <w:lang w:val="tt-RU"/>
        </w:rPr>
        <w:t>);</w:t>
      </w:r>
    </w:p>
    <w:p w14:paraId="17577984" w14:textId="24DC54B5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>послелоги</w:t>
      </w:r>
      <w:r w:rsidR="001D2632" w:rsidRPr="000127C1">
        <w:rPr>
          <w:lang w:val="tt-RU"/>
        </w:rPr>
        <w:t xml:space="preserve"> </w:t>
      </w:r>
      <w:r w:rsidRPr="000127C1">
        <w:rPr>
          <w:iCs/>
          <w:lang w:val="tt-RU"/>
        </w:rPr>
        <w:t>өчен, аша</w:t>
      </w:r>
      <w:r w:rsidRPr="000127C1">
        <w:rPr>
          <w:i/>
          <w:lang w:val="tt-RU"/>
        </w:rPr>
        <w:t xml:space="preserve"> </w:t>
      </w:r>
      <w:r w:rsidRPr="000127C1">
        <w:rPr>
          <w:iCs/>
          <w:lang w:val="tt-RU"/>
        </w:rPr>
        <w:t>с существительными и местоимениями;</w:t>
      </w:r>
      <w:r w:rsidRPr="000127C1">
        <w:rPr>
          <w:i/>
          <w:lang w:val="tt-RU"/>
        </w:rPr>
        <w:t xml:space="preserve"> </w:t>
      </w:r>
    </w:p>
    <w:p w14:paraId="11DD86C3" w14:textId="4D69C18B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>послело</w:t>
      </w:r>
      <w:r w:rsidRPr="000127C1">
        <w:t>жные слова</w:t>
      </w:r>
      <w:r w:rsidR="00A5134A" w:rsidRPr="000127C1">
        <w:rPr>
          <w:lang w:val="tt-RU"/>
        </w:rPr>
        <w:t>,</w:t>
      </w:r>
      <w:r w:rsidRPr="000127C1">
        <w:t xml:space="preserve"> </w:t>
      </w:r>
      <w:r w:rsidR="00A5134A" w:rsidRPr="000127C1">
        <w:rPr>
          <w:spacing w:val="1"/>
          <w:lang w:eastAsia="en-US"/>
        </w:rPr>
        <w:t>«</w:t>
      </w:r>
      <w:r w:rsidRPr="000127C1">
        <w:rPr>
          <w:rFonts w:eastAsia="Calibri"/>
          <w:iCs/>
          <w:lang w:eastAsia="en-US"/>
        </w:rPr>
        <w:t>янында</w:t>
      </w:r>
      <w:r w:rsidR="00A5134A" w:rsidRPr="000127C1">
        <w:rPr>
          <w:lang w:eastAsia="en-US"/>
        </w:rPr>
        <w:t>»</w:t>
      </w:r>
      <w:r w:rsidRPr="000127C1">
        <w:rPr>
          <w:rFonts w:eastAsia="Calibri"/>
          <w:iCs/>
          <w:lang w:eastAsia="en-US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rFonts w:eastAsia="Calibri"/>
          <w:iCs/>
          <w:lang w:eastAsia="en-US"/>
        </w:rPr>
        <w:t>өстендә</w:t>
      </w:r>
      <w:r w:rsidR="00A5134A" w:rsidRPr="000127C1">
        <w:rPr>
          <w:lang w:eastAsia="en-US"/>
        </w:rPr>
        <w:t>»</w:t>
      </w:r>
      <w:r w:rsidRPr="000127C1">
        <w:rPr>
          <w:rFonts w:eastAsia="Calibri"/>
          <w:iCs/>
          <w:lang w:eastAsia="en-US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rFonts w:eastAsia="Calibri"/>
          <w:iCs/>
          <w:lang w:eastAsia="en-US"/>
        </w:rPr>
        <w:t>астында</w:t>
      </w:r>
      <w:r w:rsidR="00A5134A" w:rsidRPr="000127C1">
        <w:rPr>
          <w:lang w:eastAsia="en-US"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A5134A" w:rsidRPr="000127C1">
        <w:rPr>
          <w:spacing w:val="1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эчендә</w:t>
      </w:r>
      <w:r w:rsidR="00A5134A" w:rsidRPr="000127C1">
        <w:rPr>
          <w:lang w:eastAsia="en-US"/>
        </w:rPr>
        <w:t>»</w:t>
      </w:r>
      <w:r w:rsidRPr="000127C1">
        <w:rPr>
          <w:rFonts w:eastAsia="Calibri"/>
          <w:i/>
          <w:lang w:val="tt-RU" w:eastAsia="en-US"/>
        </w:rPr>
        <w:t>;</w:t>
      </w:r>
    </w:p>
    <w:p w14:paraId="7A879717" w14:textId="77777777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b/>
          <w:bCs/>
        </w:rPr>
      </w:pPr>
      <w:r w:rsidRPr="000127C1">
        <w:rPr>
          <w:lang w:val="tt-RU"/>
        </w:rPr>
        <w:t>сочинительные союзы</w:t>
      </w:r>
      <w:r w:rsidRPr="000127C1">
        <w:rPr>
          <w:b/>
          <w:bCs/>
          <w:i/>
          <w:lang w:val="tt-RU"/>
        </w:rPr>
        <w:t>;</w:t>
      </w:r>
    </w:p>
    <w:p w14:paraId="3EBC4CA9" w14:textId="3B8272C3" w:rsidR="0061138F" w:rsidRPr="000127C1" w:rsidRDefault="0061138F" w:rsidP="000127C1">
      <w:pPr>
        <w:widowControl w:val="0"/>
        <w:numPr>
          <w:ilvl w:val="0"/>
          <w:numId w:val="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 xml:space="preserve">вводные слова </w:t>
      </w:r>
      <w:r w:rsidR="00C627D6" w:rsidRPr="000127C1">
        <w:t>«</w:t>
      </w:r>
      <w:r w:rsidRPr="000127C1">
        <w:rPr>
          <w:iCs/>
          <w:lang w:val="tt-RU"/>
        </w:rPr>
        <w:t>минемчә</w:t>
      </w:r>
      <w:r w:rsidR="00C627D6" w:rsidRPr="000127C1">
        <w:rPr>
          <w:iCs/>
        </w:rPr>
        <w:t>»</w:t>
      </w:r>
      <w:r w:rsidRPr="000127C1">
        <w:rPr>
          <w:iCs/>
          <w:lang w:val="tt-RU"/>
        </w:rPr>
        <w:t xml:space="preserve">, </w:t>
      </w:r>
      <w:r w:rsidR="00C627D6" w:rsidRPr="000127C1">
        <w:t>«</w:t>
      </w:r>
      <w:r w:rsidRPr="000127C1">
        <w:rPr>
          <w:iCs/>
          <w:lang w:val="tt-RU"/>
        </w:rPr>
        <w:t>синеңчә</w:t>
      </w:r>
      <w:r w:rsidR="00C627D6" w:rsidRPr="000127C1">
        <w:rPr>
          <w:iCs/>
        </w:rPr>
        <w:t>»</w:t>
      </w:r>
      <w:r w:rsidRPr="000127C1">
        <w:rPr>
          <w:i/>
          <w:lang w:val="tt-RU"/>
        </w:rPr>
        <w:t>.</w:t>
      </w:r>
    </w:p>
    <w:p w14:paraId="096C15E2" w14:textId="77777777" w:rsidR="004133FB" w:rsidRPr="000127C1" w:rsidRDefault="004133FB" w:rsidP="000127C1">
      <w:pPr>
        <w:jc w:val="both"/>
        <w:rPr>
          <w:rFonts w:eastAsia="Calibri"/>
          <w:b/>
          <w:bCs/>
          <w:lang w:val="tt-RU"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12903A26" w14:textId="77777777" w:rsidR="00A52E0B" w:rsidRPr="000127C1" w:rsidRDefault="00A52E0B" w:rsidP="000127C1">
      <w:pPr>
        <w:pStyle w:val="a5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социокультурных элементов речевого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поведенческого этикета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татарского языка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тематического содержани</w:t>
      </w:r>
      <w:r w:rsidR="00165233" w:rsidRPr="000127C1">
        <w:rPr>
          <w:rFonts w:eastAsiaTheme="minorHAnsi"/>
          <w:color w:val="auto"/>
          <w:sz w:val="24"/>
          <w:szCs w:val="24"/>
          <w:lang w:val="tt-RU" w:eastAsia="en-US"/>
        </w:rPr>
        <w:t>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42137C60" w14:textId="77777777" w:rsidR="00A52E0B" w:rsidRPr="000127C1" w:rsidRDefault="00A52E0B" w:rsidP="000127C1">
      <w:pPr>
        <w:pStyle w:val="a5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в устной и письменной речи наиболее употребительной тематической фоновой лексики и реалий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отобранного тематического содержания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5E2D85E8" w14:textId="04736C52" w:rsidR="00F50579" w:rsidRPr="000127C1" w:rsidRDefault="00F50579" w:rsidP="000127C1">
      <w:pPr>
        <w:pStyle w:val="a5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написание имен собственных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на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татарском языке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;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правильно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е</w:t>
      </w:r>
      <w:r w:rsidR="006C49AB" w:rsidRPr="000127C1">
        <w:rPr>
          <w:rFonts w:eastAsiaTheme="minorHAnsi"/>
          <w:color w:val="auto"/>
          <w:sz w:val="24"/>
          <w:szCs w:val="24"/>
          <w:lang w:eastAsia="en-US"/>
        </w:rPr>
        <w:t xml:space="preserve"> оформ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ление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сво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его а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дрес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а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 на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татарском языке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(в анкете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);</w:t>
      </w:r>
    </w:p>
    <w:p w14:paraId="00974E0A" w14:textId="77777777" w:rsidR="00A52E0B" w:rsidRPr="000127C1" w:rsidRDefault="00A52E0B" w:rsidP="000127C1">
      <w:pPr>
        <w:pStyle w:val="a5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знакомство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с доступными в языковом отношении образцами детской поэзии и прозы на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татарском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языке.</w:t>
      </w:r>
    </w:p>
    <w:p w14:paraId="665C1DCB" w14:textId="77777777" w:rsidR="007B661F" w:rsidRPr="000127C1" w:rsidRDefault="007B661F" w:rsidP="000127C1">
      <w:pPr>
        <w:pStyle w:val="a5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lastRenderedPageBreak/>
        <w:t>кратко представлять Россию и Республику Татарстан.</w:t>
      </w:r>
    </w:p>
    <w:p w14:paraId="76EFE908" w14:textId="77777777" w:rsidR="007B661F" w:rsidRPr="000127C1" w:rsidRDefault="007B661F" w:rsidP="000127C1">
      <w:pPr>
        <w:jc w:val="both"/>
        <w:rPr>
          <w:rFonts w:eastAsiaTheme="minorHAnsi"/>
          <w:b/>
          <w:bCs/>
          <w:lang w:val="tt-RU" w:eastAsia="en-US"/>
        </w:rPr>
      </w:pPr>
      <w:r w:rsidRPr="000127C1">
        <w:rPr>
          <w:rFonts w:eastAsiaTheme="minorHAnsi"/>
          <w:b/>
          <w:bCs/>
          <w:lang w:val="tt-RU" w:eastAsia="en-US"/>
        </w:rPr>
        <w:t>Компенсаторные умения</w:t>
      </w:r>
    </w:p>
    <w:p w14:paraId="6CCBD482" w14:textId="6FC6389D" w:rsidR="007B661F" w:rsidRPr="000127C1" w:rsidRDefault="007B661F" w:rsidP="000127C1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использование при чтении и аудировании языков</w:t>
      </w:r>
      <w:r w:rsidR="00E17420" w:rsidRPr="000127C1">
        <w:rPr>
          <w:rFonts w:eastAsiaTheme="minorHAnsi"/>
          <w:color w:val="auto"/>
          <w:sz w:val="24"/>
          <w:szCs w:val="24"/>
          <w:lang w:val="tt-RU" w:eastAsia="en-US"/>
        </w:rPr>
        <w:t>ой, в том числе контекстуальной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догадки;</w:t>
      </w:r>
    </w:p>
    <w:p w14:paraId="6C31277C" w14:textId="56A64FD8" w:rsidR="004E7F21" w:rsidRPr="000127C1" w:rsidRDefault="00CA065D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567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умение</w:t>
      </w:r>
      <w:r w:rsidR="004E7F21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переспрашивать, просить повторить, уточняя значение незнакомых слов;</w:t>
      </w:r>
    </w:p>
    <w:p w14:paraId="5C20EC0D" w14:textId="4DE1323B" w:rsidR="007B661F" w:rsidRPr="000127C1" w:rsidRDefault="007B661F" w:rsidP="000127C1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использование в качестве опоры при порождении собственных выс</w:t>
      </w:r>
      <w:r w:rsidR="00E17420" w:rsidRPr="000127C1">
        <w:rPr>
          <w:rFonts w:eastAsiaTheme="minorHAnsi"/>
          <w:color w:val="auto"/>
          <w:sz w:val="24"/>
          <w:szCs w:val="24"/>
          <w:lang w:val="tt-RU" w:eastAsia="en-US"/>
        </w:rPr>
        <w:t>казываний ключевых слов, плана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.</w:t>
      </w:r>
    </w:p>
    <w:p w14:paraId="760C942C" w14:textId="2C66A436" w:rsidR="0097508E" w:rsidRPr="000127C1" w:rsidRDefault="009838BE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2" w:name="_Toc105662356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6</w:t>
      </w:r>
      <w:r w:rsidR="0097508E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</w:t>
      </w:r>
      <w:r w:rsidR="00A53DE3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класс</w:t>
      </w:r>
      <w:bookmarkEnd w:id="12"/>
    </w:p>
    <w:p w14:paraId="5B9D59F0" w14:textId="77777777" w:rsidR="0076549A" w:rsidRPr="000127C1" w:rsidRDefault="0076549A" w:rsidP="000127C1">
      <w:pPr>
        <w:jc w:val="both"/>
        <w:rPr>
          <w:b/>
        </w:rPr>
      </w:pPr>
      <w:r w:rsidRPr="000127C1">
        <w:rPr>
          <w:b/>
        </w:rPr>
        <w:t>Тематическое содержание речи</w:t>
      </w:r>
    </w:p>
    <w:p w14:paraId="3E903311" w14:textId="13916479" w:rsidR="00FF32F6" w:rsidRPr="000127C1" w:rsidRDefault="00FF32F6" w:rsidP="000127C1">
      <w:pPr>
        <w:ind w:firstLine="709"/>
        <w:jc w:val="both"/>
        <w:rPr>
          <w:bCs/>
          <w:lang w:val="tt-RU" w:eastAsia="en-US"/>
        </w:rPr>
      </w:pPr>
      <w:r w:rsidRPr="000127C1">
        <w:rPr>
          <w:bCs/>
          <w:iCs/>
          <w:lang w:val="tt-RU"/>
        </w:rPr>
        <w:t xml:space="preserve">1. </w:t>
      </w:r>
      <w:r w:rsidRPr="000127C1">
        <w:rPr>
          <w:bCs/>
          <w:iCs/>
        </w:rPr>
        <w:t>Мир моего «</w:t>
      </w:r>
      <w:r w:rsidR="00291A74" w:rsidRPr="000127C1">
        <w:rPr>
          <w:bCs/>
          <w:iCs/>
        </w:rPr>
        <w:t>Я</w:t>
      </w:r>
      <w:r w:rsidRPr="000127C1">
        <w:rPr>
          <w:bCs/>
          <w:iCs/>
        </w:rPr>
        <w:t>»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  <w:lang w:val="tt-RU"/>
        </w:rPr>
        <w:t xml:space="preserve"> </w:t>
      </w:r>
      <w:r w:rsidRPr="000127C1">
        <w:rPr>
          <w:bCs/>
          <w:lang w:val="tt-RU" w:eastAsia="en-US"/>
        </w:rPr>
        <w:t>Помощь родителям. Общение с друзьями.</w:t>
      </w:r>
      <w:r w:rsidR="002955E3" w:rsidRPr="000127C1">
        <w:rPr>
          <w:bCs/>
          <w:lang w:val="tt-RU" w:eastAsia="en-US"/>
        </w:rPr>
        <w:t xml:space="preserve"> </w:t>
      </w:r>
      <w:r w:rsidRPr="000127C1">
        <w:rPr>
          <w:bCs/>
          <w:lang w:val="tt-RU" w:eastAsia="en-US"/>
        </w:rPr>
        <w:t>Описание в</w:t>
      </w:r>
      <w:r w:rsidRPr="000127C1">
        <w:rPr>
          <w:bCs/>
          <w:lang w:eastAsia="en-US"/>
        </w:rPr>
        <w:t>нешност</w:t>
      </w:r>
      <w:r w:rsidRPr="000127C1">
        <w:rPr>
          <w:bCs/>
          <w:lang w:val="tt-RU" w:eastAsia="en-US"/>
        </w:rPr>
        <w:t>и и</w:t>
      </w:r>
      <w:r w:rsidRPr="000127C1">
        <w:rPr>
          <w:bCs/>
          <w:lang w:eastAsia="en-US"/>
        </w:rPr>
        <w:t xml:space="preserve"> характер</w:t>
      </w:r>
      <w:r w:rsidRPr="000127C1">
        <w:rPr>
          <w:bCs/>
          <w:lang w:val="tt-RU" w:eastAsia="en-US"/>
        </w:rPr>
        <w:t>а человека</w:t>
      </w:r>
      <w:r w:rsidRPr="000127C1">
        <w:rPr>
          <w:bCs/>
          <w:lang w:eastAsia="en-US"/>
        </w:rPr>
        <w:t>.</w:t>
      </w:r>
    </w:p>
    <w:p w14:paraId="3D03D5B6" w14:textId="5BF835D1" w:rsidR="00FF32F6" w:rsidRPr="000127C1" w:rsidRDefault="00FF32F6" w:rsidP="000127C1">
      <w:pPr>
        <w:ind w:firstLine="709"/>
        <w:jc w:val="both"/>
        <w:rPr>
          <w:bCs/>
          <w:lang w:eastAsia="en-US"/>
        </w:rPr>
      </w:pPr>
      <w:r w:rsidRPr="000127C1">
        <w:rPr>
          <w:bCs/>
          <w:iCs/>
          <w:lang w:val="tt-RU"/>
        </w:rPr>
        <w:t xml:space="preserve">2. </w:t>
      </w:r>
      <w:r w:rsidRPr="000127C1">
        <w:rPr>
          <w:bCs/>
          <w:iCs/>
        </w:rPr>
        <w:t>Мир вокруг меня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lang w:val="tt-RU" w:eastAsia="en-US"/>
        </w:rPr>
        <w:t>Ш</w:t>
      </w:r>
      <w:r w:rsidRPr="000127C1">
        <w:rPr>
          <w:bCs/>
          <w:lang w:eastAsia="en-US"/>
        </w:rPr>
        <w:t>кол</w:t>
      </w:r>
      <w:r w:rsidRPr="000127C1">
        <w:rPr>
          <w:bCs/>
          <w:lang w:val="tt-RU" w:eastAsia="en-US"/>
        </w:rPr>
        <w:t xml:space="preserve">ьная жизнь. </w:t>
      </w:r>
      <w:r w:rsidRPr="000127C1">
        <w:rPr>
          <w:bCs/>
          <w:lang w:eastAsia="en-US"/>
        </w:rPr>
        <w:t>Книга</w:t>
      </w:r>
      <w:r w:rsidR="00FC58A3" w:rsidRPr="000127C1">
        <w:rPr>
          <w:bCs/>
          <w:lang w:eastAsia="en-US"/>
        </w:rPr>
        <w:t xml:space="preserve"> </w:t>
      </w:r>
      <w:r w:rsidR="00A53DE3" w:rsidRPr="000127C1">
        <w:rPr>
          <w:bCs/>
          <w:lang w:eastAsia="en-US"/>
        </w:rPr>
        <w:t>–</w:t>
      </w:r>
      <w:r w:rsidR="00FC58A3" w:rsidRPr="000127C1">
        <w:rPr>
          <w:bCs/>
          <w:lang w:eastAsia="en-US"/>
        </w:rPr>
        <w:t xml:space="preserve"> </w:t>
      </w:r>
      <w:r w:rsidRPr="000127C1">
        <w:rPr>
          <w:bCs/>
          <w:lang w:eastAsia="en-US"/>
        </w:rPr>
        <w:t>источник знаний.</w:t>
      </w:r>
      <w:r w:rsidRPr="000127C1">
        <w:rPr>
          <w:bCs/>
          <w:lang w:val="tt-RU" w:eastAsia="en-US"/>
        </w:rPr>
        <w:t xml:space="preserve"> Мир</w:t>
      </w:r>
      <w:r w:rsidR="00A53DE3" w:rsidRPr="000127C1">
        <w:rPr>
          <w:bCs/>
          <w:lang w:val="tt-RU" w:eastAsia="en-US"/>
        </w:rPr>
        <w:t xml:space="preserve"> </w:t>
      </w:r>
      <w:r w:rsidRPr="000127C1">
        <w:rPr>
          <w:bCs/>
          <w:lang w:eastAsia="en-US"/>
        </w:rPr>
        <w:t>Интернет</w:t>
      </w:r>
      <w:r w:rsidRPr="000127C1">
        <w:rPr>
          <w:bCs/>
          <w:lang w:val="tt-RU" w:eastAsia="en-US"/>
        </w:rPr>
        <w:t>а</w:t>
      </w:r>
      <w:r w:rsidRPr="000127C1">
        <w:rPr>
          <w:bCs/>
          <w:lang w:eastAsia="en-US"/>
        </w:rPr>
        <w:t>.</w:t>
      </w:r>
    </w:p>
    <w:p w14:paraId="572A8C58" w14:textId="0D06F9ED" w:rsidR="00FF32F6" w:rsidRPr="000127C1" w:rsidRDefault="00FF32F6" w:rsidP="000127C1">
      <w:pPr>
        <w:ind w:firstLine="709"/>
        <w:jc w:val="both"/>
        <w:rPr>
          <w:bCs/>
          <w:lang w:eastAsia="en-US"/>
        </w:rPr>
      </w:pPr>
      <w:r w:rsidRPr="000127C1">
        <w:rPr>
          <w:bCs/>
          <w:iCs/>
          <w:lang w:val="tt-RU"/>
        </w:rPr>
        <w:t xml:space="preserve">3. </w:t>
      </w:r>
      <w:r w:rsidRPr="000127C1">
        <w:rPr>
          <w:bCs/>
          <w:iCs/>
        </w:rPr>
        <w:t>Мир моих увлечений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lang w:eastAsia="en-US"/>
        </w:rPr>
        <w:t xml:space="preserve">Наши увлечения. </w:t>
      </w:r>
      <w:r w:rsidR="00324C1A" w:rsidRPr="000127C1">
        <w:rPr>
          <w:bCs/>
          <w:lang w:eastAsia="en-US"/>
        </w:rPr>
        <w:t xml:space="preserve">Здоровье и спорт. </w:t>
      </w:r>
      <w:r w:rsidRPr="000127C1">
        <w:rPr>
          <w:bCs/>
          <w:lang w:eastAsia="en-US"/>
        </w:rPr>
        <w:t>Посещение кружков. Экскурсии. Поездки. Походы. Виды отдыха.</w:t>
      </w:r>
      <w:r w:rsidR="00A53DE3" w:rsidRPr="000127C1">
        <w:rPr>
          <w:bCs/>
          <w:lang w:eastAsia="en-US"/>
        </w:rPr>
        <w:t xml:space="preserve"> </w:t>
      </w:r>
    </w:p>
    <w:p w14:paraId="1656F505" w14:textId="74C06E18" w:rsidR="00FF32F6" w:rsidRPr="000127C1" w:rsidRDefault="00FF32F6" w:rsidP="000127C1">
      <w:pPr>
        <w:tabs>
          <w:tab w:val="left" w:pos="2532"/>
          <w:tab w:val="left" w:pos="4557"/>
        </w:tabs>
        <w:ind w:firstLine="709"/>
        <w:jc w:val="both"/>
        <w:rPr>
          <w:bCs/>
        </w:rPr>
      </w:pPr>
      <w:r w:rsidRPr="000127C1">
        <w:rPr>
          <w:bCs/>
          <w:iCs/>
          <w:lang w:val="tt-RU"/>
        </w:rPr>
        <w:t xml:space="preserve">4. </w:t>
      </w:r>
      <w:r w:rsidR="00F2616F" w:rsidRPr="000127C1">
        <w:rPr>
          <w:bCs/>
          <w:iCs/>
        </w:rPr>
        <w:t>Моя Р</w:t>
      </w:r>
      <w:r w:rsidRPr="000127C1">
        <w:rPr>
          <w:bCs/>
          <w:iCs/>
        </w:rPr>
        <w:t>одина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="000D5B20" w:rsidRPr="000127C1">
        <w:rPr>
          <w:bCs/>
          <w:lang w:eastAsia="en-US"/>
        </w:rPr>
        <w:t>Дружба народов</w:t>
      </w:r>
      <w:r w:rsidR="002955E3" w:rsidRPr="000127C1">
        <w:rPr>
          <w:bCs/>
          <w:lang w:eastAsia="en-US"/>
        </w:rPr>
        <w:t xml:space="preserve"> </w:t>
      </w:r>
      <w:r w:rsidR="000D5B20" w:rsidRPr="000127C1">
        <w:rPr>
          <w:bCs/>
          <w:lang w:eastAsia="en-US"/>
        </w:rPr>
        <w:t>Татарстан</w:t>
      </w:r>
      <w:r w:rsidR="00F55533" w:rsidRPr="000127C1">
        <w:rPr>
          <w:bCs/>
          <w:lang w:val="tt-RU" w:eastAsia="en-US"/>
        </w:rPr>
        <w:t>а</w:t>
      </w:r>
      <w:r w:rsidRPr="000127C1">
        <w:rPr>
          <w:bCs/>
          <w:lang w:eastAsia="en-US"/>
        </w:rPr>
        <w:t>.</w:t>
      </w:r>
      <w:r w:rsidRPr="000127C1">
        <w:rPr>
          <w:bCs/>
          <w:iCs/>
        </w:rPr>
        <w:t xml:space="preserve"> </w:t>
      </w:r>
      <w:r w:rsidRPr="000127C1">
        <w:rPr>
          <w:bCs/>
          <w:lang w:eastAsia="en-US"/>
        </w:rPr>
        <w:t>Достопримечательности Казани.</w:t>
      </w:r>
      <w:r w:rsidR="00291A74" w:rsidRPr="000127C1">
        <w:rPr>
          <w:bCs/>
          <w:lang w:eastAsia="en-US"/>
        </w:rPr>
        <w:t xml:space="preserve"> </w:t>
      </w:r>
      <w:r w:rsidRPr="000127C1">
        <w:rPr>
          <w:bCs/>
          <w:lang w:eastAsia="en-US"/>
        </w:rPr>
        <w:t>Выдающиеся представители татарского народа. Детские писатели и поэты. Детский фольклор (рифмовки, считалки, скороговорки,</w:t>
      </w:r>
      <w:r w:rsidR="00A53DE3" w:rsidRPr="000127C1">
        <w:rPr>
          <w:bCs/>
          <w:lang w:eastAsia="en-US"/>
        </w:rPr>
        <w:t xml:space="preserve"> </w:t>
      </w:r>
      <w:r w:rsidRPr="000127C1">
        <w:rPr>
          <w:bCs/>
          <w:lang w:eastAsia="en-US"/>
        </w:rPr>
        <w:t>загадки, сказки)</w:t>
      </w:r>
      <w:r w:rsidR="00DB14BC" w:rsidRPr="000127C1">
        <w:rPr>
          <w:bCs/>
          <w:lang w:eastAsia="en-US"/>
        </w:rPr>
        <w:t>.</w:t>
      </w:r>
    </w:p>
    <w:p w14:paraId="21028D9F" w14:textId="7A6A4D18" w:rsidR="00AE141D" w:rsidRPr="000127C1" w:rsidRDefault="00B905B7" w:rsidP="000127C1">
      <w:pPr>
        <w:ind w:firstLine="709"/>
        <w:jc w:val="both"/>
        <w:rPr>
          <w:b/>
        </w:rPr>
      </w:pPr>
      <w:r w:rsidRPr="000127C1">
        <w:rPr>
          <w:b/>
        </w:rPr>
        <w:t>У</w:t>
      </w:r>
      <w:r w:rsidR="00AE141D" w:rsidRPr="000127C1">
        <w:rPr>
          <w:b/>
        </w:rPr>
        <w:t>мения</w:t>
      </w:r>
      <w:r w:rsidRPr="000127C1">
        <w:rPr>
          <w:b/>
        </w:rPr>
        <w:t xml:space="preserve"> по видам речевой деятельности</w:t>
      </w:r>
    </w:p>
    <w:p w14:paraId="5BF64E99" w14:textId="77777777" w:rsidR="00B905B7" w:rsidRPr="000127C1" w:rsidRDefault="00B905B7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Аудирование</w:t>
      </w:r>
    </w:p>
    <w:p w14:paraId="133226B7" w14:textId="69894055" w:rsidR="00B905B7" w:rsidRPr="000127C1" w:rsidRDefault="00B905B7" w:rsidP="000127C1">
      <w:pPr>
        <w:pStyle w:val="a5"/>
        <w:numPr>
          <w:ilvl w:val="0"/>
          <w:numId w:val="1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п</w:t>
      </w:r>
      <w:r w:rsidRPr="000127C1">
        <w:rPr>
          <w:color w:val="auto"/>
          <w:sz w:val="24"/>
          <w:szCs w:val="24"/>
        </w:rPr>
        <w:t>ри</w:t>
      </w:r>
      <w:r w:rsidR="00F14BCA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непосредственном общении: понимание на слух речи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учителя и одноклассников и вербальная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невербальная реакция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на услышанное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0916266F" w14:textId="17F08078" w:rsidR="00741C77" w:rsidRPr="000127C1" w:rsidRDefault="00741C77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восприятие и понимание на слух несложных адаптированных аутентичных текстов и умение извлекать нужно</w:t>
      </w:r>
      <w:r w:rsidR="00CA065D" w:rsidRPr="000127C1">
        <w:rPr>
          <w:bCs/>
          <w:color w:val="auto"/>
          <w:sz w:val="24"/>
          <w:szCs w:val="24"/>
        </w:rPr>
        <w:t>е содержание</w:t>
      </w:r>
      <w:r w:rsidRPr="000127C1">
        <w:rPr>
          <w:bCs/>
          <w:color w:val="auto"/>
          <w:sz w:val="24"/>
          <w:szCs w:val="24"/>
        </w:rPr>
        <w:t xml:space="preserve"> в зависимости от поставленной коммуникативной задачи;</w:t>
      </w:r>
    </w:p>
    <w:p w14:paraId="4CF8F6DC" w14:textId="6DD48D43" w:rsidR="00741C77" w:rsidRPr="000127C1" w:rsidRDefault="00741C77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выполнение условно-речевых упражнений для развития логического понимания: восстановление прослушанного текста по ключевым словам; восстановление логики повествования прослушанного текста; постановка уточняющих вопросов к прослушанному тексту.</w:t>
      </w:r>
    </w:p>
    <w:p w14:paraId="2F7D19A0" w14:textId="77777777" w:rsidR="00B905B7" w:rsidRPr="000127C1" w:rsidRDefault="00B905B7" w:rsidP="000127C1">
      <w:pPr>
        <w:ind w:firstLine="709"/>
        <w:jc w:val="both"/>
        <w:rPr>
          <w:lang w:val="tt-RU"/>
        </w:rPr>
      </w:pPr>
      <w:r w:rsidRPr="000127C1">
        <w:rPr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6D4CEA63" w14:textId="77777777" w:rsidR="00B905B7" w:rsidRPr="000127C1" w:rsidRDefault="00B905B7" w:rsidP="000127C1">
      <w:pPr>
        <w:ind w:firstLine="709"/>
        <w:jc w:val="both"/>
        <w:rPr>
          <w:bCs/>
          <w:lang w:val="tt-RU"/>
        </w:rPr>
      </w:pPr>
      <w:r w:rsidRPr="000127C1">
        <w:rPr>
          <w:lang w:val="tt-RU"/>
        </w:rPr>
        <w:t xml:space="preserve">Время звучания текста для аудирования: </w:t>
      </w:r>
      <w:r w:rsidRPr="000127C1">
        <w:rPr>
          <w:bCs/>
          <w:lang w:val="tt-RU"/>
        </w:rPr>
        <w:t>до 1,5 минуты.</w:t>
      </w:r>
    </w:p>
    <w:p w14:paraId="79FFC734" w14:textId="77777777" w:rsidR="00BB5552" w:rsidRPr="000127C1" w:rsidRDefault="00BB5552" w:rsidP="000127C1">
      <w:pPr>
        <w:ind w:firstLine="709"/>
        <w:jc w:val="both"/>
        <w:rPr>
          <w:b/>
          <w:lang w:val="tt-RU"/>
        </w:rPr>
      </w:pPr>
      <w:r w:rsidRPr="000127C1">
        <w:rPr>
          <w:b/>
          <w:lang w:val="tt-RU"/>
        </w:rPr>
        <w:t>Говорение</w:t>
      </w:r>
    </w:p>
    <w:p w14:paraId="648A09CE" w14:textId="33E229A9" w:rsidR="0076549A" w:rsidRPr="000127C1" w:rsidRDefault="008C1E72" w:rsidP="000127C1">
      <w:pPr>
        <w:ind w:firstLine="709"/>
        <w:jc w:val="both"/>
        <w:rPr>
          <w:iCs/>
        </w:rPr>
      </w:pPr>
      <w:r w:rsidRPr="000127C1">
        <w:rPr>
          <w:iCs/>
        </w:rPr>
        <w:t>Д</w:t>
      </w:r>
      <w:r w:rsidR="0076549A" w:rsidRPr="000127C1">
        <w:rPr>
          <w:iCs/>
        </w:rPr>
        <w:t>иалогическ</w:t>
      </w:r>
      <w:r w:rsidRPr="000127C1">
        <w:rPr>
          <w:iCs/>
        </w:rPr>
        <w:t>ая речь</w:t>
      </w:r>
      <w:r w:rsidR="0076549A" w:rsidRPr="000127C1">
        <w:rPr>
          <w:iCs/>
        </w:rPr>
        <w:t>:</w:t>
      </w:r>
    </w:p>
    <w:p w14:paraId="1EA6FDAD" w14:textId="4623C72F" w:rsidR="00BA0EA3" w:rsidRPr="000127C1" w:rsidRDefault="00BA0EA3" w:rsidP="000127C1">
      <w:pPr>
        <w:pStyle w:val="a5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вести</w:t>
      </w:r>
      <w:r w:rsidR="00836BDC"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диалог этикетного характера: начинать, поддерживать и</w:t>
      </w:r>
      <w:r w:rsidR="00836BDC"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заканчивать разговор, вежливо переспрашивать; поздравлять</w:t>
      </w:r>
      <w:r w:rsidR="00836BDC"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с праздником, выражать пожелания и вежливо реагировать на</w:t>
      </w:r>
      <w:r w:rsidR="00836BDC"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поздравление; выражать благодарность; вежливо соглашаться</w:t>
      </w:r>
      <w:r w:rsidR="00836BDC"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на предложение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>отказываться от предложения собеседника;</w:t>
      </w:r>
    </w:p>
    <w:p w14:paraId="075EA786" w14:textId="027F5CB0" w:rsidR="00BA0EA3" w:rsidRPr="000127C1" w:rsidRDefault="00836BDC" w:rsidP="000127C1">
      <w:pPr>
        <w:pStyle w:val="a5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  <w:lang w:val="tt-RU"/>
        </w:rPr>
        <w:t xml:space="preserve">вести </w:t>
      </w:r>
      <w:r w:rsidR="00A53DE3" w:rsidRPr="000127C1">
        <w:rPr>
          <w:bCs/>
          <w:color w:val="auto"/>
          <w:sz w:val="24"/>
          <w:szCs w:val="24"/>
        </w:rPr>
        <w:t>диалог</w:t>
      </w:r>
      <w:r w:rsidR="00291A74" w:rsidRPr="000127C1">
        <w:rPr>
          <w:bCs/>
          <w:color w:val="auto"/>
          <w:sz w:val="24"/>
          <w:szCs w:val="24"/>
        </w:rPr>
        <w:t>-</w:t>
      </w:r>
      <w:r w:rsidR="00BA0EA3" w:rsidRPr="000127C1">
        <w:rPr>
          <w:bCs/>
          <w:color w:val="auto"/>
          <w:sz w:val="24"/>
          <w:szCs w:val="24"/>
        </w:rPr>
        <w:t>побуждение к действию: обращаться с просьбой,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="00BA0EA3" w:rsidRPr="000127C1">
        <w:rPr>
          <w:bCs/>
          <w:color w:val="auto"/>
          <w:sz w:val="24"/>
          <w:szCs w:val="24"/>
        </w:rPr>
        <w:t>вежливо соглашаться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="00BA0EA3" w:rsidRPr="000127C1">
        <w:rPr>
          <w:bCs/>
          <w:color w:val="auto"/>
          <w:sz w:val="24"/>
          <w:szCs w:val="24"/>
        </w:rPr>
        <w:t>не соглашаться выполнить просьбу; приглашать собеседника к совместной деятельности, вежливо соглашаться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="00BA0EA3" w:rsidRPr="000127C1">
        <w:rPr>
          <w:bCs/>
          <w:color w:val="auto"/>
          <w:sz w:val="24"/>
          <w:szCs w:val="24"/>
        </w:rPr>
        <w:t>не соглашаться на предложение собеседника, объясняя причину своего решения;</w:t>
      </w:r>
    </w:p>
    <w:p w14:paraId="60B796AE" w14:textId="77777777" w:rsidR="00490403" w:rsidRPr="000127C1" w:rsidRDefault="00836BDC" w:rsidP="000127C1">
      <w:pPr>
        <w:pStyle w:val="a5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  <w:lang w:val="tt-RU"/>
        </w:rPr>
        <w:t xml:space="preserve">вести </w:t>
      </w:r>
      <w:r w:rsidR="00BA0EA3" w:rsidRPr="000127C1">
        <w:rPr>
          <w:bCs/>
          <w:color w:val="auto"/>
          <w:sz w:val="24"/>
          <w:szCs w:val="24"/>
        </w:rPr>
        <w:t>диалог-расспрос: сообщать фактическую информацию, отвечая на воп</w:t>
      </w:r>
      <w:r w:rsidR="002019E7" w:rsidRPr="000127C1">
        <w:rPr>
          <w:bCs/>
          <w:color w:val="auto"/>
          <w:sz w:val="24"/>
          <w:szCs w:val="24"/>
        </w:rPr>
        <w:t>росы</w:t>
      </w:r>
      <w:r w:rsidR="00490403" w:rsidRPr="000127C1">
        <w:rPr>
          <w:bCs/>
          <w:color w:val="auto"/>
          <w:sz w:val="24"/>
          <w:szCs w:val="24"/>
        </w:rPr>
        <w:t>.</w:t>
      </w:r>
    </w:p>
    <w:p w14:paraId="173657FB" w14:textId="7E1C7E74" w:rsidR="0097199E" w:rsidRPr="000127C1" w:rsidRDefault="002019E7" w:rsidP="000127C1">
      <w:pPr>
        <w:pStyle w:val="a5"/>
        <w:tabs>
          <w:tab w:val="left" w:pos="1134"/>
        </w:tabs>
        <w:spacing w:after="0" w:line="240" w:lineRule="auto"/>
        <w:ind w:left="0" w:firstLine="0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Объе</w:t>
      </w:r>
      <w:r w:rsidR="0097199E" w:rsidRPr="000127C1">
        <w:rPr>
          <w:color w:val="auto"/>
          <w:sz w:val="24"/>
          <w:szCs w:val="24"/>
        </w:rPr>
        <w:t>м диалога</w:t>
      </w:r>
      <w:r w:rsidR="00670C88" w:rsidRPr="000127C1">
        <w:rPr>
          <w:color w:val="auto"/>
          <w:sz w:val="24"/>
          <w:szCs w:val="24"/>
          <w:lang w:val="tt-RU"/>
        </w:rPr>
        <w:t>:</w:t>
      </w:r>
      <w:r w:rsidR="00CE5BD7" w:rsidRPr="000127C1">
        <w:rPr>
          <w:color w:val="auto"/>
          <w:sz w:val="24"/>
          <w:szCs w:val="24"/>
        </w:rPr>
        <w:t xml:space="preserve"> </w:t>
      </w:r>
      <w:r w:rsidR="00F75692" w:rsidRPr="000127C1">
        <w:rPr>
          <w:bCs/>
          <w:color w:val="auto"/>
          <w:sz w:val="24"/>
          <w:szCs w:val="24"/>
          <w:lang w:val="tt-RU"/>
        </w:rPr>
        <w:t>7–</w:t>
      </w:r>
      <w:r w:rsidR="00670C88" w:rsidRPr="000127C1">
        <w:rPr>
          <w:bCs/>
          <w:color w:val="auto"/>
          <w:sz w:val="24"/>
          <w:szCs w:val="24"/>
          <w:lang w:val="tt-RU"/>
        </w:rPr>
        <w:t>8</w:t>
      </w:r>
      <w:r w:rsidR="00670C88" w:rsidRPr="000127C1">
        <w:rPr>
          <w:color w:val="auto"/>
          <w:sz w:val="24"/>
          <w:szCs w:val="24"/>
          <w:lang w:val="tt-RU"/>
        </w:rPr>
        <w:t xml:space="preserve"> </w:t>
      </w:r>
      <w:r w:rsidR="0097199E" w:rsidRPr="000127C1">
        <w:rPr>
          <w:color w:val="auto"/>
          <w:sz w:val="24"/>
          <w:szCs w:val="24"/>
        </w:rPr>
        <w:t>реплик со стороны каждого собеседника.</w:t>
      </w:r>
    </w:p>
    <w:p w14:paraId="1ADA03F0" w14:textId="5EB5550D" w:rsidR="0076549A" w:rsidRPr="000127C1" w:rsidRDefault="008C1E72" w:rsidP="000127C1">
      <w:pPr>
        <w:ind w:firstLine="709"/>
        <w:jc w:val="both"/>
        <w:rPr>
          <w:iCs/>
        </w:rPr>
      </w:pPr>
      <w:r w:rsidRPr="000127C1">
        <w:rPr>
          <w:iCs/>
        </w:rPr>
        <w:t>М</w:t>
      </w:r>
      <w:r w:rsidR="0076549A" w:rsidRPr="000127C1">
        <w:rPr>
          <w:iCs/>
        </w:rPr>
        <w:t>онологическ</w:t>
      </w:r>
      <w:r w:rsidRPr="000127C1">
        <w:rPr>
          <w:iCs/>
        </w:rPr>
        <w:t>ая речь</w:t>
      </w:r>
      <w:r w:rsidR="00547D16" w:rsidRPr="000127C1">
        <w:rPr>
          <w:iCs/>
        </w:rPr>
        <w:t>:</w:t>
      </w:r>
    </w:p>
    <w:p w14:paraId="38D5DA2A" w14:textId="7D6C964A" w:rsidR="0097199E" w:rsidRPr="000127C1" w:rsidRDefault="0097199E" w:rsidP="000127C1">
      <w:pPr>
        <w:pStyle w:val="a5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создание устных связных монологических высказываний</w:t>
      </w:r>
      <w:r w:rsidR="00670C88"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с использованием основных коммуникативных типов речи:</w:t>
      </w:r>
      <w:r w:rsidR="00670C88"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описание (предмета, внешности человека), в том</w:t>
      </w:r>
      <w:r w:rsidR="00670C88"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числе характеристика реального человека</w:t>
      </w:r>
      <w:r w:rsidR="00670C88"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или литературного персонажа);</w:t>
      </w:r>
      <w:r w:rsidR="00670C88"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повествование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сообщение;</w:t>
      </w:r>
    </w:p>
    <w:p w14:paraId="7F1F5E23" w14:textId="77777777" w:rsidR="0097199E" w:rsidRPr="000127C1" w:rsidRDefault="0097199E" w:rsidP="000127C1">
      <w:pPr>
        <w:pStyle w:val="a5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</w:rPr>
        <w:t>изложение (пересказ) основного содержания прочитанного</w:t>
      </w:r>
      <w:r w:rsidR="00A53DE3" w:rsidRPr="000127C1">
        <w:rPr>
          <w:color w:val="auto"/>
          <w:sz w:val="24"/>
          <w:szCs w:val="24"/>
          <w:lang w:val="tt-RU"/>
        </w:rPr>
        <w:t>;</w:t>
      </w:r>
    </w:p>
    <w:p w14:paraId="716B5F98" w14:textId="77777777" w:rsidR="0076549A" w:rsidRPr="000127C1" w:rsidRDefault="0097199E" w:rsidP="000127C1">
      <w:pPr>
        <w:pStyle w:val="a5"/>
        <w:numPr>
          <w:ilvl w:val="0"/>
          <w:numId w:val="1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краткое изложение результатов выполненной проектной работы.</w:t>
      </w:r>
    </w:p>
    <w:p w14:paraId="3F3F463A" w14:textId="77777777" w:rsidR="00670C88" w:rsidRPr="000127C1" w:rsidRDefault="002019E7" w:rsidP="000127C1">
      <w:pPr>
        <w:ind w:firstLine="709"/>
        <w:jc w:val="both"/>
        <w:rPr>
          <w:b/>
          <w:bCs/>
        </w:rPr>
      </w:pPr>
      <w:r w:rsidRPr="000127C1">
        <w:lastRenderedPageBreak/>
        <w:t>Объе</w:t>
      </w:r>
      <w:r w:rsidR="00670C88" w:rsidRPr="000127C1">
        <w:t>м монологического высказывания</w:t>
      </w:r>
      <w:r w:rsidR="00670C88" w:rsidRPr="000127C1">
        <w:rPr>
          <w:lang w:val="tt-RU"/>
        </w:rPr>
        <w:t>:</w:t>
      </w:r>
      <w:r w:rsidR="00670C88" w:rsidRPr="000127C1">
        <w:rPr>
          <w:bCs/>
        </w:rPr>
        <w:t>7</w:t>
      </w:r>
      <w:r w:rsidR="00F75692" w:rsidRPr="000127C1">
        <w:rPr>
          <w:bCs/>
          <w:lang w:val="tt-RU"/>
        </w:rPr>
        <w:t>–</w:t>
      </w:r>
      <w:r w:rsidR="00670C88" w:rsidRPr="000127C1">
        <w:rPr>
          <w:bCs/>
        </w:rPr>
        <w:t>8 фраз.</w:t>
      </w:r>
    </w:p>
    <w:p w14:paraId="7975EA38" w14:textId="1FFB202D" w:rsidR="00670C88" w:rsidRPr="000127C1" w:rsidRDefault="000F4629" w:rsidP="000127C1">
      <w:pPr>
        <w:ind w:firstLine="709"/>
        <w:jc w:val="both"/>
        <w:rPr>
          <w:b/>
          <w:i/>
        </w:rPr>
      </w:pPr>
      <w:r w:rsidRPr="000127C1">
        <w:rPr>
          <w:lang w:val="tt-RU"/>
        </w:rPr>
        <w:t>У</w:t>
      </w:r>
      <w:r w:rsidRPr="000127C1">
        <w:t xml:space="preserve">мения диалогической </w:t>
      </w:r>
      <w:r w:rsidRPr="000127C1">
        <w:rPr>
          <w:lang w:val="tt-RU"/>
        </w:rPr>
        <w:t xml:space="preserve">и монологической </w:t>
      </w:r>
      <w:r w:rsidRPr="000127C1">
        <w:t>речи развиваются в стандартных ситуациях общения в рамках</w:t>
      </w:r>
      <w:r w:rsidRPr="000127C1">
        <w:rPr>
          <w:lang w:val="tt-RU"/>
        </w:rPr>
        <w:t xml:space="preserve"> </w:t>
      </w:r>
      <w:r w:rsidRPr="000127C1">
        <w:t>тематического содержания речи с опорой на речевые ситуации,</w:t>
      </w:r>
      <w:r w:rsidRPr="000127C1">
        <w:rPr>
          <w:lang w:val="tt-RU"/>
        </w:rPr>
        <w:t xml:space="preserve"> </w:t>
      </w:r>
      <w:r w:rsidRPr="000127C1">
        <w:t>ключевые слова и</w:t>
      </w:r>
      <w:r w:rsidR="00055FEC" w:rsidRPr="000127C1">
        <w:t xml:space="preserve"> / </w:t>
      </w:r>
      <w:r w:rsidRPr="000127C1">
        <w:t xml:space="preserve">или иллюстрации, фотографии с соблюдением норм </w:t>
      </w:r>
      <w:r w:rsidRPr="000127C1">
        <w:rPr>
          <w:lang w:val="tt-RU"/>
        </w:rPr>
        <w:t xml:space="preserve">татарского </w:t>
      </w:r>
      <w:r w:rsidRPr="000127C1">
        <w:t>речевого этикета</w:t>
      </w:r>
      <w:r w:rsidRPr="000127C1">
        <w:rPr>
          <w:lang w:val="tt-RU"/>
        </w:rPr>
        <w:t>.</w:t>
      </w:r>
    </w:p>
    <w:p w14:paraId="31041769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Смысловое чтение</w:t>
      </w:r>
    </w:p>
    <w:p w14:paraId="0502EA2B" w14:textId="77777777" w:rsidR="005F3EF4" w:rsidRPr="000127C1" w:rsidRDefault="005F3EF4" w:rsidP="000127C1">
      <w:pPr>
        <w:pStyle w:val="a5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</w:t>
      </w:r>
      <w:r w:rsidRPr="000127C1">
        <w:rPr>
          <w:color w:val="auto"/>
          <w:sz w:val="24"/>
          <w:szCs w:val="24"/>
          <w:lang w:val="tt-RU"/>
        </w:rPr>
        <w:t xml:space="preserve">тение </w:t>
      </w:r>
      <w:r w:rsidRPr="000127C1">
        <w:rPr>
          <w:color w:val="auto"/>
          <w:sz w:val="24"/>
          <w:szCs w:val="24"/>
        </w:rPr>
        <w:t xml:space="preserve">про себя </w:t>
      </w:r>
      <w:r w:rsidRPr="000127C1">
        <w:rPr>
          <w:color w:val="auto"/>
          <w:sz w:val="24"/>
          <w:szCs w:val="24"/>
          <w:lang w:val="tt-RU"/>
        </w:rPr>
        <w:t xml:space="preserve">с </w:t>
      </w:r>
      <w:r w:rsidRPr="000127C1">
        <w:rPr>
          <w:color w:val="auto"/>
          <w:sz w:val="24"/>
          <w:szCs w:val="24"/>
        </w:rPr>
        <w:t>понима</w:t>
      </w:r>
      <w:r w:rsidRPr="000127C1">
        <w:rPr>
          <w:color w:val="auto"/>
          <w:sz w:val="24"/>
          <w:szCs w:val="24"/>
          <w:lang w:val="tt-RU"/>
        </w:rPr>
        <w:t xml:space="preserve">нием </w:t>
      </w:r>
      <w:r w:rsidRPr="000127C1">
        <w:rPr>
          <w:color w:val="auto"/>
          <w:sz w:val="24"/>
          <w:szCs w:val="24"/>
        </w:rPr>
        <w:t>учебны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и несложны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адаптированны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аутентичны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текст</w:t>
      </w:r>
      <w:r w:rsidRPr="000127C1">
        <w:rPr>
          <w:color w:val="auto"/>
          <w:sz w:val="24"/>
          <w:szCs w:val="24"/>
          <w:lang w:val="tt-RU"/>
        </w:rPr>
        <w:t>ов</w:t>
      </w:r>
      <w:r w:rsidRPr="000127C1">
        <w:rPr>
          <w:color w:val="auto"/>
          <w:sz w:val="24"/>
          <w:szCs w:val="24"/>
        </w:rPr>
        <w:t xml:space="preserve"> разных жанров и стилей, содержащи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28BCD415" w14:textId="4A03C764" w:rsidR="008A7D7E" w:rsidRPr="000127C1" w:rsidRDefault="008A7D7E" w:rsidP="000127C1">
      <w:pPr>
        <w:pStyle w:val="a5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с пониманием основного содержания текста с определением основной темы и главных фактов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7F144E11" w14:textId="77777777" w:rsidR="005F3EF4" w:rsidRPr="000127C1" w:rsidRDefault="005F3EF4" w:rsidP="000127C1">
      <w:pPr>
        <w:pStyle w:val="a5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4903E1EE" w14:textId="77777777" w:rsidR="00B13D1C" w:rsidRPr="000127C1" w:rsidRDefault="00B13D1C" w:rsidP="000127C1">
      <w:pPr>
        <w:ind w:firstLine="709"/>
        <w:jc w:val="both"/>
      </w:pPr>
      <w:r w:rsidRPr="000127C1">
        <w:t>Тексты для чтения: беседа; отрывок из художественного произведения, в том числе рассказ, сказка; научно-популярн</w:t>
      </w:r>
      <w:r w:rsidR="005F3EF4" w:rsidRPr="000127C1">
        <w:rPr>
          <w:lang w:val="tt-RU"/>
        </w:rPr>
        <w:t>ые тексты</w:t>
      </w:r>
      <w:r w:rsidRPr="000127C1"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34FF35C3" w14:textId="77777777" w:rsidR="005F3EF4" w:rsidRPr="000127C1" w:rsidRDefault="002019E7" w:rsidP="000127C1">
      <w:pPr>
        <w:ind w:firstLine="709"/>
        <w:jc w:val="both"/>
      </w:pPr>
      <w:r w:rsidRPr="000127C1">
        <w:t>Объе</w:t>
      </w:r>
      <w:r w:rsidR="00B13D1C" w:rsidRPr="000127C1">
        <w:t>м текста для чтения</w:t>
      </w:r>
      <w:r w:rsidR="005F3EF4" w:rsidRPr="000127C1">
        <w:rPr>
          <w:lang w:val="tt-RU"/>
        </w:rPr>
        <w:t xml:space="preserve">: </w:t>
      </w:r>
      <w:r w:rsidRPr="000127C1">
        <w:rPr>
          <w:bCs/>
          <w:lang w:val="tt-RU"/>
        </w:rPr>
        <w:t>150–</w:t>
      </w:r>
      <w:r w:rsidR="005F3EF4" w:rsidRPr="000127C1">
        <w:rPr>
          <w:bCs/>
          <w:lang w:val="tt-RU"/>
        </w:rPr>
        <w:t>1</w:t>
      </w:r>
      <w:r w:rsidR="005D2074" w:rsidRPr="000127C1">
        <w:rPr>
          <w:bCs/>
          <w:lang w:val="tt-RU"/>
        </w:rPr>
        <w:t>6</w:t>
      </w:r>
      <w:r w:rsidR="005F3EF4" w:rsidRPr="000127C1">
        <w:rPr>
          <w:bCs/>
          <w:lang w:val="tt-RU"/>
        </w:rPr>
        <w:t>0</w:t>
      </w:r>
      <w:r w:rsidR="00B13D1C" w:rsidRPr="000127C1">
        <w:rPr>
          <w:bCs/>
        </w:rPr>
        <w:t xml:space="preserve"> слов.</w:t>
      </w:r>
    </w:p>
    <w:p w14:paraId="6435682F" w14:textId="77777777" w:rsidR="00E41265" w:rsidRPr="000127C1" w:rsidRDefault="00E41265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Письм</w:t>
      </w:r>
      <w:r w:rsidRPr="000127C1">
        <w:rPr>
          <w:b/>
          <w:iCs/>
          <w:lang w:val="tt-RU"/>
        </w:rPr>
        <w:t>енная реч</w:t>
      </w:r>
      <w:r w:rsidRPr="000127C1">
        <w:rPr>
          <w:b/>
          <w:iCs/>
        </w:rPr>
        <w:t>ь</w:t>
      </w:r>
    </w:p>
    <w:p w14:paraId="6FEAAC63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ответов на заданные вопросы с использованием изученного лексико-грамматического материала;</w:t>
      </w:r>
    </w:p>
    <w:p w14:paraId="18E43F96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письменная постановка вопросов по теме или проблеме, или к тексту для проверки понимания прочитанного;</w:t>
      </w:r>
    </w:p>
    <w:p w14:paraId="07682D72" w14:textId="64AB00F5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 xml:space="preserve">письменное составление </w:t>
      </w:r>
      <w:r w:rsidR="00055FEC" w:rsidRPr="000127C1">
        <w:rPr>
          <w:bCs/>
          <w:iCs/>
        </w:rPr>
        <w:t>мини-</w:t>
      </w:r>
      <w:r w:rsidRPr="000127C1">
        <w:rPr>
          <w:bCs/>
          <w:iCs/>
        </w:rPr>
        <w:t>диалога по данному образцу;</w:t>
      </w:r>
    </w:p>
    <w:p w14:paraId="42A41A9F" w14:textId="77777777" w:rsidR="00E41265" w:rsidRPr="000127C1" w:rsidRDefault="00E41265" w:rsidP="000127C1">
      <w:pPr>
        <w:numPr>
          <w:ilvl w:val="0"/>
          <w:numId w:val="1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о себе основных сведений в соответствии с языковыми нормами;</w:t>
      </w:r>
    </w:p>
    <w:p w14:paraId="2C9E260C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 xml:space="preserve">краткая письменная передача содержания текста; </w:t>
      </w:r>
    </w:p>
    <w:p w14:paraId="4A265D7F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hanging="11"/>
        <w:contextualSpacing/>
        <w:jc w:val="both"/>
      </w:pPr>
      <w:r w:rsidRPr="000127C1">
        <w:t>написание краткой характеристики литературного персонажа;</w:t>
      </w:r>
    </w:p>
    <w:p w14:paraId="1D851B0C" w14:textId="007D428E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поздравительных открыток, приглашений.</w:t>
      </w:r>
    </w:p>
    <w:p w14:paraId="7C5460FA" w14:textId="77777777" w:rsidR="0076549A" w:rsidRPr="000127C1" w:rsidRDefault="0076549A" w:rsidP="000127C1">
      <w:pPr>
        <w:ind w:firstLine="709"/>
        <w:jc w:val="both"/>
        <w:rPr>
          <w:b/>
        </w:rPr>
      </w:pPr>
      <w:r w:rsidRPr="000127C1">
        <w:rPr>
          <w:b/>
        </w:rPr>
        <w:t>Языковые знания и навыки</w:t>
      </w:r>
    </w:p>
    <w:p w14:paraId="4C194590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Фонетическая сторона речи</w:t>
      </w:r>
    </w:p>
    <w:p w14:paraId="008E9123" w14:textId="77777777" w:rsidR="00B664EB" w:rsidRPr="000127C1" w:rsidRDefault="00B664EB" w:rsidP="000127C1">
      <w:pPr>
        <w:pStyle w:val="a5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2019E7" w:rsidRPr="000127C1">
        <w:rPr>
          <w:bCs/>
          <w:iCs/>
          <w:color w:val="auto"/>
          <w:sz w:val="24"/>
          <w:szCs w:val="24"/>
        </w:rPr>
        <w:t>ико-интонационных особенностей;</w:t>
      </w:r>
    </w:p>
    <w:p w14:paraId="7862ADCC" w14:textId="77777777" w:rsidR="00B664EB" w:rsidRPr="000127C1" w:rsidRDefault="00B664EB" w:rsidP="000127C1">
      <w:pPr>
        <w:pStyle w:val="a5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чтение новых слов согласно основным правилам чтения;</w:t>
      </w:r>
    </w:p>
    <w:p w14:paraId="7CB27340" w14:textId="77777777" w:rsidR="00262283" w:rsidRPr="000127C1" w:rsidRDefault="00262283" w:rsidP="000127C1">
      <w:pPr>
        <w:pStyle w:val="a5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>ударение в глаг</w:t>
      </w:r>
      <w:r w:rsidR="002019E7" w:rsidRPr="000127C1">
        <w:rPr>
          <w:color w:val="auto"/>
          <w:sz w:val="24"/>
          <w:szCs w:val="24"/>
          <w:lang w:val="tt-RU"/>
        </w:rPr>
        <w:t>олах повелительного наклонения;</w:t>
      </w:r>
    </w:p>
    <w:p w14:paraId="64FC6BA3" w14:textId="77777777" w:rsidR="0076549A" w:rsidRPr="000127C1" w:rsidRDefault="00B664EB" w:rsidP="000127C1">
      <w:pPr>
        <w:pStyle w:val="a5"/>
        <w:numPr>
          <w:ilvl w:val="0"/>
          <w:numId w:val="1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42BA4320" w14:textId="77777777" w:rsidR="005D2074" w:rsidRPr="000127C1" w:rsidRDefault="005D2074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7EAE0693" w14:textId="77777777" w:rsidR="0076549A" w:rsidRPr="000127C1" w:rsidRDefault="002019E7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Объе</w:t>
      </w:r>
      <w:r w:rsidR="00CE5BD7" w:rsidRPr="000127C1">
        <w:rPr>
          <w:bCs/>
          <w:iCs/>
        </w:rPr>
        <w:t>м текста для чтения вслух:</w:t>
      </w:r>
      <w:r w:rsidR="005D2074" w:rsidRPr="000127C1">
        <w:rPr>
          <w:bCs/>
          <w:iCs/>
        </w:rPr>
        <w:t xml:space="preserve"> </w:t>
      </w:r>
      <w:r w:rsidR="005D2074" w:rsidRPr="000127C1">
        <w:rPr>
          <w:iCs/>
        </w:rPr>
        <w:t xml:space="preserve">до </w:t>
      </w:r>
      <w:r w:rsidR="00657BCE" w:rsidRPr="000127C1">
        <w:rPr>
          <w:iCs/>
        </w:rPr>
        <w:t>8</w:t>
      </w:r>
      <w:r w:rsidR="005D2074" w:rsidRPr="000127C1">
        <w:rPr>
          <w:iCs/>
        </w:rPr>
        <w:t>0 слов</w:t>
      </w:r>
      <w:r w:rsidR="005D2074" w:rsidRPr="000127C1">
        <w:rPr>
          <w:bCs/>
          <w:iCs/>
        </w:rPr>
        <w:t>.</w:t>
      </w:r>
    </w:p>
    <w:p w14:paraId="753F4171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Графика, орфография и пунктуация</w:t>
      </w:r>
    </w:p>
    <w:p w14:paraId="16BE78A0" w14:textId="77777777" w:rsidR="00D25E3F" w:rsidRPr="000127C1" w:rsidRDefault="00D25E3F" w:rsidP="000127C1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написание изученных слов;</w:t>
      </w:r>
    </w:p>
    <w:p w14:paraId="24264D3F" w14:textId="77777777" w:rsidR="00D25E3F" w:rsidRPr="000127C1" w:rsidRDefault="00D25E3F" w:rsidP="000127C1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AC1819" w:rsidRPr="000127C1">
        <w:rPr>
          <w:color w:val="auto"/>
          <w:sz w:val="24"/>
          <w:szCs w:val="24"/>
        </w:rPr>
        <w:t>,</w:t>
      </w:r>
      <w:r w:rsidR="00D92090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обращении</w:t>
      </w:r>
      <w:r w:rsidR="00AC1819" w:rsidRPr="000127C1">
        <w:rPr>
          <w:color w:val="auto"/>
          <w:sz w:val="24"/>
          <w:szCs w:val="24"/>
        </w:rPr>
        <w:t>, при вводных словах</w:t>
      </w:r>
      <w:r w:rsidR="00C63AE1" w:rsidRPr="000127C1">
        <w:rPr>
          <w:color w:val="auto"/>
          <w:sz w:val="24"/>
          <w:szCs w:val="24"/>
        </w:rPr>
        <w:t>;</w:t>
      </w:r>
    </w:p>
    <w:p w14:paraId="6C6E296C" w14:textId="77777777" w:rsidR="0076549A" w:rsidRPr="000127C1" w:rsidRDefault="00D25E3F" w:rsidP="000127C1">
      <w:pPr>
        <w:pStyle w:val="a5"/>
        <w:numPr>
          <w:ilvl w:val="0"/>
          <w:numId w:val="1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593815A2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Лексическая сторона речи</w:t>
      </w:r>
    </w:p>
    <w:p w14:paraId="57A2DC5D" w14:textId="091994F3" w:rsidR="0076549A" w:rsidRPr="000127C1" w:rsidRDefault="00C66AC0" w:rsidP="000127C1">
      <w:pPr>
        <w:ind w:firstLine="709"/>
        <w:jc w:val="both"/>
        <w:rPr>
          <w:lang w:val="tt-RU"/>
        </w:rPr>
      </w:pPr>
      <w:r w:rsidRPr="000127C1">
        <w:rPr>
          <w:bCs/>
          <w:iCs/>
        </w:rPr>
        <w:lastRenderedPageBreak/>
        <w:t xml:space="preserve">Распознавание и употребление в устной и письменной речи не менее </w:t>
      </w:r>
      <w:r w:rsidRPr="000127C1">
        <w:rPr>
          <w:iCs/>
        </w:rPr>
        <w:t>600</w:t>
      </w:r>
      <w:r w:rsidRPr="000127C1">
        <w:rPr>
          <w:bCs/>
          <w:iCs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</w:t>
      </w:r>
      <w:r w:rsidR="00C63AE1" w:rsidRPr="000127C1">
        <w:rPr>
          <w:bCs/>
          <w:iCs/>
        </w:rPr>
        <w:t>сических единиц, усвоенных в 1–</w:t>
      </w:r>
      <w:r w:rsidRPr="000127C1">
        <w:rPr>
          <w:bCs/>
          <w:iCs/>
        </w:rPr>
        <w:t xml:space="preserve">5 классах; </w:t>
      </w:r>
      <w:r w:rsidR="00C63AE1" w:rsidRPr="000127C1">
        <w:t>слов</w:t>
      </w:r>
      <w:r w:rsidR="00D77530" w:rsidRPr="000127C1">
        <w:t>-</w:t>
      </w:r>
      <w:r w:rsidRPr="000127C1">
        <w:t xml:space="preserve">названий предметов, их признаков, действий предметов; </w:t>
      </w:r>
      <w:r w:rsidRPr="000127C1">
        <w:rPr>
          <w:lang w:val="tt-RU"/>
        </w:rPr>
        <w:t>заимствованных слов;</w:t>
      </w:r>
      <w:r w:rsidR="006D15CE" w:rsidRPr="000127C1">
        <w:rPr>
          <w:lang w:val="tt-RU"/>
        </w:rPr>
        <w:t xml:space="preserve"> </w:t>
      </w:r>
      <w:r w:rsidRPr="000127C1">
        <w:rPr>
          <w:lang w:val="tt-RU"/>
        </w:rPr>
        <w:t xml:space="preserve">синонимов и антонимов изученных слов; производных </w:t>
      </w:r>
      <w:r w:rsidR="00C627D6" w:rsidRPr="000127C1">
        <w:rPr>
          <w:bCs/>
          <w:iCs/>
        </w:rPr>
        <w:t>«</w:t>
      </w:r>
      <w:r w:rsidRPr="000127C1">
        <w:rPr>
          <w:lang w:val="tt-RU"/>
        </w:rPr>
        <w:t>сыйныфташ</w:t>
      </w:r>
      <w:r w:rsidR="00C627D6" w:rsidRPr="000127C1">
        <w:rPr>
          <w:iCs/>
        </w:rPr>
        <w:t>»</w:t>
      </w:r>
      <w:r w:rsidRPr="000127C1">
        <w:rPr>
          <w:lang w:val="tt-RU"/>
        </w:rPr>
        <w:t xml:space="preserve">, </w:t>
      </w:r>
      <w:r w:rsidR="00C627D6" w:rsidRPr="000127C1">
        <w:rPr>
          <w:bCs/>
          <w:iCs/>
        </w:rPr>
        <w:t>«</w:t>
      </w:r>
      <w:r w:rsidR="00764A4D" w:rsidRPr="000127C1">
        <w:rPr>
          <w:lang w:val="tt-RU"/>
        </w:rPr>
        <w:t>дуслык</w:t>
      </w:r>
      <w:r w:rsidR="00C627D6" w:rsidRPr="000127C1">
        <w:rPr>
          <w:iCs/>
        </w:rPr>
        <w:t>»</w:t>
      </w:r>
      <w:r w:rsidRPr="000127C1">
        <w:rPr>
          <w:lang w:val="tt-RU"/>
        </w:rPr>
        <w:t xml:space="preserve">, парных </w:t>
      </w:r>
      <w:r w:rsidR="00C627D6" w:rsidRPr="000127C1">
        <w:rPr>
          <w:bCs/>
          <w:iCs/>
        </w:rPr>
        <w:t>«</w:t>
      </w:r>
      <w:r w:rsidRPr="000127C1">
        <w:rPr>
          <w:lang w:val="tt-RU"/>
        </w:rPr>
        <w:t>әти-әни</w:t>
      </w:r>
      <w:r w:rsidR="00C627D6" w:rsidRPr="000127C1">
        <w:rPr>
          <w:iCs/>
        </w:rPr>
        <w:t>»</w:t>
      </w:r>
      <w:r w:rsidR="00C627D6" w:rsidRPr="000127C1">
        <w:t>,</w:t>
      </w:r>
      <w:r w:rsidRPr="000127C1">
        <w:rPr>
          <w:lang w:val="tt-RU"/>
        </w:rPr>
        <w:t xml:space="preserve"> сложных </w:t>
      </w:r>
      <w:r w:rsidR="00C627D6" w:rsidRPr="000127C1">
        <w:rPr>
          <w:bCs/>
          <w:iCs/>
        </w:rPr>
        <w:t>«</w:t>
      </w:r>
      <w:r w:rsidR="00764A4D" w:rsidRPr="000127C1">
        <w:rPr>
          <w:lang w:val="tt-RU"/>
        </w:rPr>
        <w:t>даруханә</w:t>
      </w:r>
      <w:r w:rsidR="00C627D6" w:rsidRPr="000127C1">
        <w:rPr>
          <w:iCs/>
        </w:rPr>
        <w:t>»</w:t>
      </w:r>
      <w:r w:rsidRPr="000127C1">
        <w:rPr>
          <w:lang w:val="tt-RU"/>
        </w:rPr>
        <w:t xml:space="preserve">, составных </w:t>
      </w:r>
      <w:r w:rsidR="00C627D6" w:rsidRPr="000127C1">
        <w:rPr>
          <w:bCs/>
          <w:iCs/>
        </w:rPr>
        <w:t>«</w:t>
      </w:r>
      <w:r w:rsidR="00764A4D" w:rsidRPr="000127C1">
        <w:rPr>
          <w:lang w:val="tt-RU"/>
        </w:rPr>
        <w:t>җир</w:t>
      </w:r>
      <w:r w:rsidRPr="000127C1">
        <w:rPr>
          <w:lang w:val="tt-RU"/>
        </w:rPr>
        <w:t xml:space="preserve"> җиләге</w:t>
      </w:r>
      <w:r w:rsidR="00C627D6" w:rsidRPr="000127C1">
        <w:rPr>
          <w:iCs/>
        </w:rPr>
        <w:t>»</w:t>
      </w:r>
      <w:r w:rsidRPr="000127C1">
        <w:rPr>
          <w:i/>
          <w:iCs/>
          <w:lang w:val="tt-RU"/>
        </w:rPr>
        <w:t xml:space="preserve"> </w:t>
      </w:r>
      <w:r w:rsidRPr="000127C1">
        <w:rPr>
          <w:lang w:val="tt-RU"/>
        </w:rPr>
        <w:t>слов.</w:t>
      </w:r>
    </w:p>
    <w:p w14:paraId="63D10824" w14:textId="69B92CC4" w:rsidR="0061138F" w:rsidRPr="000127C1" w:rsidRDefault="0061138F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Грамматическая сторона речи</w:t>
      </w:r>
    </w:p>
    <w:p w14:paraId="653228F0" w14:textId="29C655F0" w:rsidR="0061138F" w:rsidRPr="000127C1" w:rsidRDefault="0061138F" w:rsidP="000127C1">
      <w:pPr>
        <w:tabs>
          <w:tab w:val="left" w:pos="993"/>
        </w:tabs>
        <w:ind w:firstLine="709"/>
        <w:jc w:val="both"/>
        <w:rPr>
          <w:bCs/>
          <w:iCs/>
          <w:lang w:val="tt-RU"/>
        </w:rPr>
      </w:pPr>
      <w:r w:rsidRPr="000127C1">
        <w:rPr>
          <w:bCs/>
          <w:iCs/>
        </w:rPr>
        <w:t>Распознавание в письменном и звучащем тексте и употребление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 xml:space="preserve">в устной и письменной речи изученных </w:t>
      </w:r>
      <w:r w:rsidR="005A163C" w:rsidRPr="000127C1">
        <w:rPr>
          <w:bCs/>
          <w:iCs/>
        </w:rPr>
        <w:t>«</w:t>
      </w:r>
      <w:r w:rsidRPr="000127C1">
        <w:rPr>
          <w:bCs/>
          <w:iCs/>
        </w:rPr>
        <w:t>морфологических</w:t>
      </w:r>
      <w:r w:rsidR="005A163C" w:rsidRPr="000127C1">
        <w:rPr>
          <w:bCs/>
          <w:iCs/>
        </w:rPr>
        <w:t>»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 xml:space="preserve">форм и синтаксических конструкций </w:t>
      </w:r>
      <w:r w:rsidRPr="000127C1">
        <w:rPr>
          <w:bCs/>
          <w:iCs/>
          <w:lang w:val="tt-RU"/>
        </w:rPr>
        <w:t>татарского языка:</w:t>
      </w:r>
    </w:p>
    <w:p w14:paraId="5059738D" w14:textId="6DC57B2A" w:rsidR="0061138F" w:rsidRPr="000127C1" w:rsidRDefault="0061138F" w:rsidP="000127C1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rFonts w:eastAsia="Calibri"/>
          <w:i/>
          <w:lang w:eastAsia="en-US"/>
        </w:rPr>
      </w:pPr>
      <w:r w:rsidRPr="000127C1">
        <w:rPr>
          <w:rFonts w:eastAsia="Calibri"/>
          <w:lang w:val="tt-RU" w:eastAsia="en-US"/>
        </w:rPr>
        <w:t>личные местоимения мн. числа</w:t>
      </w:r>
      <w:r w:rsidR="00F14BCA"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val="tt-RU" w:eastAsia="en-US"/>
        </w:rPr>
        <w:t>в притяжательном, направительном падежа</w:t>
      </w:r>
      <w:r w:rsidR="005A163C" w:rsidRPr="000127C1">
        <w:rPr>
          <w:rFonts w:eastAsia="Calibri"/>
          <w:lang w:val="tt-RU" w:eastAsia="en-US"/>
        </w:rPr>
        <w:t>,</w:t>
      </w:r>
      <w:r w:rsidR="00F14BCA" w:rsidRPr="000127C1">
        <w:rPr>
          <w:rFonts w:eastAsia="Calibri"/>
          <w:lang w:val="tt-RU" w:eastAsia="en-US"/>
        </w:rPr>
        <w:t xml:space="preserve"> </w:t>
      </w:r>
      <w:r w:rsidR="005A163C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безне</w:t>
      </w:r>
      <w:r w:rsidR="005A163C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 – </w:t>
      </w:r>
      <w:r w:rsidR="005A163C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безгә</w:t>
      </w:r>
      <w:r w:rsidR="005A163C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5A163C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сезнең</w:t>
      </w:r>
      <w:r w:rsidR="005A163C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 – </w:t>
      </w:r>
      <w:r w:rsidR="005A163C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сезгә</w:t>
      </w:r>
      <w:r w:rsidR="005A163C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5A163C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аларның</w:t>
      </w:r>
      <w:r w:rsidR="005A163C" w:rsidRPr="000127C1">
        <w:rPr>
          <w:bCs/>
          <w:iCs/>
        </w:rPr>
        <w:t xml:space="preserve">» </w:t>
      </w:r>
      <w:r w:rsidRPr="000127C1">
        <w:rPr>
          <w:rFonts w:eastAsia="Calibri"/>
          <w:iCs/>
          <w:lang w:val="tt-RU" w:eastAsia="en-US"/>
        </w:rPr>
        <w:t xml:space="preserve">– </w:t>
      </w:r>
      <w:r w:rsidR="005A163C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аларга</w:t>
      </w:r>
      <w:r w:rsidR="005A163C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>;</w:t>
      </w:r>
    </w:p>
    <w:p w14:paraId="12B2C570" w14:textId="0656B868" w:rsidR="0061138F" w:rsidRPr="000127C1" w:rsidRDefault="0061138F" w:rsidP="000127C1">
      <w:pPr>
        <w:widowControl w:val="0"/>
        <w:numPr>
          <w:ilvl w:val="0"/>
          <w:numId w:val="1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/>
          <w:iCs/>
        </w:rPr>
      </w:pPr>
      <w:r w:rsidRPr="000127C1">
        <w:rPr>
          <w:lang w:val="tt-RU"/>
        </w:rPr>
        <w:t>производные имена существительные с аффиксами</w:t>
      </w:r>
      <w:r w:rsidR="008D04E3" w:rsidRPr="000127C1">
        <w:rPr>
          <w:lang w:val="tt-RU"/>
        </w:rPr>
        <w:t xml:space="preserve"> </w:t>
      </w:r>
      <w:r w:rsidRPr="000127C1">
        <w:rPr>
          <w:lang w:val="tt-RU"/>
        </w:rPr>
        <w:t>-</w:t>
      </w:r>
      <w:r w:rsidRPr="000127C1">
        <w:t>лык</w:t>
      </w:r>
      <w:r w:rsidR="00055FEC" w:rsidRPr="000127C1">
        <w:t xml:space="preserve"> / </w:t>
      </w:r>
      <w:r w:rsidRPr="000127C1">
        <w:t>-лек, -даш</w:t>
      </w:r>
      <w:r w:rsidR="00055FEC" w:rsidRPr="000127C1">
        <w:t xml:space="preserve"> / </w:t>
      </w:r>
      <w:r w:rsidRPr="000127C1">
        <w:t>-д</w:t>
      </w:r>
      <w:r w:rsidRPr="000127C1">
        <w:rPr>
          <w:lang w:val="tt-RU"/>
        </w:rPr>
        <w:t>әш, -таш</w:t>
      </w:r>
      <w:r w:rsidR="00055FEC" w:rsidRPr="000127C1">
        <w:rPr>
          <w:lang w:val="tt-RU"/>
        </w:rPr>
        <w:t xml:space="preserve"> / </w:t>
      </w:r>
      <w:r w:rsidRPr="000127C1">
        <w:rPr>
          <w:lang w:val="tt-RU"/>
        </w:rPr>
        <w:t>-тәш</w:t>
      </w:r>
      <w:r w:rsidRPr="000127C1">
        <w:rPr>
          <w:i/>
          <w:iCs/>
          <w:lang w:val="tt-RU"/>
        </w:rPr>
        <w:t xml:space="preserve"> </w:t>
      </w:r>
      <w:r w:rsidRPr="000127C1">
        <w:rPr>
          <w:lang w:val="tt-RU"/>
        </w:rPr>
        <w:t>(дуслык, сыйныфташ);</w:t>
      </w:r>
    </w:p>
    <w:p w14:paraId="6F4D0BAA" w14:textId="5148A689" w:rsidR="0061138F" w:rsidRPr="000127C1" w:rsidRDefault="0061138F" w:rsidP="000127C1">
      <w:pPr>
        <w:widowControl w:val="0"/>
        <w:numPr>
          <w:ilvl w:val="0"/>
          <w:numId w:val="1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 xml:space="preserve">парные, сложные и составные имена существительные: </w:t>
      </w:r>
      <w:r w:rsidR="005A163C" w:rsidRPr="000127C1">
        <w:rPr>
          <w:bCs/>
          <w:iCs/>
        </w:rPr>
        <w:t>«</w:t>
      </w:r>
      <w:r w:rsidRPr="000127C1">
        <w:rPr>
          <w:lang w:val="tt-RU"/>
        </w:rPr>
        <w:t>әти-әни</w:t>
      </w:r>
      <w:r w:rsidR="005A163C" w:rsidRPr="000127C1">
        <w:rPr>
          <w:bCs/>
          <w:iCs/>
        </w:rPr>
        <w:t>»</w:t>
      </w:r>
      <w:r w:rsidRPr="000127C1">
        <w:rPr>
          <w:lang w:val="tt-RU"/>
        </w:rPr>
        <w:t xml:space="preserve">, </w:t>
      </w:r>
      <w:r w:rsidR="005A163C" w:rsidRPr="000127C1">
        <w:rPr>
          <w:bCs/>
          <w:iCs/>
        </w:rPr>
        <w:t>«</w:t>
      </w:r>
      <w:r w:rsidRPr="000127C1">
        <w:rPr>
          <w:lang w:val="tt-RU"/>
        </w:rPr>
        <w:t>бала-чага</w:t>
      </w:r>
      <w:r w:rsidR="005A163C" w:rsidRPr="000127C1">
        <w:rPr>
          <w:bCs/>
          <w:iCs/>
        </w:rPr>
        <w:t>»</w:t>
      </w:r>
      <w:r w:rsidRPr="000127C1">
        <w:rPr>
          <w:lang w:val="tt-RU"/>
        </w:rPr>
        <w:t xml:space="preserve">; </w:t>
      </w:r>
      <w:r w:rsidR="005A163C" w:rsidRPr="000127C1">
        <w:rPr>
          <w:bCs/>
          <w:iCs/>
        </w:rPr>
        <w:t>«</w:t>
      </w:r>
      <w:r w:rsidRPr="000127C1">
        <w:rPr>
          <w:lang w:val="tt-RU"/>
        </w:rPr>
        <w:t>даруханә</w:t>
      </w:r>
      <w:r w:rsidR="005A163C" w:rsidRPr="000127C1">
        <w:rPr>
          <w:bCs/>
          <w:iCs/>
        </w:rPr>
        <w:t>»</w:t>
      </w:r>
      <w:r w:rsidRPr="000127C1">
        <w:rPr>
          <w:lang w:val="tt-RU"/>
        </w:rPr>
        <w:t xml:space="preserve">, </w:t>
      </w:r>
      <w:r w:rsidR="005A163C" w:rsidRPr="000127C1">
        <w:rPr>
          <w:bCs/>
          <w:iCs/>
        </w:rPr>
        <w:t>«</w:t>
      </w:r>
      <w:r w:rsidRPr="000127C1">
        <w:rPr>
          <w:lang w:val="tt-RU"/>
        </w:rPr>
        <w:t>җир җиләге</w:t>
      </w:r>
      <w:r w:rsidR="005A163C" w:rsidRPr="000127C1">
        <w:rPr>
          <w:bCs/>
          <w:iCs/>
        </w:rPr>
        <w:t>»</w:t>
      </w:r>
      <w:r w:rsidRPr="000127C1">
        <w:rPr>
          <w:lang w:val="tt-RU"/>
        </w:rPr>
        <w:t>;</w:t>
      </w:r>
    </w:p>
    <w:p w14:paraId="79C55883" w14:textId="3A2407C0" w:rsidR="0061138F" w:rsidRPr="000127C1" w:rsidRDefault="0061138F" w:rsidP="000127C1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rFonts w:eastAsia="Calibri"/>
          <w:b/>
          <w:iCs/>
          <w:lang w:eastAsia="en-US"/>
        </w:rPr>
      </w:pPr>
      <w:r w:rsidRPr="000127C1">
        <w:rPr>
          <w:rFonts w:eastAsia="Calibri"/>
          <w:lang w:val="tt-RU" w:eastAsia="en-US"/>
        </w:rPr>
        <w:t xml:space="preserve">производные </w:t>
      </w:r>
      <w:r w:rsidRPr="000127C1">
        <w:rPr>
          <w:rFonts w:eastAsia="Calibri"/>
          <w:lang w:eastAsia="en-US"/>
        </w:rPr>
        <w:t xml:space="preserve">имена прилагательные с аффиксами </w:t>
      </w:r>
      <w:r w:rsidRPr="000127C1">
        <w:rPr>
          <w:rFonts w:eastAsia="Calibri"/>
          <w:lang w:val="tt-RU" w:eastAsia="en-US"/>
        </w:rPr>
        <w:t>-гы</w:t>
      </w:r>
      <w:r w:rsidR="00055FEC" w:rsidRPr="000127C1">
        <w:rPr>
          <w:rFonts w:eastAsia="Calibri"/>
          <w:lang w:eastAsia="en-US"/>
        </w:rPr>
        <w:t xml:space="preserve"> / </w:t>
      </w:r>
      <w:r w:rsidRPr="000127C1">
        <w:rPr>
          <w:rFonts w:eastAsia="Calibri"/>
          <w:lang w:eastAsia="en-US"/>
        </w:rPr>
        <w:t>-</w:t>
      </w:r>
      <w:r w:rsidRPr="000127C1">
        <w:rPr>
          <w:rFonts w:eastAsia="Calibri"/>
          <w:lang w:val="tt-RU" w:eastAsia="en-US"/>
        </w:rPr>
        <w:t>ге</w:t>
      </w:r>
      <w:r w:rsidRPr="000127C1">
        <w:rPr>
          <w:rFonts w:eastAsia="Calibri"/>
          <w:i/>
          <w:lang w:val="tt-RU" w:eastAsia="en-US"/>
        </w:rPr>
        <w:t xml:space="preserve">, </w:t>
      </w:r>
      <w:r w:rsidRPr="000127C1">
        <w:rPr>
          <w:rFonts w:eastAsia="Calibri"/>
          <w:iCs/>
          <w:lang w:val="tt-RU" w:eastAsia="en-US"/>
        </w:rPr>
        <w:t>-кы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Pr="000127C1">
        <w:rPr>
          <w:rFonts w:eastAsia="Calibri"/>
          <w:iCs/>
          <w:lang w:val="tt-RU" w:eastAsia="en-US"/>
        </w:rPr>
        <w:t>-ке</w:t>
      </w:r>
      <w:r w:rsidRPr="000127C1">
        <w:rPr>
          <w:rFonts w:eastAsia="Calibri"/>
          <w:i/>
          <w:lang w:val="tt-RU" w:eastAsia="en-US"/>
        </w:rPr>
        <w:t xml:space="preserve"> </w:t>
      </w:r>
      <w:r w:rsidRPr="000127C1">
        <w:rPr>
          <w:rFonts w:eastAsia="Calibri"/>
          <w:iCs/>
          <w:lang w:val="tt-RU" w:eastAsia="en-US"/>
        </w:rPr>
        <w:t>(җәйге, кышкы)</w:t>
      </w:r>
      <w:r w:rsidRPr="000127C1">
        <w:rPr>
          <w:rFonts w:eastAsia="Calibri"/>
          <w:iCs/>
          <w:lang w:eastAsia="en-US"/>
        </w:rPr>
        <w:t>;</w:t>
      </w:r>
    </w:p>
    <w:p w14:paraId="22E19F0A" w14:textId="77777777" w:rsidR="0061138F" w:rsidRPr="000127C1" w:rsidRDefault="0061138F" w:rsidP="000127C1">
      <w:pPr>
        <w:numPr>
          <w:ilvl w:val="0"/>
          <w:numId w:val="18"/>
        </w:numPr>
        <w:tabs>
          <w:tab w:val="left" w:pos="1134"/>
        </w:tabs>
        <w:ind w:left="0" w:firstLine="709"/>
        <w:jc w:val="both"/>
      </w:pPr>
      <w:r w:rsidRPr="000127C1">
        <w:rPr>
          <w:lang w:val="tt-RU"/>
        </w:rPr>
        <w:t>г</w:t>
      </w:r>
      <w:r w:rsidRPr="000127C1">
        <w:t>лаголы прошедшего о</w:t>
      </w:r>
      <w:r w:rsidRPr="000127C1">
        <w:rPr>
          <w:lang w:val="tt-RU"/>
        </w:rPr>
        <w:t xml:space="preserve">пределенного </w:t>
      </w:r>
      <w:r w:rsidRPr="000127C1">
        <w:t xml:space="preserve">и прошедщего неопределенного времени в утвердительной </w:t>
      </w:r>
      <w:r w:rsidRPr="000127C1">
        <w:rPr>
          <w:lang w:val="tt-RU"/>
        </w:rPr>
        <w:t>и отрицател</w:t>
      </w:r>
      <w:r w:rsidRPr="000127C1">
        <w:t>ьной формах;</w:t>
      </w:r>
    </w:p>
    <w:p w14:paraId="449F0971" w14:textId="77777777" w:rsidR="0061138F" w:rsidRPr="000127C1" w:rsidRDefault="0061138F" w:rsidP="000127C1">
      <w:pPr>
        <w:widowControl w:val="0"/>
        <w:numPr>
          <w:ilvl w:val="0"/>
          <w:numId w:val="1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/>
          <w:lang w:val="tt-RU"/>
        </w:rPr>
      </w:pPr>
      <w:r w:rsidRPr="000127C1">
        <w:rPr>
          <w:lang w:val="tt-RU"/>
        </w:rPr>
        <w:t>г</w:t>
      </w:r>
      <w:r w:rsidRPr="000127C1">
        <w:t xml:space="preserve">лаголы </w:t>
      </w:r>
      <w:r w:rsidRPr="000127C1">
        <w:rPr>
          <w:lang w:val="tt-RU"/>
        </w:rPr>
        <w:t>будуще</w:t>
      </w:r>
      <w:r w:rsidRPr="000127C1">
        <w:t>го о</w:t>
      </w:r>
      <w:r w:rsidRPr="000127C1">
        <w:rPr>
          <w:lang w:val="tt-RU"/>
        </w:rPr>
        <w:t xml:space="preserve">пределенного </w:t>
      </w:r>
      <w:r w:rsidRPr="000127C1">
        <w:t xml:space="preserve">времени I, II, III лица единственного </w:t>
      </w:r>
      <w:r w:rsidRPr="000127C1">
        <w:rPr>
          <w:lang w:val="tt-RU"/>
        </w:rPr>
        <w:t xml:space="preserve">и множественного </w:t>
      </w:r>
      <w:r w:rsidRPr="000127C1">
        <w:t xml:space="preserve">числа в утвердительной </w:t>
      </w:r>
      <w:r w:rsidRPr="000127C1">
        <w:rPr>
          <w:lang w:val="tt-RU"/>
        </w:rPr>
        <w:t>и отрицател</w:t>
      </w:r>
      <w:r w:rsidRPr="000127C1">
        <w:t>ьной формах;</w:t>
      </w:r>
    </w:p>
    <w:p w14:paraId="243A007B" w14:textId="7C9612D7" w:rsidR="0061138F" w:rsidRPr="000127C1" w:rsidRDefault="0061138F" w:rsidP="000127C1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rFonts w:eastAsia="Calibri"/>
          <w:b/>
          <w:lang w:eastAsia="en-US"/>
        </w:rPr>
      </w:pPr>
      <w:r w:rsidRPr="000127C1">
        <w:rPr>
          <w:rFonts w:eastAsia="Calibri"/>
          <w:lang w:eastAsia="en-US"/>
        </w:rPr>
        <w:t xml:space="preserve">глаголы повелительного наклонения </w:t>
      </w:r>
      <w:r w:rsidRPr="000127C1">
        <w:rPr>
          <w:rFonts w:eastAsia="Calibri"/>
          <w:lang w:val="en-US" w:eastAsia="en-US"/>
        </w:rPr>
        <w:t>II</w:t>
      </w:r>
      <w:r w:rsidRPr="000127C1">
        <w:rPr>
          <w:rFonts w:eastAsia="Calibri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0127C1">
        <w:rPr>
          <w:rFonts w:eastAsia="Calibri"/>
          <w:iCs/>
          <w:lang w:eastAsia="en-US"/>
        </w:rPr>
        <w:t>бар! – барыгыз! – ба'рма! – ба'рмагыз!;</w:t>
      </w:r>
      <w:r w:rsidR="000A105F" w:rsidRPr="000127C1">
        <w:rPr>
          <w:rFonts w:eastAsia="Calibri"/>
          <w:iCs/>
          <w:lang w:eastAsia="en-US"/>
        </w:rPr>
        <w:t xml:space="preserve"> </w:t>
      </w:r>
    </w:p>
    <w:p w14:paraId="60312CA6" w14:textId="60ECEACD" w:rsidR="0061138F" w:rsidRPr="000127C1" w:rsidRDefault="0061138F" w:rsidP="000127C1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lang w:val="tt-RU"/>
        </w:rPr>
      </w:pPr>
      <w:r w:rsidRPr="000127C1">
        <w:rPr>
          <w:rFonts w:eastAsia="Calibri"/>
          <w:iCs/>
          <w:lang w:val="tt-RU" w:eastAsia="en-US"/>
        </w:rPr>
        <w:t xml:space="preserve">конструкция глагол повел. наклонения </w:t>
      </w:r>
      <w:r w:rsidRPr="000127C1">
        <w:rPr>
          <w:rFonts w:eastAsia="Calibri"/>
          <w:iCs/>
          <w:lang w:val="en-US" w:eastAsia="en-US"/>
        </w:rPr>
        <w:t>II</w:t>
      </w:r>
      <w:r w:rsidRPr="000127C1">
        <w:rPr>
          <w:rFonts w:eastAsia="Calibri"/>
          <w:iCs/>
          <w:lang w:eastAsia="en-US"/>
        </w:rPr>
        <w:t xml:space="preserve"> лица</w:t>
      </w:r>
      <w:r w:rsidRPr="000127C1">
        <w:rPr>
          <w:rFonts w:eastAsia="Calibri"/>
          <w:iCs/>
          <w:lang w:val="tt-RU" w:eastAsia="en-US"/>
        </w:rPr>
        <w:t xml:space="preserve"> + частица әле</w:t>
      </w:r>
      <w:r w:rsidR="000A105F" w:rsidRPr="000127C1">
        <w:rPr>
          <w:rFonts w:eastAsia="Calibri"/>
          <w:iCs/>
          <w:lang w:val="tt-RU" w:eastAsia="en-US"/>
        </w:rPr>
        <w:t>,</w:t>
      </w:r>
      <w:r w:rsidRPr="000127C1">
        <w:rPr>
          <w:rFonts w:eastAsia="Calibri"/>
          <w:i/>
          <w:lang w:val="tt-RU" w:eastAsia="en-US"/>
        </w:rPr>
        <w:t xml:space="preserve"> </w:t>
      </w:r>
      <w:r w:rsidR="000A105F" w:rsidRPr="000127C1">
        <w:rPr>
          <w:rFonts w:eastAsia="Calibri"/>
          <w:iCs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булыш әле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0A105F" w:rsidRPr="000127C1">
        <w:rPr>
          <w:rFonts w:eastAsia="Calibri"/>
          <w:iCs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әйтегез әле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rFonts w:eastAsia="Calibri"/>
          <w:iCs/>
          <w:lang w:val="tt-RU" w:eastAsia="en-US"/>
        </w:rPr>
        <w:t>;</w:t>
      </w:r>
    </w:p>
    <w:p w14:paraId="598ABE76" w14:textId="571843B8" w:rsidR="0061138F" w:rsidRPr="000127C1" w:rsidRDefault="0061138F" w:rsidP="000127C1">
      <w:pPr>
        <w:numPr>
          <w:ilvl w:val="0"/>
          <w:numId w:val="18"/>
        </w:numPr>
        <w:tabs>
          <w:tab w:val="left" w:pos="1134"/>
        </w:tabs>
        <w:ind w:left="0" w:firstLine="709"/>
        <w:jc w:val="both"/>
        <w:rPr>
          <w:lang w:val="tt-RU"/>
        </w:rPr>
      </w:pPr>
      <w:r w:rsidRPr="000127C1">
        <w:rPr>
          <w:lang w:val="tt-RU"/>
        </w:rPr>
        <w:t xml:space="preserve">наречия меры и степени </w:t>
      </w:r>
      <w:r w:rsidR="008D04E3" w:rsidRPr="000127C1">
        <w:rPr>
          <w:bCs/>
          <w:iCs/>
        </w:rPr>
        <w:t>«</w:t>
      </w:r>
      <w:r w:rsidRPr="000127C1">
        <w:rPr>
          <w:lang w:val="tt-RU"/>
        </w:rPr>
        <w:t>күп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, 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аз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, времени 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хәзер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, 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башта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, 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аннан соң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, 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места уңда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, 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сулда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>;</w:t>
      </w:r>
    </w:p>
    <w:p w14:paraId="3AB98CC2" w14:textId="520D1A5B" w:rsidR="0061138F" w:rsidRPr="000127C1" w:rsidRDefault="0061138F" w:rsidP="000127C1">
      <w:pPr>
        <w:widowControl w:val="0"/>
        <w:numPr>
          <w:ilvl w:val="0"/>
          <w:numId w:val="1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>аналитическая форма глагола, выра</w:t>
      </w:r>
      <w:r w:rsidRPr="000127C1">
        <w:t>жающая желание</w:t>
      </w:r>
      <w:r w:rsidR="000A105F" w:rsidRPr="000127C1">
        <w:t>,</w:t>
      </w:r>
      <w:r w:rsidRPr="000127C1">
        <w:t xml:space="preserve"> </w:t>
      </w:r>
      <w:r w:rsidR="000A105F" w:rsidRPr="000127C1">
        <w:rPr>
          <w:bCs/>
          <w:iCs/>
        </w:rPr>
        <w:t>«</w:t>
      </w:r>
      <w:r w:rsidRPr="000127C1">
        <w:rPr>
          <w:iCs/>
        </w:rPr>
        <w:t>барасым кил</w:t>
      </w:r>
      <w:r w:rsidRPr="000127C1">
        <w:rPr>
          <w:iCs/>
          <w:lang w:val="tt-RU"/>
        </w:rPr>
        <w:t>ә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 xml:space="preserve"> (</w:t>
      </w:r>
      <w:r w:rsidR="000A105F" w:rsidRPr="000127C1">
        <w:rPr>
          <w:bCs/>
          <w:iCs/>
        </w:rPr>
        <w:t>«</w:t>
      </w:r>
      <w:r w:rsidRPr="000127C1">
        <w:rPr>
          <w:lang w:val="tt-RU"/>
        </w:rPr>
        <w:t>килми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lang w:val="tt-RU"/>
        </w:rPr>
        <w:t>),</w:t>
      </w:r>
      <w:r w:rsidRPr="000127C1">
        <w:rPr>
          <w:iCs/>
          <w:lang w:val="tt-RU"/>
        </w:rPr>
        <w:t xml:space="preserve"> </w:t>
      </w:r>
      <w:r w:rsidR="000A105F" w:rsidRPr="000127C1">
        <w:rPr>
          <w:bCs/>
          <w:iCs/>
        </w:rPr>
        <w:t>«</w:t>
      </w:r>
      <w:r w:rsidRPr="000127C1">
        <w:rPr>
          <w:iCs/>
          <w:lang w:val="tt-RU"/>
        </w:rPr>
        <w:t>уйныйсым килә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i/>
          <w:lang w:val="tt-RU"/>
        </w:rPr>
        <w:t xml:space="preserve"> </w:t>
      </w:r>
      <w:r w:rsidRPr="000127C1">
        <w:rPr>
          <w:iCs/>
          <w:lang w:val="tt-RU"/>
        </w:rPr>
        <w:t>(</w:t>
      </w:r>
      <w:r w:rsidR="000A105F" w:rsidRPr="000127C1">
        <w:rPr>
          <w:bCs/>
          <w:iCs/>
        </w:rPr>
        <w:t>«</w:t>
      </w:r>
      <w:r w:rsidRPr="000127C1">
        <w:rPr>
          <w:iCs/>
          <w:lang w:val="tt-RU"/>
        </w:rPr>
        <w:t>килми</w:t>
      </w:r>
      <w:r w:rsidR="000A105F" w:rsidRPr="000127C1">
        <w:rPr>
          <w:rFonts w:eastAsia="Calibri"/>
          <w:lang w:eastAsia="en-US"/>
        </w:rPr>
        <w:t>»</w:t>
      </w:r>
      <w:r w:rsidRPr="000127C1">
        <w:rPr>
          <w:iCs/>
          <w:lang w:val="tt-RU"/>
        </w:rPr>
        <w:t>);</w:t>
      </w:r>
    </w:p>
    <w:p w14:paraId="7B59CAC9" w14:textId="77777777" w:rsidR="0061138F" w:rsidRPr="000127C1" w:rsidRDefault="0061138F" w:rsidP="000127C1">
      <w:pPr>
        <w:widowControl w:val="0"/>
        <w:numPr>
          <w:ilvl w:val="0"/>
          <w:numId w:val="1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/>
        </w:rPr>
      </w:pPr>
      <w:r w:rsidRPr="000127C1">
        <w:rPr>
          <w:lang w:val="tt-RU"/>
        </w:rPr>
        <w:t xml:space="preserve">глаголы условного наклонения </w:t>
      </w:r>
      <w:r w:rsidRPr="000127C1">
        <w:rPr>
          <w:lang w:val="en-US"/>
        </w:rPr>
        <w:t>I</w:t>
      </w:r>
      <w:r w:rsidRPr="000127C1">
        <w:t xml:space="preserve">, </w:t>
      </w:r>
      <w:r w:rsidRPr="000127C1">
        <w:rPr>
          <w:lang w:val="en-US"/>
        </w:rPr>
        <w:t>II</w:t>
      </w:r>
      <w:r w:rsidRPr="000127C1">
        <w:t xml:space="preserve">, </w:t>
      </w:r>
      <w:r w:rsidRPr="000127C1">
        <w:rPr>
          <w:lang w:val="en-US"/>
        </w:rPr>
        <w:t>III</w:t>
      </w:r>
      <w:r w:rsidRPr="000127C1">
        <w:t xml:space="preserve"> лица единственного </w:t>
      </w:r>
      <w:r w:rsidRPr="000127C1">
        <w:rPr>
          <w:lang w:val="tt-RU"/>
        </w:rPr>
        <w:t xml:space="preserve">и множественного </w:t>
      </w:r>
      <w:r w:rsidRPr="000127C1">
        <w:t>числа</w:t>
      </w:r>
      <w:r w:rsidRPr="000127C1">
        <w:rPr>
          <w:lang w:val="tt-RU"/>
        </w:rPr>
        <w:t xml:space="preserve"> в у</w:t>
      </w:r>
      <w:r w:rsidRPr="000127C1">
        <w:t>твердительн</w:t>
      </w:r>
      <w:r w:rsidRPr="000127C1">
        <w:rPr>
          <w:lang w:val="tt-RU"/>
        </w:rPr>
        <w:t xml:space="preserve">ой </w:t>
      </w:r>
      <w:r w:rsidRPr="000127C1">
        <w:t>и отрицательн</w:t>
      </w:r>
      <w:r w:rsidRPr="000127C1">
        <w:rPr>
          <w:lang w:val="tt-RU"/>
        </w:rPr>
        <w:t xml:space="preserve">ой </w:t>
      </w:r>
      <w:r w:rsidRPr="000127C1">
        <w:t>форма</w:t>
      </w:r>
      <w:r w:rsidRPr="000127C1">
        <w:rPr>
          <w:lang w:val="tt-RU"/>
        </w:rPr>
        <w:t>х</w:t>
      </w:r>
      <w:r w:rsidRPr="000127C1">
        <w:t xml:space="preserve">: </w:t>
      </w:r>
      <w:r w:rsidRPr="000127C1">
        <w:rPr>
          <w:iCs/>
        </w:rPr>
        <w:t>барса – бармаса, килс</w:t>
      </w:r>
      <w:r w:rsidRPr="000127C1">
        <w:rPr>
          <w:iCs/>
          <w:lang w:val="tt-RU"/>
        </w:rPr>
        <w:t>ә</w:t>
      </w:r>
      <w:r w:rsidRPr="000127C1">
        <w:rPr>
          <w:iCs/>
        </w:rPr>
        <w:t xml:space="preserve"> – кил</w:t>
      </w:r>
      <w:r w:rsidRPr="000127C1">
        <w:rPr>
          <w:iCs/>
          <w:lang w:val="tt-RU"/>
        </w:rPr>
        <w:t>мәсә;</w:t>
      </w:r>
    </w:p>
    <w:p w14:paraId="3EC578D5" w14:textId="520D88F2" w:rsidR="0061138F" w:rsidRPr="000127C1" w:rsidRDefault="0061138F" w:rsidP="000127C1">
      <w:pPr>
        <w:widowControl w:val="0"/>
        <w:numPr>
          <w:ilvl w:val="0"/>
          <w:numId w:val="1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</w:pPr>
      <w:r w:rsidRPr="000127C1">
        <w:rPr>
          <w:lang w:val="tt-RU"/>
        </w:rPr>
        <w:t>вводные слова</w:t>
      </w:r>
      <w:r w:rsidR="00F14BCA" w:rsidRPr="000127C1">
        <w:rPr>
          <w:lang w:val="tt-RU"/>
        </w:rPr>
        <w:t xml:space="preserve"> </w:t>
      </w:r>
      <w:r w:rsidR="000D15F8" w:rsidRPr="000127C1">
        <w:rPr>
          <w:bCs/>
          <w:iCs/>
        </w:rPr>
        <w:t>«</w:t>
      </w:r>
      <w:r w:rsidRPr="000127C1">
        <w:rPr>
          <w:iCs/>
          <w:lang w:val="tt-RU"/>
        </w:rPr>
        <w:t>әлбәттә</w:t>
      </w:r>
      <w:r w:rsidR="000D15F8" w:rsidRPr="000127C1">
        <w:rPr>
          <w:rFonts w:eastAsia="Calibri"/>
          <w:lang w:eastAsia="en-US"/>
        </w:rPr>
        <w:t>»</w:t>
      </w:r>
      <w:r w:rsidRPr="000127C1">
        <w:rPr>
          <w:iCs/>
          <w:lang w:val="tt-RU"/>
        </w:rPr>
        <w:t xml:space="preserve">, </w:t>
      </w:r>
      <w:r w:rsidR="000D15F8" w:rsidRPr="000127C1">
        <w:rPr>
          <w:bCs/>
          <w:iCs/>
        </w:rPr>
        <w:t>«</w:t>
      </w:r>
      <w:r w:rsidRPr="000127C1">
        <w:rPr>
          <w:iCs/>
          <w:lang w:val="tt-RU"/>
        </w:rPr>
        <w:t>мәсәлән</w:t>
      </w:r>
      <w:r w:rsidR="000D15F8" w:rsidRPr="000127C1">
        <w:rPr>
          <w:rFonts w:eastAsia="Calibri"/>
          <w:lang w:eastAsia="en-US"/>
        </w:rPr>
        <w:t>»</w:t>
      </w:r>
      <w:r w:rsidRPr="000127C1">
        <w:rPr>
          <w:i/>
          <w:lang w:val="tt-RU"/>
        </w:rPr>
        <w:t>.</w:t>
      </w:r>
    </w:p>
    <w:p w14:paraId="50069CF7" w14:textId="77777777" w:rsidR="00421AFD" w:rsidRPr="000127C1" w:rsidRDefault="00421AFD" w:rsidP="000127C1">
      <w:pPr>
        <w:ind w:firstLine="709"/>
        <w:jc w:val="both"/>
        <w:rPr>
          <w:rFonts w:eastAsia="Calibri"/>
          <w:b/>
          <w:bCs/>
          <w:lang w:val="tt-RU"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28C096E9" w14:textId="77777777" w:rsidR="00421AFD" w:rsidRPr="000127C1" w:rsidRDefault="00421AFD" w:rsidP="000127C1">
      <w:pPr>
        <w:pStyle w:val="a5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социокультурных элементов речевого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поведенческого этикета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татарского языка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тематического содержания в ситуациях общения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7F6A20B0" w14:textId="77777777" w:rsidR="00421AFD" w:rsidRPr="000127C1" w:rsidRDefault="00421AFD" w:rsidP="000127C1">
      <w:pPr>
        <w:pStyle w:val="a5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в устной и письменной речи наиболее употребительной тематической фоновой лексики и реалий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отобранного тематического содержания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2574FB0C" w14:textId="77777777" w:rsidR="00421AFD" w:rsidRPr="000127C1" w:rsidRDefault="00421AFD" w:rsidP="000127C1">
      <w:pPr>
        <w:pStyle w:val="a5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традици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й и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основных национальных праздников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,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известных достопримечательност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ей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,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выдающихся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представителей татарского народа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;</w:t>
      </w:r>
    </w:p>
    <w:p w14:paraId="13CFBF9F" w14:textId="77777777" w:rsidR="00421AFD" w:rsidRPr="000127C1" w:rsidRDefault="00421AFD" w:rsidP="000127C1">
      <w:pPr>
        <w:pStyle w:val="a5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знакомство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с доступными в языковом отношении образцами </w:t>
      </w:r>
      <w:r w:rsidR="006F097E" w:rsidRPr="000127C1">
        <w:rPr>
          <w:rFonts w:eastAsiaTheme="minorHAnsi"/>
          <w:color w:val="auto"/>
          <w:sz w:val="24"/>
          <w:szCs w:val="24"/>
          <w:lang w:eastAsia="en-US"/>
        </w:rPr>
        <w:t xml:space="preserve">татарской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поэзии и прозы</w:t>
      </w:r>
      <w:r w:rsidR="006F097E" w:rsidRPr="000127C1">
        <w:rPr>
          <w:rFonts w:eastAsiaTheme="minorHAnsi"/>
          <w:color w:val="auto"/>
          <w:sz w:val="24"/>
          <w:szCs w:val="24"/>
          <w:lang w:eastAsia="en-US"/>
        </w:rPr>
        <w:t>;</w:t>
      </w:r>
    </w:p>
    <w:p w14:paraId="553F7868" w14:textId="77777777" w:rsidR="00421AFD" w:rsidRPr="000127C1" w:rsidRDefault="00421AFD" w:rsidP="000127C1">
      <w:pPr>
        <w:pStyle w:val="a5"/>
        <w:numPr>
          <w:ilvl w:val="0"/>
          <w:numId w:val="1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кратко представлять Россию и Республику Татарстан (национальные праздники, традиции).</w:t>
      </w:r>
    </w:p>
    <w:p w14:paraId="7EFB0332" w14:textId="77777777" w:rsidR="00421AFD" w:rsidRPr="000127C1" w:rsidRDefault="00421AFD" w:rsidP="000127C1">
      <w:pPr>
        <w:ind w:firstLine="709"/>
        <w:jc w:val="both"/>
        <w:rPr>
          <w:rFonts w:eastAsiaTheme="minorHAnsi"/>
          <w:b/>
          <w:bCs/>
          <w:lang w:val="tt-RU" w:eastAsia="en-US"/>
        </w:rPr>
      </w:pPr>
      <w:r w:rsidRPr="000127C1">
        <w:rPr>
          <w:rFonts w:eastAsiaTheme="minorHAnsi"/>
          <w:b/>
          <w:bCs/>
          <w:lang w:val="tt-RU" w:eastAsia="en-US"/>
        </w:rPr>
        <w:t>Компенсаторные умения</w:t>
      </w:r>
    </w:p>
    <w:p w14:paraId="296C0E74" w14:textId="00148A87" w:rsidR="00592183" w:rsidRPr="000127C1" w:rsidRDefault="00592183" w:rsidP="000127C1">
      <w:pPr>
        <w:pStyle w:val="a5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567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использование при чтении и аудировании языковой, в том числе контекстуальной догадки; </w:t>
      </w:r>
    </w:p>
    <w:p w14:paraId="49F73955" w14:textId="061AB646" w:rsidR="00592183" w:rsidRPr="000127C1" w:rsidRDefault="00592183" w:rsidP="000127C1">
      <w:pPr>
        <w:pStyle w:val="a5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567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использование собеседником жестов и мимики при непосредственном общении;</w:t>
      </w:r>
    </w:p>
    <w:p w14:paraId="5FEC0D3E" w14:textId="1BD05795" w:rsidR="005004CE" w:rsidRPr="000127C1" w:rsidRDefault="005004CE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567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умени</w:t>
      </w:r>
      <w:r w:rsidR="00CA065D" w:rsidRPr="000127C1">
        <w:rPr>
          <w:rFonts w:eastAsiaTheme="minorHAnsi"/>
          <w:color w:val="auto"/>
          <w:sz w:val="24"/>
          <w:szCs w:val="24"/>
          <w:lang w:val="tt-RU" w:eastAsia="en-US"/>
        </w:rPr>
        <w:t>е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переспрашивать, просить повторить, уточняя значение незнакомых слов.</w:t>
      </w:r>
    </w:p>
    <w:p w14:paraId="146E15D2" w14:textId="3D3C1162" w:rsidR="0097508E" w:rsidRPr="000127C1" w:rsidRDefault="009838BE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3" w:name="_Toc105662357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7</w:t>
      </w:r>
      <w:r w:rsidR="0097508E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</w:t>
      </w:r>
      <w:r w:rsidR="00C45603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класс</w:t>
      </w:r>
      <w:bookmarkEnd w:id="13"/>
    </w:p>
    <w:p w14:paraId="5E47D53B" w14:textId="77777777" w:rsidR="00F737E1" w:rsidRPr="000127C1" w:rsidRDefault="00F737E1" w:rsidP="000127C1">
      <w:pPr>
        <w:jc w:val="both"/>
        <w:rPr>
          <w:b/>
        </w:rPr>
      </w:pPr>
      <w:r w:rsidRPr="000127C1">
        <w:rPr>
          <w:b/>
        </w:rPr>
        <w:t>Тематическое содержание речи</w:t>
      </w:r>
    </w:p>
    <w:p w14:paraId="04CC1E44" w14:textId="0A87380A" w:rsidR="000F24ED" w:rsidRPr="000127C1" w:rsidRDefault="000F24ED" w:rsidP="000127C1">
      <w:pPr>
        <w:pStyle w:val="a5"/>
        <w:numPr>
          <w:ilvl w:val="0"/>
          <w:numId w:val="80"/>
        </w:numPr>
        <w:tabs>
          <w:tab w:val="left" w:pos="1134"/>
          <w:tab w:val="left" w:pos="2532"/>
          <w:tab w:val="left" w:pos="4557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  <w:lang w:eastAsia="en-US"/>
        </w:rPr>
      </w:pPr>
      <w:r w:rsidRPr="000127C1">
        <w:rPr>
          <w:bCs/>
          <w:iCs/>
          <w:color w:val="auto"/>
          <w:sz w:val="24"/>
          <w:szCs w:val="24"/>
        </w:rPr>
        <w:t>Мир моего «</w:t>
      </w:r>
      <w:r w:rsidR="00291A74" w:rsidRPr="000127C1">
        <w:rPr>
          <w:bCs/>
          <w:iCs/>
          <w:color w:val="auto"/>
          <w:sz w:val="24"/>
          <w:szCs w:val="24"/>
          <w:lang w:val="tt-RU"/>
        </w:rPr>
        <w:t>Я</w:t>
      </w:r>
      <w:r w:rsidRPr="000127C1">
        <w:rPr>
          <w:bCs/>
          <w:iCs/>
          <w:color w:val="auto"/>
          <w:sz w:val="24"/>
          <w:szCs w:val="24"/>
        </w:rPr>
        <w:t>»</w:t>
      </w:r>
      <w:r w:rsidR="00DB14BC" w:rsidRPr="000127C1">
        <w:rPr>
          <w:bCs/>
          <w:iCs/>
          <w:color w:val="auto"/>
          <w:sz w:val="24"/>
          <w:szCs w:val="24"/>
        </w:rPr>
        <w:t>:</w:t>
      </w:r>
      <w:r w:rsidR="00291A74" w:rsidRPr="000127C1">
        <w:rPr>
          <w:bCs/>
          <w:iCs/>
          <w:color w:val="auto"/>
          <w:sz w:val="24"/>
          <w:szCs w:val="24"/>
        </w:rPr>
        <w:t xml:space="preserve"> </w:t>
      </w:r>
      <w:r w:rsidRPr="000127C1">
        <w:rPr>
          <w:bCs/>
          <w:iCs/>
          <w:color w:val="auto"/>
          <w:sz w:val="24"/>
          <w:szCs w:val="24"/>
          <w:lang w:eastAsia="en-US"/>
        </w:rPr>
        <w:t>Я и мои ровесники. Свободное время. Здоровый образ жизни. Старшие</w:t>
      </w:r>
      <w:r w:rsidRPr="000127C1">
        <w:rPr>
          <w:bCs/>
          <w:iCs/>
          <w:color w:val="auto"/>
          <w:spacing w:val="-2"/>
          <w:sz w:val="24"/>
          <w:szCs w:val="24"/>
          <w:lang w:eastAsia="en-US"/>
        </w:rPr>
        <w:t xml:space="preserve"> </w:t>
      </w:r>
      <w:r w:rsidRPr="000127C1">
        <w:rPr>
          <w:bCs/>
          <w:iCs/>
          <w:color w:val="auto"/>
          <w:sz w:val="24"/>
          <w:szCs w:val="24"/>
          <w:lang w:eastAsia="en-US"/>
        </w:rPr>
        <w:t>и</w:t>
      </w:r>
      <w:r w:rsidRPr="000127C1">
        <w:rPr>
          <w:bCs/>
          <w:iCs/>
          <w:color w:val="auto"/>
          <w:spacing w:val="-3"/>
          <w:sz w:val="24"/>
          <w:szCs w:val="24"/>
          <w:lang w:eastAsia="en-US"/>
        </w:rPr>
        <w:t xml:space="preserve"> </w:t>
      </w:r>
      <w:r w:rsidRPr="000127C1">
        <w:rPr>
          <w:bCs/>
          <w:iCs/>
          <w:color w:val="auto"/>
          <w:sz w:val="24"/>
          <w:szCs w:val="24"/>
          <w:lang w:eastAsia="en-US"/>
        </w:rPr>
        <w:t>мы.</w:t>
      </w:r>
    </w:p>
    <w:p w14:paraId="25B1C469" w14:textId="6A31EFA5" w:rsidR="000F24ED" w:rsidRPr="000127C1" w:rsidRDefault="000F24ED" w:rsidP="000127C1">
      <w:pPr>
        <w:ind w:firstLine="709"/>
        <w:jc w:val="both"/>
        <w:rPr>
          <w:bCs/>
          <w:iCs/>
          <w:lang w:val="tt-RU"/>
        </w:rPr>
      </w:pPr>
      <w:r w:rsidRPr="000127C1">
        <w:rPr>
          <w:bCs/>
          <w:iCs/>
          <w:lang w:val="tt-RU"/>
        </w:rPr>
        <w:t>2. Мир моих увлечений</w:t>
      </w:r>
      <w:r w:rsidR="00DB14BC" w:rsidRPr="000127C1">
        <w:rPr>
          <w:bCs/>
          <w:iCs/>
          <w:lang w:val="tt-RU"/>
        </w:rPr>
        <w:t>:</w:t>
      </w:r>
      <w:r w:rsidRPr="000127C1">
        <w:rPr>
          <w:bCs/>
          <w:iCs/>
          <w:lang w:val="tt-RU"/>
        </w:rPr>
        <w:t xml:space="preserve"> Мои любимые занятия на досуге. Путешествия. Походы.</w:t>
      </w:r>
    </w:p>
    <w:p w14:paraId="2FC8C258" w14:textId="1EDFDA8A" w:rsidR="000F24ED" w:rsidRPr="000127C1" w:rsidRDefault="000F24ED" w:rsidP="000127C1">
      <w:pPr>
        <w:ind w:firstLine="709"/>
        <w:jc w:val="both"/>
        <w:rPr>
          <w:bCs/>
          <w:iCs/>
          <w:lang w:eastAsia="en-US"/>
        </w:rPr>
      </w:pPr>
      <w:r w:rsidRPr="000127C1">
        <w:rPr>
          <w:bCs/>
          <w:iCs/>
          <w:lang w:val="tt-RU"/>
        </w:rPr>
        <w:t xml:space="preserve">3. </w:t>
      </w:r>
      <w:r w:rsidRPr="000127C1">
        <w:rPr>
          <w:bCs/>
          <w:iCs/>
        </w:rPr>
        <w:t>Мир вокруг меня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eastAsia="en-US"/>
        </w:rPr>
        <w:t>Знание и жизнь. Школ</w:t>
      </w:r>
      <w:r w:rsidRPr="000127C1">
        <w:rPr>
          <w:bCs/>
          <w:iCs/>
          <w:lang w:val="tt-RU" w:eastAsia="en-US"/>
        </w:rPr>
        <w:t>а</w:t>
      </w:r>
      <w:r w:rsidRPr="000127C1">
        <w:rPr>
          <w:bCs/>
          <w:iCs/>
          <w:lang w:eastAsia="en-US"/>
        </w:rPr>
        <w:t>.</w:t>
      </w:r>
      <w:r w:rsidR="00C45603" w:rsidRPr="000127C1">
        <w:rPr>
          <w:bCs/>
          <w:iCs/>
          <w:lang w:eastAsia="en-US"/>
        </w:rPr>
        <w:t xml:space="preserve"> </w:t>
      </w:r>
      <w:r w:rsidRPr="000127C1">
        <w:rPr>
          <w:bCs/>
          <w:iCs/>
          <w:lang w:eastAsia="en-US"/>
        </w:rPr>
        <w:t>Секреты хорошей учебы.</w:t>
      </w:r>
    </w:p>
    <w:p w14:paraId="43D46769" w14:textId="154FB777" w:rsidR="000F24ED" w:rsidRPr="000127C1" w:rsidRDefault="000F24ED" w:rsidP="000127C1">
      <w:pPr>
        <w:ind w:firstLine="709"/>
        <w:jc w:val="both"/>
        <w:rPr>
          <w:bCs/>
          <w:lang w:eastAsia="en-US"/>
        </w:rPr>
      </w:pPr>
      <w:r w:rsidRPr="000127C1">
        <w:rPr>
          <w:bCs/>
          <w:iCs/>
          <w:lang w:val="tt-RU"/>
        </w:rPr>
        <w:t>4.</w:t>
      </w:r>
      <w:r w:rsidR="00F2616F" w:rsidRPr="000127C1">
        <w:rPr>
          <w:bCs/>
          <w:iCs/>
        </w:rPr>
        <w:t xml:space="preserve"> Моя Р</w:t>
      </w:r>
      <w:r w:rsidRPr="000127C1">
        <w:rPr>
          <w:bCs/>
          <w:iCs/>
        </w:rPr>
        <w:t>одина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eastAsia="en-US"/>
        </w:rPr>
        <w:t xml:space="preserve">Моя </w:t>
      </w:r>
      <w:r w:rsidR="00F2616F" w:rsidRPr="000127C1">
        <w:rPr>
          <w:bCs/>
          <w:iCs/>
          <w:lang w:val="tt-RU" w:eastAsia="en-US"/>
        </w:rPr>
        <w:t xml:space="preserve">малая </w:t>
      </w:r>
      <w:r w:rsidR="001E6A78" w:rsidRPr="000127C1">
        <w:rPr>
          <w:bCs/>
          <w:iCs/>
          <w:lang w:val="tt-RU" w:eastAsia="en-US"/>
        </w:rPr>
        <w:t>р</w:t>
      </w:r>
      <w:r w:rsidRPr="000127C1">
        <w:rPr>
          <w:bCs/>
          <w:iCs/>
          <w:lang w:val="tt-RU" w:eastAsia="en-US"/>
        </w:rPr>
        <w:t xml:space="preserve">одина. </w:t>
      </w:r>
      <w:r w:rsidRPr="000127C1">
        <w:rPr>
          <w:bCs/>
          <w:lang w:eastAsia="en-US"/>
        </w:rPr>
        <w:t>Географическое</w:t>
      </w:r>
      <w:r w:rsidRPr="000127C1">
        <w:rPr>
          <w:bCs/>
          <w:spacing w:val="22"/>
          <w:lang w:eastAsia="en-US"/>
        </w:rPr>
        <w:t xml:space="preserve"> </w:t>
      </w:r>
      <w:r w:rsidRPr="000127C1">
        <w:rPr>
          <w:bCs/>
          <w:lang w:eastAsia="en-US"/>
        </w:rPr>
        <w:t>положение,</w:t>
      </w:r>
      <w:r w:rsidRPr="000127C1">
        <w:rPr>
          <w:bCs/>
          <w:spacing w:val="23"/>
          <w:lang w:eastAsia="en-US"/>
        </w:rPr>
        <w:t xml:space="preserve"> </w:t>
      </w:r>
      <w:r w:rsidRPr="000127C1">
        <w:rPr>
          <w:bCs/>
          <w:lang w:eastAsia="en-US"/>
        </w:rPr>
        <w:t>климат,</w:t>
      </w:r>
      <w:r w:rsidRPr="000127C1">
        <w:rPr>
          <w:bCs/>
          <w:spacing w:val="-67"/>
          <w:lang w:eastAsia="en-US"/>
        </w:rPr>
        <w:t xml:space="preserve"> </w:t>
      </w:r>
      <w:r w:rsidRPr="000127C1">
        <w:rPr>
          <w:bCs/>
          <w:lang w:eastAsia="en-US"/>
        </w:rPr>
        <w:t>природа</w:t>
      </w:r>
      <w:r w:rsidRPr="000127C1">
        <w:rPr>
          <w:bCs/>
          <w:lang w:val="tt-RU" w:eastAsia="en-US"/>
        </w:rPr>
        <w:t>.</w:t>
      </w:r>
      <w:r w:rsidRPr="000127C1">
        <w:rPr>
          <w:bCs/>
          <w:lang w:eastAsia="en-US"/>
        </w:rPr>
        <w:t xml:space="preserve"> </w:t>
      </w:r>
      <w:r w:rsidRPr="000127C1">
        <w:rPr>
          <w:bCs/>
          <w:lang w:val="tt-RU" w:eastAsia="en-US"/>
        </w:rPr>
        <w:t>Исторические и памятные места.</w:t>
      </w:r>
      <w:r w:rsidRPr="000127C1">
        <w:rPr>
          <w:bCs/>
          <w:lang w:eastAsia="en-US"/>
        </w:rPr>
        <w:t xml:space="preserve"> Казань – столица Татарстана.</w:t>
      </w:r>
      <w:r w:rsidR="00657F47" w:rsidRPr="000127C1">
        <w:rPr>
          <w:bCs/>
          <w:lang w:val="tt-RU" w:eastAsia="en-US"/>
        </w:rPr>
        <w:t xml:space="preserve"> </w:t>
      </w:r>
      <w:r w:rsidRPr="000127C1">
        <w:rPr>
          <w:bCs/>
          <w:lang w:eastAsia="en-US"/>
        </w:rPr>
        <w:t>Выдающиеся представители</w:t>
      </w:r>
      <w:r w:rsidRPr="000127C1">
        <w:rPr>
          <w:bCs/>
          <w:spacing w:val="-68"/>
          <w:lang w:eastAsia="en-US"/>
        </w:rPr>
        <w:t xml:space="preserve"> </w:t>
      </w:r>
      <w:r w:rsidRPr="000127C1">
        <w:rPr>
          <w:bCs/>
          <w:lang w:eastAsia="en-US"/>
        </w:rPr>
        <w:t>татарского народа (писатели и поэты</w:t>
      </w:r>
      <w:r w:rsidRPr="000127C1">
        <w:rPr>
          <w:bCs/>
          <w:lang w:val="tt-RU" w:eastAsia="en-US"/>
        </w:rPr>
        <w:t>, деятели культуры)</w:t>
      </w:r>
      <w:r w:rsidR="00C45603" w:rsidRPr="000127C1">
        <w:rPr>
          <w:bCs/>
          <w:lang w:eastAsia="en-US"/>
        </w:rPr>
        <w:t>.</w:t>
      </w:r>
    </w:p>
    <w:p w14:paraId="6123ACC2" w14:textId="77777777" w:rsidR="00040A35" w:rsidRPr="000127C1" w:rsidRDefault="00040A35" w:rsidP="000127C1">
      <w:pPr>
        <w:jc w:val="both"/>
        <w:rPr>
          <w:b/>
        </w:rPr>
      </w:pPr>
      <w:r w:rsidRPr="000127C1">
        <w:rPr>
          <w:b/>
        </w:rPr>
        <w:t>Умения по видам речевой деятельности</w:t>
      </w:r>
    </w:p>
    <w:p w14:paraId="30A76ACA" w14:textId="77777777" w:rsidR="00040A35" w:rsidRPr="000127C1" w:rsidRDefault="00040A35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Аудирование</w:t>
      </w:r>
    </w:p>
    <w:p w14:paraId="41CBE7DD" w14:textId="4285F21E" w:rsidR="00040A35" w:rsidRPr="000127C1" w:rsidRDefault="00040A35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восприятие и понимание на слух несложных адаптированных аутентичных текстов и умение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выражать собственное отношение к прослушанному</w:t>
      </w:r>
      <w:r w:rsidRPr="000127C1">
        <w:rPr>
          <w:bCs/>
          <w:color w:val="auto"/>
          <w:sz w:val="24"/>
          <w:szCs w:val="24"/>
          <w:lang w:val="tt-RU"/>
        </w:rPr>
        <w:t>;</w:t>
      </w:r>
    </w:p>
    <w:p w14:paraId="468AE3E0" w14:textId="3CCA828C" w:rsidR="00040A35" w:rsidRPr="000127C1" w:rsidRDefault="00040A35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 xml:space="preserve">восприятие и понимание на слух несложных адаптированных аутентичных текстов и умение извлекать </w:t>
      </w:r>
      <w:r w:rsidR="006C06E3" w:rsidRPr="000127C1">
        <w:rPr>
          <w:bCs/>
          <w:color w:val="auto"/>
          <w:sz w:val="24"/>
          <w:szCs w:val="24"/>
        </w:rPr>
        <w:t>содержани</w:t>
      </w:r>
      <w:r w:rsidR="00CA065D" w:rsidRPr="000127C1">
        <w:rPr>
          <w:bCs/>
          <w:color w:val="auto"/>
          <w:sz w:val="24"/>
          <w:szCs w:val="24"/>
        </w:rPr>
        <w:t>е</w:t>
      </w:r>
      <w:r w:rsidR="006C06E3" w:rsidRPr="000127C1">
        <w:rPr>
          <w:bCs/>
          <w:color w:val="auto"/>
          <w:sz w:val="24"/>
          <w:szCs w:val="24"/>
        </w:rPr>
        <w:t xml:space="preserve"> в зависимости от поставленной коммуникативной задачи;</w:t>
      </w:r>
    </w:p>
    <w:p w14:paraId="5366BB3D" w14:textId="17B114B3" w:rsidR="006C06E3" w:rsidRPr="000127C1" w:rsidRDefault="00040A35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умение определять основную тему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>идею услышанного текста</w:t>
      </w:r>
      <w:r w:rsidR="006C06E3" w:rsidRPr="000127C1">
        <w:rPr>
          <w:bCs/>
          <w:color w:val="auto"/>
          <w:sz w:val="24"/>
          <w:szCs w:val="24"/>
        </w:rPr>
        <w:t>;</w:t>
      </w:r>
    </w:p>
    <w:p w14:paraId="6EA631F1" w14:textId="6D407337" w:rsidR="006C06E3" w:rsidRPr="000127C1" w:rsidRDefault="006C06E3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 xml:space="preserve">выполнение условно-речевых упражнений для развития оперативной памяти: восстановление прослушанного текста по </w:t>
      </w:r>
      <w:r w:rsidR="00763D31" w:rsidRPr="000127C1">
        <w:rPr>
          <w:bCs/>
          <w:color w:val="auto"/>
          <w:sz w:val="24"/>
          <w:szCs w:val="24"/>
        </w:rPr>
        <w:t>принципу «снежного кома».</w:t>
      </w:r>
    </w:p>
    <w:p w14:paraId="6FAFAEB3" w14:textId="77777777" w:rsidR="00040A35" w:rsidRPr="000127C1" w:rsidRDefault="00040A35" w:rsidP="000127C1">
      <w:pPr>
        <w:pStyle w:val="a5"/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7E7A56B1" w14:textId="41CDF6A6" w:rsidR="00040A35" w:rsidRPr="000127C1" w:rsidRDefault="00040A35" w:rsidP="000127C1">
      <w:pPr>
        <w:pStyle w:val="a5"/>
        <w:tabs>
          <w:tab w:val="left" w:pos="1134"/>
        </w:tabs>
        <w:spacing w:after="0" w:line="240" w:lineRule="auto"/>
        <w:ind w:left="0" w:firstLine="0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Время звучания текста для аудирования – до 1,5 минуты.</w:t>
      </w:r>
    </w:p>
    <w:p w14:paraId="1D3218D8" w14:textId="77777777" w:rsidR="00BB5552" w:rsidRPr="000127C1" w:rsidRDefault="00BB5552" w:rsidP="000127C1">
      <w:pPr>
        <w:ind w:firstLine="709"/>
        <w:jc w:val="both"/>
        <w:rPr>
          <w:b/>
          <w:lang w:val="tt-RU"/>
        </w:rPr>
      </w:pPr>
      <w:r w:rsidRPr="000127C1">
        <w:rPr>
          <w:b/>
          <w:lang w:val="tt-RU"/>
        </w:rPr>
        <w:t>Говорение</w:t>
      </w:r>
    </w:p>
    <w:p w14:paraId="25EFC9CC" w14:textId="6F265D59" w:rsidR="0076549A" w:rsidRPr="000127C1" w:rsidRDefault="008C1E72" w:rsidP="000127C1">
      <w:pPr>
        <w:ind w:firstLine="709"/>
        <w:jc w:val="both"/>
      </w:pPr>
      <w:r w:rsidRPr="000127C1">
        <w:t>Диалогическая речь</w:t>
      </w:r>
      <w:r w:rsidR="0076549A" w:rsidRPr="000127C1">
        <w:t>:</w:t>
      </w:r>
    </w:p>
    <w:p w14:paraId="7B1D5AD7" w14:textId="3A834F20" w:rsidR="00A041C9" w:rsidRPr="000127C1" w:rsidRDefault="00A041C9" w:rsidP="000127C1">
      <w:pPr>
        <w:pStyle w:val="a5"/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вести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диалог этикетного характера: начинать, поддерживать и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заканчивать разговор, вежливо переспрашивать; поздравлять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с праздником, выражать пожелания и вежливо реагировать на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поздравление; выражать благодарность; вежливо соглашаться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на предложение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>отказываться от предложения собеседника;</w:t>
      </w:r>
    </w:p>
    <w:p w14:paraId="3032F21A" w14:textId="212EF5B5" w:rsidR="00A041C9" w:rsidRPr="000127C1" w:rsidRDefault="00A041C9" w:rsidP="000127C1">
      <w:pPr>
        <w:pStyle w:val="a5"/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  <w:lang w:val="tt-RU"/>
        </w:rPr>
        <w:t xml:space="preserve">вести </w:t>
      </w:r>
      <w:r w:rsidR="00C45603" w:rsidRPr="000127C1">
        <w:rPr>
          <w:bCs/>
          <w:color w:val="auto"/>
          <w:sz w:val="24"/>
          <w:szCs w:val="24"/>
        </w:rPr>
        <w:t>диалог</w:t>
      </w:r>
      <w:r w:rsidR="00291A74" w:rsidRPr="000127C1">
        <w:rPr>
          <w:bCs/>
          <w:color w:val="auto"/>
          <w:sz w:val="24"/>
          <w:szCs w:val="24"/>
        </w:rPr>
        <w:t>-</w:t>
      </w:r>
      <w:r w:rsidRPr="000127C1">
        <w:rPr>
          <w:bCs/>
          <w:color w:val="auto"/>
          <w:sz w:val="24"/>
          <w:szCs w:val="24"/>
        </w:rPr>
        <w:t>побуждение к действию: обращаться с просьбой,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вежливо соглашаться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>не соглашаться выполнить просьбу; приглашать собеседника к совместной деятельности, вежливо соглашаться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>не соглашаться на предложение собеседника, объясняя причину своего решения;</w:t>
      </w:r>
    </w:p>
    <w:p w14:paraId="2D7E9CFF" w14:textId="77777777" w:rsidR="00A041C9" w:rsidRPr="000127C1" w:rsidRDefault="00A041C9" w:rsidP="000127C1">
      <w:pPr>
        <w:pStyle w:val="a5"/>
        <w:numPr>
          <w:ilvl w:val="0"/>
          <w:numId w:val="2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  <w:lang w:val="tt-RU"/>
        </w:rPr>
        <w:t xml:space="preserve">вести </w:t>
      </w:r>
      <w:r w:rsidRPr="000127C1">
        <w:rPr>
          <w:bCs/>
          <w:color w:val="auto"/>
          <w:sz w:val="24"/>
          <w:szCs w:val="24"/>
        </w:rPr>
        <w:t>диалог-расспрос: сообщать фактическую информацию, отвечая на вопросы разных видов</w:t>
      </w:r>
      <w:r w:rsidR="002019E7" w:rsidRPr="000127C1">
        <w:rPr>
          <w:bCs/>
          <w:color w:val="auto"/>
          <w:sz w:val="24"/>
          <w:szCs w:val="24"/>
        </w:rPr>
        <w:t>; выражать свое</w:t>
      </w:r>
      <w:r w:rsidRPr="000127C1">
        <w:rPr>
          <w:bCs/>
          <w:color w:val="auto"/>
          <w:sz w:val="24"/>
          <w:szCs w:val="24"/>
        </w:rPr>
        <w:t xml:space="preserve"> отношение к обсуждаемым фактам и событиям; запрашивать интересующую</w:t>
      </w:r>
      <w:r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информацию; переходить с позиции спрашивающего на позицию отвечающего и</w:t>
      </w:r>
      <w:r w:rsidR="00351E4E" w:rsidRPr="000127C1">
        <w:rPr>
          <w:bCs/>
          <w:color w:val="auto"/>
          <w:sz w:val="24"/>
          <w:szCs w:val="24"/>
          <w:lang w:val="tt-RU"/>
        </w:rPr>
        <w:t>,</w:t>
      </w:r>
      <w:r w:rsidR="002019E7" w:rsidRPr="000127C1">
        <w:rPr>
          <w:bCs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</w:rPr>
        <w:t>наоборот.</w:t>
      </w:r>
    </w:p>
    <w:p w14:paraId="6D59BC66" w14:textId="77777777" w:rsidR="0076549A" w:rsidRPr="000127C1" w:rsidRDefault="002019E7" w:rsidP="000127C1">
      <w:pPr>
        <w:ind w:firstLine="709"/>
        <w:jc w:val="both"/>
        <w:rPr>
          <w:b/>
        </w:rPr>
      </w:pPr>
      <w:r w:rsidRPr="000127C1">
        <w:t>Объе</w:t>
      </w:r>
      <w:r w:rsidR="00A041C9" w:rsidRPr="000127C1">
        <w:t>м диалога</w:t>
      </w:r>
      <w:r w:rsidR="00A041C9" w:rsidRPr="000127C1">
        <w:rPr>
          <w:lang w:val="tt-RU"/>
        </w:rPr>
        <w:t>:</w:t>
      </w:r>
      <w:r w:rsidR="00A041C9" w:rsidRPr="000127C1">
        <w:t xml:space="preserve"> </w:t>
      </w:r>
      <w:r w:rsidR="00A041C9" w:rsidRPr="000127C1">
        <w:rPr>
          <w:bCs/>
          <w:lang w:val="tt-RU"/>
        </w:rPr>
        <w:t>8</w:t>
      </w:r>
      <w:r w:rsidRPr="000127C1">
        <w:rPr>
          <w:bCs/>
          <w:lang w:val="tt-RU"/>
        </w:rPr>
        <w:t>–</w:t>
      </w:r>
      <w:r w:rsidR="00351E4E" w:rsidRPr="000127C1">
        <w:rPr>
          <w:bCs/>
          <w:lang w:val="tt-RU"/>
        </w:rPr>
        <w:t>9</w:t>
      </w:r>
      <w:r w:rsidRPr="000127C1">
        <w:rPr>
          <w:lang w:val="tt-RU"/>
        </w:rPr>
        <w:t xml:space="preserve"> </w:t>
      </w:r>
      <w:r w:rsidR="00A041C9" w:rsidRPr="000127C1">
        <w:t>реплик со стороны каждого собеседника</w:t>
      </w:r>
      <w:r w:rsidRPr="000127C1">
        <w:t>.</w:t>
      </w:r>
    </w:p>
    <w:p w14:paraId="269D8620" w14:textId="47CB45DE" w:rsidR="0076549A" w:rsidRPr="000127C1" w:rsidRDefault="008C1E72" w:rsidP="000127C1">
      <w:pPr>
        <w:ind w:firstLine="709"/>
        <w:jc w:val="both"/>
        <w:rPr>
          <w:iCs/>
        </w:rPr>
      </w:pPr>
      <w:r w:rsidRPr="000127C1">
        <w:rPr>
          <w:iCs/>
        </w:rPr>
        <w:t>М</w:t>
      </w:r>
      <w:r w:rsidR="0076549A" w:rsidRPr="000127C1">
        <w:rPr>
          <w:iCs/>
        </w:rPr>
        <w:t>онологическ</w:t>
      </w:r>
      <w:r w:rsidRPr="000127C1">
        <w:rPr>
          <w:iCs/>
        </w:rPr>
        <w:t>ая речь</w:t>
      </w:r>
      <w:r w:rsidR="00547D16" w:rsidRPr="000127C1">
        <w:rPr>
          <w:iCs/>
        </w:rPr>
        <w:t>:</w:t>
      </w:r>
    </w:p>
    <w:p w14:paraId="042F30DA" w14:textId="71D86074" w:rsidR="00351E4E" w:rsidRPr="000127C1" w:rsidRDefault="00351E4E" w:rsidP="000127C1">
      <w:pPr>
        <w:pStyle w:val="a5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создание устных связных монологических высказываний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с использованием основных коммуникативных типов речи: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описание (предмета, внешности и одежды человека), в том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числе характеристика реального человека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или литературного персонажа);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повествование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сообщение;</w:t>
      </w:r>
    </w:p>
    <w:p w14:paraId="2171C9A7" w14:textId="3256809F" w:rsidR="00351E4E" w:rsidRPr="000127C1" w:rsidRDefault="00351E4E" w:rsidP="000127C1">
      <w:pPr>
        <w:pStyle w:val="a5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</w:rPr>
        <w:t>изложение (пересказ) основного содержания прочитанного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08383F" w:rsidRPr="000127C1">
        <w:rPr>
          <w:color w:val="auto"/>
          <w:sz w:val="24"/>
          <w:szCs w:val="24"/>
          <w:lang w:val="tt-RU"/>
        </w:rPr>
        <w:t>прослушанного текста</w:t>
      </w:r>
      <w:r w:rsidR="00C45603" w:rsidRPr="000127C1">
        <w:rPr>
          <w:color w:val="auto"/>
          <w:sz w:val="24"/>
          <w:szCs w:val="24"/>
          <w:lang w:val="tt-RU"/>
        </w:rPr>
        <w:t>;</w:t>
      </w:r>
    </w:p>
    <w:p w14:paraId="2551D6D3" w14:textId="77777777" w:rsidR="00351E4E" w:rsidRPr="000127C1" w:rsidRDefault="00351E4E" w:rsidP="000127C1">
      <w:pPr>
        <w:pStyle w:val="a5"/>
        <w:numPr>
          <w:ilvl w:val="0"/>
          <w:numId w:val="2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краткое изложение результатов выполненной проектной работы.</w:t>
      </w:r>
    </w:p>
    <w:p w14:paraId="4FAB173F" w14:textId="77777777" w:rsidR="00351E4E" w:rsidRPr="000127C1" w:rsidRDefault="002019E7" w:rsidP="000127C1">
      <w:pPr>
        <w:ind w:firstLine="709"/>
        <w:jc w:val="both"/>
        <w:rPr>
          <w:bCs/>
        </w:rPr>
      </w:pPr>
      <w:r w:rsidRPr="000127C1">
        <w:t>Объе</w:t>
      </w:r>
      <w:r w:rsidR="00351E4E" w:rsidRPr="000127C1">
        <w:t>м монологического высказывания</w:t>
      </w:r>
      <w:r w:rsidR="00351E4E" w:rsidRPr="000127C1">
        <w:rPr>
          <w:lang w:val="tt-RU"/>
        </w:rPr>
        <w:t>:</w:t>
      </w:r>
      <w:r w:rsidR="00351E4E" w:rsidRPr="000127C1">
        <w:t xml:space="preserve"> </w:t>
      </w:r>
      <w:r w:rsidR="00351E4E" w:rsidRPr="000127C1">
        <w:rPr>
          <w:bCs/>
        </w:rPr>
        <w:t>8</w:t>
      </w:r>
      <w:r w:rsidR="00F75692" w:rsidRPr="000127C1">
        <w:rPr>
          <w:bCs/>
          <w:lang w:val="tt-RU"/>
        </w:rPr>
        <w:t>–</w:t>
      </w:r>
      <w:r w:rsidR="00351E4E" w:rsidRPr="000127C1">
        <w:rPr>
          <w:bCs/>
          <w:lang w:val="tt-RU"/>
        </w:rPr>
        <w:t>9</w:t>
      </w:r>
      <w:r w:rsidR="00351E4E" w:rsidRPr="000127C1">
        <w:rPr>
          <w:bCs/>
        </w:rPr>
        <w:t xml:space="preserve"> фраз.</w:t>
      </w:r>
    </w:p>
    <w:p w14:paraId="71A7A75F" w14:textId="4B51E95A" w:rsidR="0076549A" w:rsidRPr="000127C1" w:rsidRDefault="00351E4E" w:rsidP="000127C1">
      <w:pPr>
        <w:ind w:firstLine="709"/>
        <w:jc w:val="both"/>
        <w:rPr>
          <w:b/>
          <w:i/>
        </w:rPr>
      </w:pPr>
      <w:r w:rsidRPr="000127C1">
        <w:rPr>
          <w:lang w:val="tt-RU"/>
        </w:rPr>
        <w:t>У</w:t>
      </w:r>
      <w:r w:rsidRPr="000127C1">
        <w:t xml:space="preserve">мения диалогической </w:t>
      </w:r>
      <w:r w:rsidRPr="000127C1">
        <w:rPr>
          <w:lang w:val="tt-RU"/>
        </w:rPr>
        <w:t xml:space="preserve">и монологической </w:t>
      </w:r>
      <w:r w:rsidRPr="000127C1">
        <w:t>речи развиваются в стандартных ситуациях общения в рамках</w:t>
      </w:r>
      <w:r w:rsidRPr="000127C1">
        <w:rPr>
          <w:lang w:val="tt-RU"/>
        </w:rPr>
        <w:t xml:space="preserve"> </w:t>
      </w:r>
      <w:r w:rsidRPr="000127C1">
        <w:t>тематического содержания речи с опорой на речевые ситуации,</w:t>
      </w:r>
      <w:r w:rsidRPr="000127C1">
        <w:rPr>
          <w:lang w:val="tt-RU"/>
        </w:rPr>
        <w:t xml:space="preserve"> </w:t>
      </w:r>
      <w:r w:rsidRPr="000127C1">
        <w:t>ключевые слова и</w:t>
      </w:r>
      <w:r w:rsidR="00055FEC" w:rsidRPr="000127C1">
        <w:t xml:space="preserve"> / </w:t>
      </w:r>
      <w:r w:rsidRPr="000127C1">
        <w:t xml:space="preserve">или иллюстрации, фотографии с соблюдением норм </w:t>
      </w:r>
      <w:r w:rsidRPr="000127C1">
        <w:rPr>
          <w:lang w:val="tt-RU"/>
        </w:rPr>
        <w:t xml:space="preserve">татарского </w:t>
      </w:r>
      <w:r w:rsidRPr="000127C1">
        <w:t>речевого этикета</w:t>
      </w:r>
      <w:r w:rsidRPr="000127C1">
        <w:rPr>
          <w:lang w:val="tt-RU"/>
        </w:rPr>
        <w:t>.</w:t>
      </w:r>
    </w:p>
    <w:p w14:paraId="6143DACE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Смысловое чтение</w:t>
      </w:r>
    </w:p>
    <w:p w14:paraId="032E07FA" w14:textId="77777777" w:rsidR="00051F50" w:rsidRPr="000127C1" w:rsidRDefault="00051F50" w:rsidP="000127C1">
      <w:pPr>
        <w:pStyle w:val="a5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</w:t>
      </w:r>
      <w:r w:rsidRPr="000127C1">
        <w:rPr>
          <w:color w:val="auto"/>
          <w:sz w:val="24"/>
          <w:szCs w:val="24"/>
          <w:lang w:val="tt-RU"/>
        </w:rPr>
        <w:t xml:space="preserve">тение </w:t>
      </w:r>
      <w:r w:rsidRPr="000127C1">
        <w:rPr>
          <w:color w:val="auto"/>
          <w:sz w:val="24"/>
          <w:szCs w:val="24"/>
        </w:rPr>
        <w:t xml:space="preserve">про себя </w:t>
      </w:r>
      <w:r w:rsidRPr="000127C1">
        <w:rPr>
          <w:color w:val="auto"/>
          <w:sz w:val="24"/>
          <w:szCs w:val="24"/>
          <w:lang w:val="tt-RU"/>
        </w:rPr>
        <w:t xml:space="preserve">с </w:t>
      </w:r>
      <w:r w:rsidRPr="000127C1">
        <w:rPr>
          <w:color w:val="auto"/>
          <w:sz w:val="24"/>
          <w:szCs w:val="24"/>
        </w:rPr>
        <w:t>понима</w:t>
      </w:r>
      <w:r w:rsidRPr="000127C1">
        <w:rPr>
          <w:color w:val="auto"/>
          <w:sz w:val="24"/>
          <w:szCs w:val="24"/>
          <w:lang w:val="tt-RU"/>
        </w:rPr>
        <w:t xml:space="preserve">нием </w:t>
      </w:r>
      <w:r w:rsidRPr="000127C1">
        <w:rPr>
          <w:color w:val="auto"/>
          <w:sz w:val="24"/>
          <w:szCs w:val="24"/>
        </w:rPr>
        <w:t>учебны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и несложны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адаптированны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аутентичны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текст</w:t>
      </w:r>
      <w:r w:rsidRPr="000127C1">
        <w:rPr>
          <w:color w:val="auto"/>
          <w:sz w:val="24"/>
          <w:szCs w:val="24"/>
          <w:lang w:val="tt-RU"/>
        </w:rPr>
        <w:t>ов</w:t>
      </w:r>
      <w:r w:rsidRPr="000127C1">
        <w:rPr>
          <w:color w:val="auto"/>
          <w:sz w:val="24"/>
          <w:szCs w:val="24"/>
        </w:rPr>
        <w:t xml:space="preserve"> разных жанров и стилей, содержащи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005A6413" w14:textId="39907494" w:rsidR="00763D31" w:rsidRPr="000127C1" w:rsidRDefault="00763D31" w:rsidP="000127C1">
      <w:pPr>
        <w:pStyle w:val="a5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с пониманием основного содержания текста с определением основной темы и главных фактов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578F8F43" w14:textId="77777777" w:rsidR="00051F50" w:rsidRPr="000127C1" w:rsidRDefault="00051F50" w:rsidP="000127C1">
      <w:pPr>
        <w:pStyle w:val="a5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3977EA83" w14:textId="77777777" w:rsidR="00051F50" w:rsidRPr="000127C1" w:rsidRDefault="00051F50" w:rsidP="000127C1">
      <w:pPr>
        <w:ind w:firstLine="709"/>
        <w:jc w:val="both"/>
      </w:pPr>
      <w:r w:rsidRPr="000127C1">
        <w:t>Тексты для чтения: беседа; отрывок из художественного произведения, в том числе рассказ, сказка; научно-популярн</w:t>
      </w:r>
      <w:r w:rsidRPr="000127C1">
        <w:rPr>
          <w:lang w:val="tt-RU"/>
        </w:rPr>
        <w:t>ые тексты</w:t>
      </w:r>
      <w:r w:rsidRPr="000127C1"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486C7004" w14:textId="77777777" w:rsidR="0076549A" w:rsidRPr="000127C1" w:rsidRDefault="002019E7" w:rsidP="000127C1">
      <w:pPr>
        <w:ind w:firstLine="709"/>
        <w:jc w:val="both"/>
      </w:pPr>
      <w:r w:rsidRPr="000127C1">
        <w:t>Объе</w:t>
      </w:r>
      <w:r w:rsidR="00051F50" w:rsidRPr="000127C1">
        <w:t>м текста для чтения</w:t>
      </w:r>
      <w:r w:rsidR="00051F50" w:rsidRPr="000127C1">
        <w:rPr>
          <w:lang w:val="tt-RU"/>
        </w:rPr>
        <w:t xml:space="preserve">: </w:t>
      </w:r>
      <w:r w:rsidR="00F75692" w:rsidRPr="000127C1">
        <w:rPr>
          <w:bCs/>
          <w:lang w:val="tt-RU"/>
        </w:rPr>
        <w:t>180–</w:t>
      </w:r>
      <w:r w:rsidR="00051F50" w:rsidRPr="000127C1">
        <w:rPr>
          <w:bCs/>
          <w:lang w:val="tt-RU"/>
        </w:rPr>
        <w:t>200</w:t>
      </w:r>
      <w:r w:rsidR="00051F50" w:rsidRPr="000127C1">
        <w:rPr>
          <w:bCs/>
        </w:rPr>
        <w:t xml:space="preserve"> слов.</w:t>
      </w:r>
    </w:p>
    <w:p w14:paraId="53ECF239" w14:textId="77777777" w:rsidR="00E41265" w:rsidRPr="000127C1" w:rsidRDefault="00E41265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Письм</w:t>
      </w:r>
      <w:r w:rsidRPr="000127C1">
        <w:rPr>
          <w:b/>
          <w:iCs/>
          <w:lang w:val="tt-RU"/>
        </w:rPr>
        <w:t>енная речь</w:t>
      </w:r>
    </w:p>
    <w:p w14:paraId="44154614" w14:textId="77777777" w:rsidR="00E41265" w:rsidRPr="000127C1" w:rsidRDefault="00E41265" w:rsidP="000127C1">
      <w:pPr>
        <w:numPr>
          <w:ilvl w:val="0"/>
          <w:numId w:val="24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словосочетаний, предложений, речевых клише в соответствии с решаемой коммуникативной задачей;</w:t>
      </w:r>
    </w:p>
    <w:p w14:paraId="7F2E5124" w14:textId="0633C65A" w:rsidR="00E41265" w:rsidRPr="000127C1" w:rsidRDefault="00CC41D8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п</w:t>
      </w:r>
      <w:r w:rsidR="00E80294" w:rsidRPr="000127C1">
        <w:rPr>
          <w:bCs/>
          <w:iCs/>
        </w:rPr>
        <w:t>и</w:t>
      </w:r>
      <w:r w:rsidRPr="000127C1">
        <w:rPr>
          <w:bCs/>
          <w:iCs/>
        </w:rPr>
        <w:t>сьменное выражение</w:t>
      </w:r>
      <w:r w:rsidR="00E41265" w:rsidRPr="000127C1">
        <w:rPr>
          <w:bCs/>
          <w:iCs/>
        </w:rPr>
        <w:t xml:space="preserve"> своего отношения к поступкам героев, </w:t>
      </w:r>
      <w:r w:rsidRPr="000127C1">
        <w:rPr>
          <w:bCs/>
          <w:iCs/>
        </w:rPr>
        <w:t>к</w:t>
      </w:r>
      <w:r w:rsidR="00E41265" w:rsidRPr="000127C1">
        <w:rPr>
          <w:bCs/>
          <w:iCs/>
        </w:rPr>
        <w:t xml:space="preserve"> проблеме прочитанного текста;</w:t>
      </w:r>
    </w:p>
    <w:p w14:paraId="2EEBD727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краткой характеристики литературного персонажа;</w:t>
      </w:r>
    </w:p>
    <w:p w14:paraId="28A9BD6C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составление и написание небольших текстов по обсуждаемым нравственным проблемам прочитанных текстов;</w:t>
      </w:r>
    </w:p>
    <w:p w14:paraId="12D4B24D" w14:textId="77777777" w:rsidR="00E41265" w:rsidRPr="000127C1" w:rsidRDefault="00E41265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о себе основных сведений в соответствии с языковыми нормами;</w:t>
      </w:r>
    </w:p>
    <w:p w14:paraId="04C8F431" w14:textId="77777777" w:rsidR="00E41265" w:rsidRPr="000127C1" w:rsidRDefault="00E41265" w:rsidP="000127C1">
      <w:pPr>
        <w:numPr>
          <w:ilvl w:val="0"/>
          <w:numId w:val="15"/>
        </w:numPr>
        <w:tabs>
          <w:tab w:val="left" w:pos="1134"/>
        </w:tabs>
        <w:ind w:left="0" w:firstLine="709"/>
        <w:jc w:val="both"/>
      </w:pPr>
      <w:r w:rsidRPr="000127C1">
        <w:rPr>
          <w:bCs/>
          <w:iCs/>
        </w:rPr>
        <w:t xml:space="preserve">написание личного </w:t>
      </w:r>
      <w:r w:rsidRPr="000127C1">
        <w:rPr>
          <w:bCs/>
          <w:iCs/>
          <w:lang w:val="tt-RU"/>
        </w:rPr>
        <w:t xml:space="preserve">письма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2C4CA277" w14:textId="77777777" w:rsidR="00E41265" w:rsidRPr="000127C1" w:rsidRDefault="00E41265" w:rsidP="000127C1">
      <w:pPr>
        <w:ind w:firstLine="709"/>
        <w:jc w:val="both"/>
        <w:rPr>
          <w:iCs/>
        </w:rPr>
      </w:pPr>
      <w:r w:rsidRPr="000127C1">
        <w:rPr>
          <w:bCs/>
          <w:iCs/>
        </w:rPr>
        <w:t xml:space="preserve">Объем письменного высказывания: </w:t>
      </w:r>
      <w:r w:rsidRPr="000127C1">
        <w:rPr>
          <w:iCs/>
        </w:rPr>
        <w:t xml:space="preserve">до </w:t>
      </w:r>
      <w:r w:rsidRPr="000127C1">
        <w:rPr>
          <w:iCs/>
          <w:lang w:val="tt-RU"/>
        </w:rPr>
        <w:t>6</w:t>
      </w:r>
      <w:r w:rsidRPr="000127C1">
        <w:rPr>
          <w:iCs/>
        </w:rPr>
        <w:t>0 слов.</w:t>
      </w:r>
    </w:p>
    <w:p w14:paraId="656948EC" w14:textId="77777777" w:rsidR="0076549A" w:rsidRPr="000127C1" w:rsidRDefault="0076549A" w:rsidP="000127C1">
      <w:pPr>
        <w:jc w:val="both"/>
        <w:rPr>
          <w:b/>
        </w:rPr>
      </w:pPr>
      <w:r w:rsidRPr="000127C1">
        <w:rPr>
          <w:b/>
        </w:rPr>
        <w:t>Языковые знания и навыки</w:t>
      </w:r>
    </w:p>
    <w:p w14:paraId="131F6E30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Фонетическая сторона речи</w:t>
      </w:r>
    </w:p>
    <w:p w14:paraId="37D2E2DB" w14:textId="77777777" w:rsidR="00666F4C" w:rsidRPr="000127C1" w:rsidRDefault="00666F4C" w:rsidP="000127C1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C45603" w:rsidRPr="000127C1">
        <w:rPr>
          <w:bCs/>
          <w:iCs/>
          <w:color w:val="auto"/>
          <w:sz w:val="24"/>
          <w:szCs w:val="24"/>
        </w:rPr>
        <w:t>ико-интонационных особенностей;</w:t>
      </w:r>
    </w:p>
    <w:p w14:paraId="3055C6F9" w14:textId="77777777" w:rsidR="00666F4C" w:rsidRPr="000127C1" w:rsidRDefault="00666F4C" w:rsidP="000127C1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65BF0902" w14:textId="77777777" w:rsidR="00666F4C" w:rsidRPr="000127C1" w:rsidRDefault="00666F4C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6CC987A9" w14:textId="77777777" w:rsidR="0076549A" w:rsidRPr="000127C1" w:rsidRDefault="00666F4C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Объ</w:t>
      </w:r>
      <w:r w:rsidR="002019E7" w:rsidRPr="000127C1">
        <w:rPr>
          <w:bCs/>
          <w:iCs/>
        </w:rPr>
        <w:t>е</w:t>
      </w:r>
      <w:r w:rsidRPr="000127C1">
        <w:rPr>
          <w:bCs/>
          <w:iCs/>
        </w:rPr>
        <w:t>м текста для чтения вслух:</w:t>
      </w:r>
      <w:r w:rsidR="002955E3" w:rsidRPr="000127C1">
        <w:rPr>
          <w:bCs/>
          <w:iCs/>
        </w:rPr>
        <w:t xml:space="preserve"> </w:t>
      </w:r>
      <w:r w:rsidRPr="000127C1">
        <w:rPr>
          <w:iCs/>
        </w:rPr>
        <w:t xml:space="preserve">до </w:t>
      </w:r>
      <w:r w:rsidRPr="000127C1">
        <w:rPr>
          <w:iCs/>
          <w:lang w:val="tt-RU"/>
        </w:rPr>
        <w:t>9</w:t>
      </w:r>
      <w:r w:rsidRPr="000127C1">
        <w:rPr>
          <w:iCs/>
        </w:rPr>
        <w:t>0 слов</w:t>
      </w:r>
      <w:r w:rsidRPr="000127C1">
        <w:rPr>
          <w:bCs/>
          <w:iCs/>
        </w:rPr>
        <w:t>.</w:t>
      </w:r>
    </w:p>
    <w:p w14:paraId="0A665ADB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Графика, орфография и пунктуация</w:t>
      </w:r>
    </w:p>
    <w:p w14:paraId="13B82BCC" w14:textId="77777777" w:rsidR="00666F4C" w:rsidRPr="000127C1" w:rsidRDefault="00666F4C" w:rsidP="000127C1">
      <w:pPr>
        <w:pStyle w:val="a5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написание изученных слов;</w:t>
      </w:r>
    </w:p>
    <w:p w14:paraId="1B74F958" w14:textId="77777777" w:rsidR="00666F4C" w:rsidRPr="000127C1" w:rsidRDefault="00666F4C" w:rsidP="000127C1">
      <w:pPr>
        <w:pStyle w:val="a5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AC1819" w:rsidRPr="000127C1">
        <w:rPr>
          <w:color w:val="auto"/>
          <w:sz w:val="24"/>
          <w:szCs w:val="24"/>
        </w:rPr>
        <w:t>,</w:t>
      </w:r>
      <w:r w:rsidR="002019E7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обращении</w:t>
      </w:r>
      <w:r w:rsidR="00AC1819" w:rsidRPr="000127C1">
        <w:rPr>
          <w:color w:val="auto"/>
          <w:sz w:val="24"/>
          <w:szCs w:val="24"/>
        </w:rPr>
        <w:t>, при вводных словах</w:t>
      </w:r>
      <w:r w:rsidR="002019E7" w:rsidRPr="000127C1">
        <w:rPr>
          <w:color w:val="auto"/>
          <w:sz w:val="24"/>
          <w:szCs w:val="24"/>
        </w:rPr>
        <w:t>;</w:t>
      </w:r>
    </w:p>
    <w:p w14:paraId="718E5C57" w14:textId="77777777" w:rsidR="00666F4C" w:rsidRPr="000127C1" w:rsidRDefault="00666F4C" w:rsidP="000127C1">
      <w:pPr>
        <w:pStyle w:val="a5"/>
        <w:numPr>
          <w:ilvl w:val="0"/>
          <w:numId w:val="26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</w:t>
      </w:r>
      <w:r w:rsidR="007553BF" w:rsidRPr="000127C1">
        <w:rPr>
          <w:color w:val="auto"/>
          <w:sz w:val="24"/>
          <w:szCs w:val="24"/>
        </w:rPr>
        <w:t>го сообщения личного характера.</w:t>
      </w:r>
    </w:p>
    <w:p w14:paraId="7D79585C" w14:textId="77777777" w:rsidR="00666F4C" w:rsidRPr="000127C1" w:rsidRDefault="00666F4C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Лексическая сторона речи</w:t>
      </w:r>
    </w:p>
    <w:p w14:paraId="333FAAD9" w14:textId="09A9ED16" w:rsidR="00666F4C" w:rsidRPr="000127C1" w:rsidRDefault="00666F4C" w:rsidP="000127C1">
      <w:pPr>
        <w:ind w:firstLine="709"/>
        <w:jc w:val="both"/>
        <w:rPr>
          <w:lang w:val="tt-RU"/>
        </w:rPr>
      </w:pPr>
      <w:r w:rsidRPr="000127C1">
        <w:rPr>
          <w:bCs/>
          <w:iCs/>
        </w:rPr>
        <w:t xml:space="preserve">Распознавание и употребление в устной и письменной речи не менее </w:t>
      </w:r>
      <w:r w:rsidRPr="000127C1">
        <w:rPr>
          <w:bCs/>
          <w:iCs/>
          <w:lang w:val="tt-RU"/>
        </w:rPr>
        <w:t>70</w:t>
      </w:r>
      <w:r w:rsidRPr="000127C1">
        <w:rPr>
          <w:iCs/>
        </w:rPr>
        <w:t>0</w:t>
      </w:r>
      <w:r w:rsidRPr="000127C1">
        <w:rPr>
          <w:bCs/>
          <w:iCs/>
        </w:rPr>
        <w:t xml:space="preserve"> лексических единиц (слов, словосочетаний, речевых клише), </w:t>
      </w:r>
      <w:r w:rsidR="00262283" w:rsidRPr="000127C1">
        <w:rPr>
          <w:bCs/>
          <w:iCs/>
          <w:lang w:val="tt-RU"/>
        </w:rPr>
        <w:t>о</w:t>
      </w:r>
      <w:r w:rsidRPr="000127C1">
        <w:rPr>
          <w:bCs/>
          <w:iCs/>
        </w:rPr>
        <w:t xml:space="preserve">бслуживающих ситуации общения в рамках тематического содержания речи для </w:t>
      </w:r>
      <w:r w:rsidRPr="000127C1">
        <w:rPr>
          <w:bCs/>
          <w:iCs/>
          <w:lang w:val="tt-RU"/>
        </w:rPr>
        <w:t>7</w:t>
      </w:r>
      <w:r w:rsidRPr="000127C1">
        <w:rPr>
          <w:bCs/>
          <w:iCs/>
        </w:rPr>
        <w:t xml:space="preserve"> класса, включая </w:t>
      </w:r>
      <w:r w:rsidRPr="000127C1">
        <w:rPr>
          <w:bCs/>
          <w:iCs/>
          <w:lang w:val="tt-RU"/>
        </w:rPr>
        <w:t>6</w:t>
      </w:r>
      <w:r w:rsidRPr="000127C1">
        <w:rPr>
          <w:bCs/>
          <w:iCs/>
        </w:rPr>
        <w:t>00 лек</w:t>
      </w:r>
      <w:r w:rsidR="006E6C38" w:rsidRPr="000127C1">
        <w:rPr>
          <w:bCs/>
          <w:iCs/>
        </w:rPr>
        <w:t>сических единиц, усвоенных в 1–</w:t>
      </w:r>
      <w:r w:rsidRPr="000127C1">
        <w:rPr>
          <w:bCs/>
          <w:iCs/>
          <w:lang w:val="tt-RU"/>
        </w:rPr>
        <w:t>6</w:t>
      </w:r>
      <w:r w:rsidRPr="000127C1">
        <w:rPr>
          <w:bCs/>
          <w:iCs/>
        </w:rPr>
        <w:t xml:space="preserve"> классах; </w:t>
      </w:r>
      <w:r w:rsidRPr="000127C1">
        <w:t>слов</w:t>
      </w:r>
      <w:r w:rsidR="00D77530" w:rsidRPr="000127C1">
        <w:t>-</w:t>
      </w:r>
      <w:r w:rsidRPr="000127C1">
        <w:t xml:space="preserve">названий предметов, их признаков, действий предметов; </w:t>
      </w:r>
      <w:r w:rsidRPr="000127C1">
        <w:rPr>
          <w:lang w:val="tt-RU"/>
        </w:rPr>
        <w:t>заимствов</w:t>
      </w:r>
      <w:r w:rsidR="007553BF" w:rsidRPr="000127C1">
        <w:rPr>
          <w:lang w:val="tt-RU"/>
        </w:rPr>
        <w:t xml:space="preserve">анных слов; </w:t>
      </w:r>
      <w:r w:rsidRPr="000127C1">
        <w:rPr>
          <w:lang w:val="tt-RU"/>
        </w:rPr>
        <w:t xml:space="preserve">синонимов и антонимов изученных слов; производных </w:t>
      </w:r>
      <w:r w:rsidR="00E80294" w:rsidRPr="000127C1">
        <w:t>«</w:t>
      </w:r>
      <w:r w:rsidRPr="000127C1">
        <w:rPr>
          <w:lang w:val="tt-RU"/>
        </w:rPr>
        <w:t>сәламәтлек</w:t>
      </w:r>
      <w:r w:rsidR="00E80294" w:rsidRPr="000127C1">
        <w:t>»</w:t>
      </w:r>
      <w:r w:rsidRPr="000127C1">
        <w:rPr>
          <w:lang w:val="tt-RU"/>
        </w:rPr>
        <w:t xml:space="preserve">, </w:t>
      </w:r>
      <w:r w:rsidR="00E80294" w:rsidRPr="000127C1">
        <w:t>«</w:t>
      </w:r>
      <w:r w:rsidRPr="000127C1">
        <w:rPr>
          <w:lang w:val="tt-RU"/>
        </w:rPr>
        <w:t>максатчан</w:t>
      </w:r>
      <w:r w:rsidR="00E80294" w:rsidRPr="000127C1">
        <w:t>»</w:t>
      </w:r>
      <w:r w:rsidRPr="000127C1">
        <w:rPr>
          <w:lang w:val="tt-RU"/>
        </w:rPr>
        <w:t xml:space="preserve">, парных </w:t>
      </w:r>
      <w:r w:rsidR="00E80294" w:rsidRPr="000127C1">
        <w:t>«</w:t>
      </w:r>
      <w:r w:rsidRPr="000127C1">
        <w:rPr>
          <w:lang w:val="tt-RU"/>
        </w:rPr>
        <w:t>дус-иш</w:t>
      </w:r>
      <w:r w:rsidR="00E80294" w:rsidRPr="000127C1">
        <w:t>»</w:t>
      </w:r>
      <w:r w:rsidRPr="000127C1">
        <w:rPr>
          <w:lang w:val="tt-RU"/>
        </w:rPr>
        <w:t xml:space="preserve">, сложных </w:t>
      </w:r>
      <w:r w:rsidR="00E80294" w:rsidRPr="000127C1">
        <w:t>«</w:t>
      </w:r>
      <w:r w:rsidRPr="000127C1">
        <w:rPr>
          <w:lang w:val="tt-RU"/>
        </w:rPr>
        <w:t>к</w:t>
      </w:r>
      <w:r w:rsidR="00ED6A08" w:rsidRPr="000127C1">
        <w:rPr>
          <w:lang w:val="tt-RU"/>
        </w:rPr>
        <w:t>унакханә</w:t>
      </w:r>
      <w:r w:rsidR="00E80294" w:rsidRPr="000127C1">
        <w:t>»</w:t>
      </w:r>
      <w:r w:rsidRPr="000127C1">
        <w:rPr>
          <w:lang w:val="tt-RU"/>
        </w:rPr>
        <w:t xml:space="preserve">, составных </w:t>
      </w:r>
      <w:r w:rsidR="00E80294" w:rsidRPr="000127C1">
        <w:t>«</w:t>
      </w:r>
      <w:r w:rsidR="00ED6A08" w:rsidRPr="000127C1">
        <w:rPr>
          <w:lang w:val="tt-RU"/>
        </w:rPr>
        <w:t>хуш исле</w:t>
      </w:r>
      <w:r w:rsidR="00E80294" w:rsidRPr="000127C1">
        <w:t>»</w:t>
      </w:r>
      <w:r w:rsidR="00ED6A08" w:rsidRPr="000127C1">
        <w:rPr>
          <w:i/>
          <w:iCs/>
          <w:lang w:val="tt-RU"/>
        </w:rPr>
        <w:t xml:space="preserve"> </w:t>
      </w:r>
      <w:r w:rsidRPr="000127C1">
        <w:rPr>
          <w:lang w:val="tt-RU"/>
        </w:rPr>
        <w:t>слов.</w:t>
      </w:r>
    </w:p>
    <w:p w14:paraId="49A74E73" w14:textId="77777777" w:rsidR="0061138F" w:rsidRPr="000127C1" w:rsidRDefault="0061138F" w:rsidP="000127C1">
      <w:pPr>
        <w:ind w:firstLine="709"/>
        <w:jc w:val="both"/>
        <w:rPr>
          <w:b/>
          <w:i/>
        </w:rPr>
      </w:pPr>
      <w:r w:rsidRPr="000127C1">
        <w:rPr>
          <w:b/>
          <w:i/>
        </w:rPr>
        <w:t>Грамматическая сторона речи</w:t>
      </w:r>
    </w:p>
    <w:p w14:paraId="327974AF" w14:textId="77777777" w:rsidR="0061138F" w:rsidRPr="000127C1" w:rsidRDefault="0061138F" w:rsidP="000127C1">
      <w:pPr>
        <w:tabs>
          <w:tab w:val="left" w:pos="993"/>
        </w:tabs>
        <w:ind w:firstLine="709"/>
        <w:jc w:val="both"/>
        <w:rPr>
          <w:bCs/>
          <w:iCs/>
          <w:lang w:val="tt-RU"/>
        </w:rPr>
      </w:pPr>
      <w:r w:rsidRPr="000127C1">
        <w:rPr>
          <w:bCs/>
          <w:iCs/>
        </w:rPr>
        <w:t>Распознавание в письменном и звучащем тексте и употребление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>в устной и письменной речи изученных морфологических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 xml:space="preserve">форм и синтаксических конструкций </w:t>
      </w:r>
      <w:r w:rsidRPr="000127C1">
        <w:rPr>
          <w:bCs/>
          <w:iCs/>
          <w:lang w:val="tt-RU"/>
        </w:rPr>
        <w:t>татарского языка:</w:t>
      </w:r>
    </w:p>
    <w:p w14:paraId="787E2E6B" w14:textId="0597DCF0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rFonts w:eastAsia="Calibri"/>
          <w:lang w:val="tt-RU" w:eastAsia="en-US"/>
        </w:rPr>
        <w:t xml:space="preserve">производные </w:t>
      </w:r>
      <w:r w:rsidRPr="000127C1">
        <w:rPr>
          <w:rFonts w:eastAsia="Calibri"/>
          <w:lang w:eastAsia="en-US"/>
        </w:rPr>
        <w:t>имена прилагательные с аффиксами -</w:t>
      </w:r>
      <w:r w:rsidRPr="000127C1">
        <w:rPr>
          <w:rFonts w:eastAsia="Calibri"/>
          <w:lang w:val="tt-RU" w:eastAsia="en-US"/>
        </w:rPr>
        <w:t>чан</w:t>
      </w:r>
      <w:r w:rsidR="00055FEC" w:rsidRPr="000127C1">
        <w:rPr>
          <w:rFonts w:eastAsia="Calibri"/>
          <w:lang w:eastAsia="en-US"/>
        </w:rPr>
        <w:t xml:space="preserve"> / </w:t>
      </w:r>
      <w:r w:rsidRPr="000127C1">
        <w:rPr>
          <w:rFonts w:eastAsia="Calibri"/>
          <w:lang w:eastAsia="en-US"/>
        </w:rPr>
        <w:t>-</w:t>
      </w:r>
      <w:r w:rsidRPr="000127C1">
        <w:rPr>
          <w:rFonts w:eastAsia="Calibri"/>
          <w:lang w:val="tt-RU" w:eastAsia="en-US"/>
        </w:rPr>
        <w:t>чән</w:t>
      </w:r>
      <w:r w:rsidR="00E80294" w:rsidRPr="000127C1">
        <w:rPr>
          <w:rFonts w:eastAsia="Calibri"/>
          <w:lang w:val="tt-RU" w:eastAsia="en-US"/>
        </w:rPr>
        <w:t>,</w:t>
      </w:r>
      <w:r w:rsidRPr="000127C1">
        <w:rPr>
          <w:rFonts w:eastAsia="Calibri"/>
          <w:i/>
          <w:lang w:val="tt-RU" w:eastAsia="en-US"/>
        </w:rPr>
        <w:t xml:space="preserve"> </w:t>
      </w:r>
      <w:r w:rsidR="00E80294" w:rsidRPr="000127C1">
        <w:t>«</w:t>
      </w:r>
      <w:r w:rsidRPr="000127C1">
        <w:rPr>
          <w:rFonts w:eastAsia="Calibri"/>
          <w:lang w:val="tt-RU" w:eastAsia="en-US"/>
        </w:rPr>
        <w:t>эшчән</w:t>
      </w:r>
      <w:r w:rsidR="00E80294" w:rsidRPr="000127C1">
        <w:t>»</w:t>
      </w:r>
      <w:r w:rsidRPr="000127C1">
        <w:rPr>
          <w:rFonts w:eastAsia="Calibri"/>
          <w:lang w:val="tt-RU" w:eastAsia="en-US"/>
        </w:rPr>
        <w:t>,</w:t>
      </w:r>
      <w:r w:rsidR="00E80294" w:rsidRPr="000127C1">
        <w:t xml:space="preserve"> «</w:t>
      </w:r>
      <w:r w:rsidRPr="000127C1">
        <w:rPr>
          <w:rFonts w:eastAsia="Calibri"/>
          <w:lang w:val="tt-RU" w:eastAsia="en-US"/>
        </w:rPr>
        <w:t>максатчан</w:t>
      </w:r>
      <w:r w:rsidR="00E80294" w:rsidRPr="000127C1">
        <w:t>»</w:t>
      </w:r>
      <w:r w:rsidRPr="000127C1">
        <w:rPr>
          <w:rFonts w:eastAsia="Calibri"/>
          <w:iCs/>
          <w:lang w:eastAsia="en-US"/>
        </w:rPr>
        <w:t>;</w:t>
      </w:r>
    </w:p>
    <w:p w14:paraId="1BC7BEB4" w14:textId="77777777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временные формы глаголов</w:t>
      </w:r>
      <w:r w:rsidRPr="000127C1">
        <w:rPr>
          <w:rFonts w:eastAsia="Calibri"/>
          <w:lang w:val="tt-RU" w:eastAsia="en-US"/>
        </w:rPr>
        <w:t xml:space="preserve"> изъявительного наклонения</w:t>
      </w:r>
      <w:r w:rsidRPr="000127C1">
        <w:rPr>
          <w:rFonts w:eastAsia="Calibri"/>
          <w:lang w:eastAsia="en-US"/>
        </w:rPr>
        <w:t>;</w:t>
      </w:r>
    </w:p>
    <w:p w14:paraId="58EBAE38" w14:textId="5D72EF30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lang w:val="tt-RU"/>
        </w:rPr>
        <w:t>наречия образа действия</w:t>
      </w:r>
      <w:r w:rsidR="002E6920" w:rsidRPr="000127C1">
        <w:rPr>
          <w:i/>
          <w:iCs/>
          <w:lang w:val="tt-RU"/>
        </w:rPr>
        <w:t xml:space="preserve"> </w:t>
      </w:r>
      <w:r w:rsidR="002E6920" w:rsidRPr="000127C1">
        <w:rPr>
          <w:lang w:val="tt-RU"/>
        </w:rPr>
        <w:t>,</w:t>
      </w:r>
      <w:r w:rsidR="002E6920" w:rsidRPr="000127C1">
        <w:t xml:space="preserve"> «</w:t>
      </w:r>
      <w:r w:rsidRPr="000127C1">
        <w:rPr>
          <w:lang w:val="tt-RU"/>
        </w:rPr>
        <w:t>тиз</w:t>
      </w:r>
      <w:r w:rsidR="002E6920" w:rsidRPr="000127C1">
        <w:t>»</w:t>
      </w:r>
      <w:r w:rsidRPr="000127C1">
        <w:rPr>
          <w:lang w:val="tt-RU"/>
        </w:rPr>
        <w:t xml:space="preserve">, </w:t>
      </w:r>
      <w:r w:rsidR="002E6920" w:rsidRPr="000127C1">
        <w:t>«</w:t>
      </w:r>
      <w:r w:rsidRPr="000127C1">
        <w:rPr>
          <w:lang w:val="tt-RU"/>
        </w:rPr>
        <w:t>акрын</w:t>
      </w:r>
      <w:r w:rsidR="002E6920" w:rsidRPr="000127C1">
        <w:t>»</w:t>
      </w:r>
      <w:r w:rsidR="00055FEC" w:rsidRPr="000127C1">
        <w:rPr>
          <w:lang w:val="tt-RU"/>
        </w:rPr>
        <w:t xml:space="preserve"> / </w:t>
      </w:r>
      <w:r w:rsidR="002E6920" w:rsidRPr="000127C1">
        <w:t>«</w:t>
      </w:r>
      <w:r w:rsidRPr="000127C1">
        <w:rPr>
          <w:lang w:val="tt-RU"/>
        </w:rPr>
        <w:t>әкрен</w:t>
      </w:r>
      <w:r w:rsidR="002E6920" w:rsidRPr="000127C1">
        <w:t>»</w:t>
      </w:r>
      <w:r w:rsidRPr="000127C1">
        <w:rPr>
          <w:lang w:val="tt-RU"/>
        </w:rPr>
        <w:t>;</w:t>
      </w:r>
    </w:p>
    <w:p w14:paraId="64878856" w14:textId="1E7D7595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rFonts w:eastAsia="Calibri"/>
          <w:lang w:eastAsia="en-US"/>
        </w:rPr>
        <w:t xml:space="preserve">указательные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lang w:val="tt-RU"/>
        </w:rPr>
        <w:t>бу</w:t>
      </w:r>
      <w:r w:rsidR="002E6920" w:rsidRPr="000127C1">
        <w:t>»</w:t>
      </w:r>
      <w:r w:rsidRPr="000127C1">
        <w:rPr>
          <w:lang w:val="tt-RU"/>
        </w:rPr>
        <w:t xml:space="preserve">, </w:t>
      </w:r>
      <w:r w:rsidR="002E6920" w:rsidRPr="000127C1">
        <w:t>«</w:t>
      </w:r>
      <w:r w:rsidRPr="000127C1">
        <w:rPr>
          <w:lang w:val="tt-RU"/>
        </w:rPr>
        <w:t>теге</w:t>
      </w:r>
      <w:r w:rsidR="002E6920" w:rsidRPr="000127C1">
        <w:t>»</w:t>
      </w:r>
      <w:r w:rsidRPr="000127C1">
        <w:rPr>
          <w:lang w:val="tt-RU"/>
        </w:rPr>
        <w:t xml:space="preserve">, </w:t>
      </w:r>
      <w:r w:rsidR="002E6920" w:rsidRPr="000127C1">
        <w:t>«</w:t>
      </w:r>
      <w:r w:rsidRPr="000127C1">
        <w:rPr>
          <w:lang w:val="tt-RU"/>
        </w:rPr>
        <w:t>шул</w:t>
      </w:r>
      <w:r w:rsidR="002E6920" w:rsidRPr="000127C1">
        <w:t>»</w:t>
      </w:r>
      <w:r w:rsidRPr="000127C1">
        <w:rPr>
          <w:lang w:val="tt-RU"/>
        </w:rPr>
        <w:t xml:space="preserve">, </w:t>
      </w:r>
      <w:r w:rsidR="002E6920" w:rsidRPr="000127C1">
        <w:t>«</w:t>
      </w:r>
      <w:r w:rsidRPr="000127C1">
        <w:rPr>
          <w:lang w:val="tt-RU"/>
        </w:rPr>
        <w:t>шундый</w:t>
      </w:r>
      <w:r w:rsidR="002E6920" w:rsidRPr="000127C1">
        <w:t>»</w:t>
      </w:r>
      <w:r w:rsidRPr="000127C1">
        <w:rPr>
          <w:rFonts w:eastAsia="Calibri"/>
          <w:lang w:val="tt-RU" w:eastAsia="en-US"/>
        </w:rPr>
        <w:t xml:space="preserve"> и определительные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val="tt-RU"/>
        </w:rPr>
        <w:t>барлык</w:t>
      </w:r>
      <w:r w:rsidR="002E6920" w:rsidRPr="000127C1">
        <w:t>»</w:t>
      </w:r>
      <w:r w:rsidRPr="000127C1">
        <w:rPr>
          <w:iCs/>
          <w:lang w:val="tt-RU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val="tt-RU"/>
        </w:rPr>
        <w:t>бөтен</w:t>
      </w:r>
      <w:r w:rsidR="002E6920" w:rsidRPr="000127C1">
        <w:t>»</w:t>
      </w:r>
      <w:r w:rsidRPr="000127C1">
        <w:rPr>
          <w:iCs/>
          <w:lang w:val="tt-RU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val="tt-RU"/>
        </w:rPr>
        <w:t>үз</w:t>
      </w:r>
      <w:r w:rsidR="002E6920" w:rsidRPr="000127C1">
        <w:t>»</w:t>
      </w:r>
      <w:r w:rsidRPr="000127C1">
        <w:rPr>
          <w:iCs/>
          <w:lang w:val="tt-RU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val="tt-RU"/>
        </w:rPr>
        <w:t>һәр</w:t>
      </w:r>
      <w:r w:rsidR="002E6920" w:rsidRPr="000127C1">
        <w:t>»</w:t>
      </w:r>
      <w:r w:rsidRPr="000127C1">
        <w:rPr>
          <w:i/>
          <w:lang w:val="tt-RU"/>
        </w:rPr>
        <w:t xml:space="preserve"> </w:t>
      </w:r>
      <w:r w:rsidRPr="000127C1">
        <w:rPr>
          <w:rFonts w:eastAsia="Calibri"/>
          <w:lang w:eastAsia="en-US"/>
        </w:rPr>
        <w:t>местоимения;</w:t>
      </w:r>
    </w:p>
    <w:p w14:paraId="3E863DF5" w14:textId="0A811527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rFonts w:eastAsia="Calibri"/>
          <w:lang w:eastAsia="en-US"/>
        </w:rPr>
        <w:t>деепричасти</w:t>
      </w:r>
      <w:r w:rsidRPr="000127C1">
        <w:rPr>
          <w:rFonts w:eastAsia="Calibri"/>
          <w:lang w:val="tt-RU" w:eastAsia="en-US"/>
        </w:rPr>
        <w:t>я</w:t>
      </w:r>
      <w:r w:rsidRPr="000127C1">
        <w:rPr>
          <w:rFonts w:eastAsia="Calibri"/>
          <w:lang w:eastAsia="en-US"/>
        </w:rPr>
        <w:t xml:space="preserve"> на </w:t>
      </w:r>
      <w:r w:rsidRPr="000127C1">
        <w:rPr>
          <w:rFonts w:eastAsia="Calibri"/>
          <w:iCs/>
          <w:lang w:eastAsia="en-US"/>
        </w:rPr>
        <w:t>-гач</w:t>
      </w:r>
      <w:r w:rsidR="00055FEC" w:rsidRPr="000127C1">
        <w:rPr>
          <w:rFonts w:eastAsia="Calibri"/>
          <w:iCs/>
          <w:lang w:eastAsia="en-US"/>
        </w:rPr>
        <w:t xml:space="preserve"> / </w:t>
      </w:r>
      <w:r w:rsidRPr="000127C1">
        <w:rPr>
          <w:rFonts w:eastAsia="Calibri"/>
          <w:iCs/>
          <w:lang w:eastAsia="en-US"/>
        </w:rPr>
        <w:t>-г</w:t>
      </w:r>
      <w:r w:rsidRPr="000127C1">
        <w:rPr>
          <w:rFonts w:eastAsia="Calibri"/>
          <w:iCs/>
          <w:lang w:val="tt-RU" w:eastAsia="en-US"/>
        </w:rPr>
        <w:t>әч, -кач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Pr="000127C1">
        <w:rPr>
          <w:rFonts w:eastAsia="Calibri"/>
          <w:iCs/>
          <w:lang w:val="tt-RU" w:eastAsia="en-US"/>
        </w:rPr>
        <w:t>-кәч;</w:t>
      </w:r>
    </w:p>
    <w:p w14:paraId="3F03BD5D" w14:textId="77777777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i/>
          <w:lang w:eastAsia="en-US"/>
        </w:rPr>
      </w:pPr>
      <w:r w:rsidRPr="000127C1">
        <w:rPr>
          <w:rFonts w:eastAsia="Calibri"/>
          <w:lang w:val="tt-RU" w:eastAsia="en-US"/>
        </w:rPr>
        <w:t>главные члены предло</w:t>
      </w:r>
      <w:r w:rsidRPr="000127C1">
        <w:rPr>
          <w:rFonts w:eastAsia="Calibri"/>
          <w:lang w:eastAsia="en-US"/>
        </w:rPr>
        <w:t>жения, согласование подлежащего и сказуемого;</w:t>
      </w:r>
    </w:p>
    <w:p w14:paraId="0D847F11" w14:textId="77777777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lang w:val="tt-RU"/>
        </w:rPr>
        <w:t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яратам);</w:t>
      </w:r>
    </w:p>
    <w:p w14:paraId="2F0B6055" w14:textId="7185EE3F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i/>
          <w:lang w:eastAsia="en-US"/>
        </w:rPr>
      </w:pPr>
      <w:r w:rsidRPr="000127C1">
        <w:rPr>
          <w:rFonts w:eastAsia="Calibri"/>
          <w:lang w:val="tt-RU" w:eastAsia="en-US"/>
        </w:rPr>
        <w:t>союзы:</w:t>
      </w:r>
      <w:r w:rsidRPr="000127C1">
        <w:rPr>
          <w:rFonts w:eastAsia="Calibri"/>
          <w:i/>
          <w:lang w:val="tt-RU" w:eastAsia="en-US"/>
        </w:rPr>
        <w:t xml:space="preserve">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һәм</w:t>
      </w:r>
      <w:r w:rsidR="002E6920" w:rsidRPr="000127C1"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да</w:t>
      </w:r>
      <w:r w:rsidR="002E6920" w:rsidRPr="000127C1"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дә</w:t>
      </w:r>
      <w:r w:rsidR="002E6920" w:rsidRPr="000127C1"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та</w:t>
      </w:r>
      <w:r w:rsidR="002E6920" w:rsidRPr="000127C1"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тә</w:t>
      </w:r>
      <w:r w:rsidR="002E6920" w:rsidRPr="000127C1"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rFonts w:eastAsia="Calibri"/>
          <w:iCs/>
          <w:lang w:val="tt-RU" w:eastAsia="en-US"/>
        </w:rPr>
        <w:t>яки</w:t>
      </w:r>
      <w:r w:rsidR="002E6920" w:rsidRPr="000127C1">
        <w:t>»</w:t>
      </w:r>
      <w:r w:rsidRPr="000127C1">
        <w:rPr>
          <w:rFonts w:eastAsia="Calibri"/>
          <w:i/>
          <w:lang w:val="tt-RU" w:eastAsia="en-US"/>
        </w:rPr>
        <w:t>;</w:t>
      </w:r>
    </w:p>
    <w:p w14:paraId="627B5659" w14:textId="7610B7F2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i/>
          <w:lang w:eastAsia="en-US"/>
        </w:rPr>
      </w:pPr>
      <w:r w:rsidRPr="000127C1">
        <w:rPr>
          <w:lang w:eastAsia="en-US"/>
        </w:rPr>
        <w:t>частицы</w:t>
      </w:r>
      <w:r w:rsidRPr="000127C1">
        <w:rPr>
          <w:i/>
          <w:lang w:eastAsia="en-US"/>
        </w:rPr>
        <w:t xml:space="preserve">: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eastAsia="en-US"/>
        </w:rPr>
        <w:t>гына</w:t>
      </w:r>
      <w:r w:rsidR="002E6920" w:rsidRPr="000127C1">
        <w:t>»</w:t>
      </w:r>
      <w:r w:rsidR="00055FEC" w:rsidRPr="000127C1">
        <w:rPr>
          <w:iCs/>
          <w:lang w:eastAsia="en-US"/>
        </w:rPr>
        <w:t xml:space="preserve"> /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eastAsia="en-US"/>
        </w:rPr>
        <w:t>генә</w:t>
      </w:r>
      <w:r w:rsidR="002E6920" w:rsidRPr="000127C1">
        <w:t>»</w:t>
      </w:r>
      <w:r w:rsidRPr="000127C1">
        <w:rPr>
          <w:iCs/>
          <w:lang w:eastAsia="en-US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eastAsia="en-US"/>
        </w:rPr>
        <w:t>кына</w:t>
      </w:r>
      <w:r w:rsidR="002E6920" w:rsidRPr="000127C1">
        <w:t>»</w:t>
      </w:r>
      <w:r w:rsidR="00055FEC" w:rsidRPr="000127C1">
        <w:rPr>
          <w:iCs/>
          <w:lang w:eastAsia="en-US"/>
        </w:rPr>
        <w:t xml:space="preserve"> /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iCs/>
          <w:lang w:eastAsia="en-US"/>
        </w:rPr>
        <w:t>кенә</w:t>
      </w:r>
      <w:r w:rsidR="002E6920" w:rsidRPr="000127C1">
        <w:t>»</w:t>
      </w:r>
      <w:r w:rsidRPr="000127C1">
        <w:rPr>
          <w:iCs/>
          <w:lang w:eastAsia="en-US"/>
        </w:rPr>
        <w:t>;</w:t>
      </w:r>
    </w:p>
    <w:p w14:paraId="30AC7A63" w14:textId="77777777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i/>
          <w:lang w:eastAsia="en-US"/>
        </w:rPr>
      </w:pPr>
      <w:r w:rsidRPr="000127C1">
        <w:rPr>
          <w:rFonts w:eastAsia="Calibri"/>
          <w:lang w:val="tt-RU" w:eastAsia="en-US"/>
        </w:rPr>
        <w:t>предложения по цели высказывания;</w:t>
      </w:r>
    </w:p>
    <w:p w14:paraId="63DFEA93" w14:textId="77777777" w:rsidR="0061138F" w:rsidRPr="000127C1" w:rsidRDefault="0061138F" w:rsidP="000127C1">
      <w:pPr>
        <w:numPr>
          <w:ilvl w:val="0"/>
          <w:numId w:val="27"/>
        </w:numPr>
        <w:tabs>
          <w:tab w:val="left" w:pos="1134"/>
        </w:tabs>
        <w:ind w:left="0" w:firstLine="709"/>
        <w:jc w:val="both"/>
        <w:rPr>
          <w:rFonts w:eastAsia="Calibri"/>
          <w:i/>
          <w:lang w:eastAsia="en-US"/>
        </w:rPr>
      </w:pPr>
      <w:r w:rsidRPr="000127C1">
        <w:rPr>
          <w:rFonts w:eastAsia="Calibri"/>
          <w:lang w:eastAsia="en-US"/>
        </w:rPr>
        <w:t xml:space="preserve">порядок слов в </w:t>
      </w:r>
      <w:r w:rsidRPr="000127C1">
        <w:rPr>
          <w:rFonts w:eastAsia="Calibri"/>
          <w:lang w:val="tt-RU" w:eastAsia="en-US"/>
        </w:rPr>
        <w:t>сложных предложениях</w:t>
      </w:r>
      <w:r w:rsidRPr="000127C1">
        <w:rPr>
          <w:rFonts w:eastAsia="Calibri"/>
          <w:lang w:eastAsia="en-US"/>
        </w:rPr>
        <w:t>.</w:t>
      </w:r>
    </w:p>
    <w:p w14:paraId="3077E09D" w14:textId="77777777" w:rsidR="00400501" w:rsidRPr="000127C1" w:rsidRDefault="00400501" w:rsidP="000127C1">
      <w:pPr>
        <w:tabs>
          <w:tab w:val="left" w:pos="993"/>
        </w:tabs>
        <w:ind w:firstLine="709"/>
        <w:jc w:val="both"/>
        <w:rPr>
          <w:rFonts w:eastAsia="Calibri"/>
          <w:b/>
          <w:bCs/>
          <w:lang w:val="tt-RU"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01F0B08B" w14:textId="6D7A3CFE" w:rsidR="00784BD9" w:rsidRPr="000127C1" w:rsidRDefault="006C49AB" w:rsidP="000127C1">
      <w:pPr>
        <w:pStyle w:val="a5"/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активных формул татарского</w:t>
      </w:r>
      <w:r w:rsidR="00F14BCA" w:rsidRPr="000127C1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речевого</w:t>
      </w:r>
      <w:r w:rsidR="00F14BCA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этикета в ситуациях общения</w:t>
      </w:r>
      <w:r w:rsidR="00F75692"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09B17F3E" w14:textId="77777777" w:rsidR="00784BD9" w:rsidRPr="000127C1" w:rsidRDefault="00784BD9" w:rsidP="000127C1">
      <w:pPr>
        <w:pStyle w:val="a5"/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в устной и письменной речи наиболее употребительной тематической фоновой лексики и реалий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отобранного тематического содержания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4CECEB5F" w14:textId="77777777" w:rsidR="0029475E" w:rsidRPr="000127C1" w:rsidRDefault="0029475E" w:rsidP="000127C1">
      <w:pPr>
        <w:pStyle w:val="a5"/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знание основных сведений о Республике Татарстан (географическое положение, природа, исторические и памятные места); </w:t>
      </w:r>
    </w:p>
    <w:p w14:paraId="7F6358BF" w14:textId="6B7F1C9A" w:rsidR="006C49AB" w:rsidRPr="000127C1" w:rsidRDefault="0029475E" w:rsidP="000127C1">
      <w:pPr>
        <w:pStyle w:val="a5"/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знание известных деятелей культуры татарского народа;</w:t>
      </w:r>
    </w:p>
    <w:p w14:paraId="2033CAC5" w14:textId="401761AF" w:rsidR="00784BD9" w:rsidRPr="000127C1" w:rsidRDefault="00784BD9" w:rsidP="000127C1">
      <w:pPr>
        <w:pStyle w:val="a5"/>
        <w:numPr>
          <w:ilvl w:val="0"/>
          <w:numId w:val="2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знакомство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с доступными в языковом отношении образцами </w:t>
      </w:r>
      <w:r w:rsidR="00CB168A" w:rsidRPr="000127C1">
        <w:rPr>
          <w:rFonts w:eastAsiaTheme="minorHAnsi"/>
          <w:color w:val="auto"/>
          <w:sz w:val="24"/>
          <w:szCs w:val="24"/>
          <w:lang w:eastAsia="en-US"/>
        </w:rPr>
        <w:t xml:space="preserve">татарской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поэзии и прозы</w:t>
      </w:r>
      <w:r w:rsidR="006C49AB" w:rsidRPr="000127C1">
        <w:rPr>
          <w:rFonts w:eastAsiaTheme="minorHAnsi"/>
          <w:color w:val="auto"/>
          <w:sz w:val="24"/>
          <w:szCs w:val="24"/>
          <w:lang w:val="tt-RU" w:eastAsia="en-US"/>
        </w:rPr>
        <w:t>.</w:t>
      </w:r>
    </w:p>
    <w:p w14:paraId="78B805E4" w14:textId="77777777" w:rsidR="00784BD9" w:rsidRPr="000127C1" w:rsidRDefault="00784BD9" w:rsidP="000127C1">
      <w:pPr>
        <w:jc w:val="both"/>
        <w:rPr>
          <w:rFonts w:eastAsiaTheme="minorHAnsi"/>
          <w:b/>
          <w:bCs/>
          <w:lang w:val="tt-RU" w:eastAsia="en-US"/>
        </w:rPr>
      </w:pPr>
      <w:r w:rsidRPr="000127C1">
        <w:rPr>
          <w:rFonts w:eastAsiaTheme="minorHAnsi"/>
          <w:b/>
          <w:bCs/>
          <w:lang w:val="tt-RU" w:eastAsia="en-US"/>
        </w:rPr>
        <w:t>Компенсаторные умения</w:t>
      </w:r>
    </w:p>
    <w:p w14:paraId="7C7F3F39" w14:textId="57643288" w:rsidR="00592183" w:rsidRPr="000127C1" w:rsidRDefault="00592183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использование при чтении и аудировании языковой, в том числе контекстуальной догадки; </w:t>
      </w:r>
    </w:p>
    <w:p w14:paraId="546C77EC" w14:textId="3BC79980" w:rsidR="00106A34" w:rsidRPr="000127C1" w:rsidRDefault="00CC41D8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прогнозирование содержания</w:t>
      </w:r>
      <w:r w:rsidR="00106A34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текста на основе заголовка, </w:t>
      </w:r>
      <w:r w:rsidR="00763D31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по </w:t>
      </w:r>
      <w:r w:rsidR="00106A34" w:rsidRPr="000127C1">
        <w:rPr>
          <w:rFonts w:eastAsiaTheme="minorHAnsi"/>
          <w:color w:val="auto"/>
          <w:sz w:val="24"/>
          <w:szCs w:val="24"/>
          <w:lang w:val="tt-RU" w:eastAsia="en-US"/>
        </w:rPr>
        <w:t>предварительно поставленны</w:t>
      </w:r>
      <w:r w:rsidR="00763D31" w:rsidRPr="000127C1">
        <w:rPr>
          <w:rFonts w:eastAsiaTheme="minorHAnsi"/>
          <w:color w:val="auto"/>
          <w:sz w:val="24"/>
          <w:szCs w:val="24"/>
          <w:lang w:val="tt-RU" w:eastAsia="en-US"/>
        </w:rPr>
        <w:t>м</w:t>
      </w:r>
      <w:r w:rsidR="00106A34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вопрос</w:t>
      </w:r>
      <w:r w:rsidR="00763D31" w:rsidRPr="000127C1">
        <w:rPr>
          <w:rFonts w:eastAsiaTheme="minorHAnsi"/>
          <w:color w:val="auto"/>
          <w:sz w:val="24"/>
          <w:szCs w:val="24"/>
          <w:lang w:val="tt-RU" w:eastAsia="en-US"/>
        </w:rPr>
        <w:t>ам</w:t>
      </w:r>
      <w:r w:rsidR="00106A34"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712881FC" w14:textId="535F11EA" w:rsidR="00106A34" w:rsidRPr="000127C1" w:rsidRDefault="00106A34" w:rsidP="000127C1">
      <w:pPr>
        <w:pStyle w:val="a5"/>
        <w:numPr>
          <w:ilvl w:val="0"/>
          <w:numId w:val="2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использование в качестве опоры при порождении собственных высказываний ключевых слов, плана.</w:t>
      </w:r>
    </w:p>
    <w:p w14:paraId="7BDB1510" w14:textId="5E281A1C" w:rsidR="00106A34" w:rsidRPr="000127C1" w:rsidRDefault="00106A34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использование синоним</w:t>
      </w:r>
      <w:r w:rsidR="00763D31" w:rsidRPr="000127C1">
        <w:rPr>
          <w:rFonts w:eastAsiaTheme="minorHAnsi"/>
          <w:color w:val="auto"/>
          <w:sz w:val="24"/>
          <w:szCs w:val="24"/>
          <w:lang w:val="tt-RU" w:eastAsia="en-US"/>
        </w:rPr>
        <w:t>ов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, антоним</w:t>
      </w:r>
      <w:r w:rsidR="00763D31" w:rsidRPr="000127C1">
        <w:rPr>
          <w:rFonts w:eastAsiaTheme="minorHAnsi"/>
          <w:color w:val="auto"/>
          <w:sz w:val="24"/>
          <w:szCs w:val="24"/>
          <w:lang w:val="tt-RU" w:eastAsia="en-US"/>
        </w:rPr>
        <w:t>ов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при дефиците языковых средств.</w:t>
      </w:r>
    </w:p>
    <w:p w14:paraId="0D60ED74" w14:textId="78C05303" w:rsidR="0097508E" w:rsidRPr="000127C1" w:rsidRDefault="006E6C38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4" w:name="_Toc105662358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8 класс</w:t>
      </w:r>
      <w:bookmarkEnd w:id="14"/>
    </w:p>
    <w:p w14:paraId="5A822F37" w14:textId="77777777" w:rsidR="00F737E1" w:rsidRPr="000127C1" w:rsidRDefault="00F737E1" w:rsidP="000127C1">
      <w:pPr>
        <w:jc w:val="both"/>
        <w:rPr>
          <w:b/>
        </w:rPr>
      </w:pPr>
      <w:r w:rsidRPr="000127C1">
        <w:rPr>
          <w:b/>
        </w:rPr>
        <w:t>Тематическое содержание речи</w:t>
      </w:r>
    </w:p>
    <w:p w14:paraId="4F5A3409" w14:textId="1B3B12C6" w:rsidR="000F24ED" w:rsidRPr="000127C1" w:rsidRDefault="000F24ED" w:rsidP="000127C1">
      <w:pPr>
        <w:ind w:firstLine="709"/>
        <w:jc w:val="both"/>
        <w:rPr>
          <w:bCs/>
          <w:iCs/>
          <w:lang w:eastAsia="en-US"/>
        </w:rPr>
      </w:pPr>
      <w:r w:rsidRPr="000127C1">
        <w:rPr>
          <w:bCs/>
          <w:iCs/>
          <w:lang w:val="tt-RU"/>
        </w:rPr>
        <w:t>1.</w:t>
      </w:r>
      <w:r w:rsidRPr="000127C1">
        <w:rPr>
          <w:bCs/>
          <w:i/>
          <w:lang w:val="tt-RU"/>
        </w:rPr>
        <w:t xml:space="preserve"> </w:t>
      </w:r>
      <w:r w:rsidRPr="000127C1">
        <w:rPr>
          <w:bCs/>
          <w:iCs/>
        </w:rPr>
        <w:t>Мир моего «</w:t>
      </w:r>
      <w:r w:rsidR="00291A74" w:rsidRPr="000127C1">
        <w:rPr>
          <w:bCs/>
          <w:iCs/>
        </w:rPr>
        <w:t>Я</w:t>
      </w:r>
      <w:r w:rsidRPr="000127C1">
        <w:rPr>
          <w:bCs/>
          <w:iCs/>
        </w:rPr>
        <w:t>»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val="tt-RU" w:eastAsia="en-US"/>
        </w:rPr>
        <w:t>О</w:t>
      </w:r>
      <w:r w:rsidRPr="000127C1">
        <w:rPr>
          <w:bCs/>
          <w:iCs/>
          <w:lang w:eastAsia="en-US"/>
        </w:rPr>
        <w:t>бщени</w:t>
      </w:r>
      <w:r w:rsidRPr="000127C1">
        <w:rPr>
          <w:bCs/>
          <w:iCs/>
          <w:lang w:val="tt-RU" w:eastAsia="en-US"/>
        </w:rPr>
        <w:t>е</w:t>
      </w:r>
      <w:r w:rsidRPr="000127C1">
        <w:rPr>
          <w:bCs/>
          <w:iCs/>
          <w:lang w:eastAsia="en-US"/>
        </w:rPr>
        <w:t xml:space="preserve"> и дружб</w:t>
      </w:r>
      <w:r w:rsidRPr="000127C1">
        <w:rPr>
          <w:bCs/>
          <w:iCs/>
          <w:lang w:val="tt-RU" w:eastAsia="en-US"/>
        </w:rPr>
        <w:t>а</w:t>
      </w:r>
      <w:r w:rsidRPr="000127C1">
        <w:rPr>
          <w:bCs/>
          <w:iCs/>
          <w:lang w:eastAsia="en-US"/>
        </w:rPr>
        <w:t xml:space="preserve"> с ровесниками. Свободное время, </w:t>
      </w:r>
      <w:r w:rsidRPr="000127C1">
        <w:rPr>
          <w:bCs/>
          <w:lang w:eastAsia="en-US"/>
        </w:rPr>
        <w:t>любимые занятия и путешествия.</w:t>
      </w:r>
    </w:p>
    <w:p w14:paraId="528B1C0E" w14:textId="329EA5EA" w:rsidR="000F24ED" w:rsidRPr="000127C1" w:rsidRDefault="000F24ED" w:rsidP="000127C1">
      <w:pPr>
        <w:ind w:firstLine="709"/>
        <w:jc w:val="both"/>
        <w:rPr>
          <w:bCs/>
          <w:iCs/>
          <w:lang w:val="tt-RU" w:eastAsia="en-US"/>
        </w:rPr>
      </w:pPr>
      <w:r w:rsidRPr="000127C1">
        <w:rPr>
          <w:bCs/>
          <w:iCs/>
          <w:lang w:val="tt-RU"/>
        </w:rPr>
        <w:t xml:space="preserve">2. </w:t>
      </w:r>
      <w:r w:rsidRPr="000127C1">
        <w:rPr>
          <w:bCs/>
          <w:iCs/>
        </w:rPr>
        <w:t>Мир вокруг меня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eastAsia="en-US"/>
        </w:rPr>
        <w:t xml:space="preserve">Школьная жизнь. </w:t>
      </w:r>
      <w:r w:rsidRPr="000127C1">
        <w:rPr>
          <w:bCs/>
          <w:iCs/>
          <w:lang w:val="tt-RU" w:eastAsia="en-US"/>
        </w:rPr>
        <w:t>П</w:t>
      </w:r>
      <w:r w:rsidRPr="000127C1">
        <w:rPr>
          <w:bCs/>
          <w:iCs/>
          <w:lang w:eastAsia="en-US"/>
        </w:rPr>
        <w:t>ланирование своего времени.</w:t>
      </w:r>
      <w:r w:rsidRPr="000127C1">
        <w:rPr>
          <w:bCs/>
          <w:iCs/>
          <w:lang w:val="tt-RU" w:eastAsia="en-US"/>
        </w:rPr>
        <w:t xml:space="preserve"> </w:t>
      </w:r>
      <w:r w:rsidRPr="000127C1">
        <w:rPr>
          <w:bCs/>
          <w:iCs/>
          <w:lang w:eastAsia="en-US"/>
        </w:rPr>
        <w:t xml:space="preserve">Природа и человек. </w:t>
      </w:r>
      <w:r w:rsidRPr="000127C1">
        <w:rPr>
          <w:bCs/>
          <w:iCs/>
          <w:lang w:val="tt-RU" w:eastAsia="en-US"/>
        </w:rPr>
        <w:t>Э</w:t>
      </w:r>
      <w:r w:rsidRPr="000127C1">
        <w:rPr>
          <w:bCs/>
          <w:iCs/>
          <w:lang w:eastAsia="en-US"/>
        </w:rPr>
        <w:t>кологи</w:t>
      </w:r>
      <w:r w:rsidRPr="000127C1">
        <w:rPr>
          <w:bCs/>
          <w:iCs/>
          <w:lang w:val="tt-RU" w:eastAsia="en-US"/>
        </w:rPr>
        <w:t>я</w:t>
      </w:r>
      <w:r w:rsidRPr="000127C1">
        <w:rPr>
          <w:bCs/>
          <w:lang w:eastAsia="en-US"/>
        </w:rPr>
        <w:t xml:space="preserve"> </w:t>
      </w:r>
      <w:r w:rsidR="00453707" w:rsidRPr="000127C1">
        <w:rPr>
          <w:bCs/>
          <w:lang w:val="tt-RU" w:eastAsia="en-US"/>
        </w:rPr>
        <w:t xml:space="preserve">и </w:t>
      </w:r>
      <w:r w:rsidRPr="000127C1">
        <w:rPr>
          <w:bCs/>
          <w:lang w:eastAsia="en-US"/>
        </w:rPr>
        <w:t>окружающ</w:t>
      </w:r>
      <w:r w:rsidR="00453707" w:rsidRPr="000127C1">
        <w:rPr>
          <w:bCs/>
          <w:lang w:val="tt-RU" w:eastAsia="en-US"/>
        </w:rPr>
        <w:t xml:space="preserve">ая </w:t>
      </w:r>
      <w:r w:rsidRPr="000127C1">
        <w:rPr>
          <w:bCs/>
          <w:lang w:eastAsia="en-US"/>
        </w:rPr>
        <w:t>сред</w:t>
      </w:r>
      <w:r w:rsidR="00453707" w:rsidRPr="000127C1">
        <w:rPr>
          <w:bCs/>
          <w:lang w:val="tt-RU" w:eastAsia="en-US"/>
        </w:rPr>
        <w:t>а</w:t>
      </w:r>
      <w:r w:rsidRPr="000127C1">
        <w:rPr>
          <w:bCs/>
          <w:iCs/>
          <w:lang w:val="tt-RU" w:eastAsia="en-US"/>
        </w:rPr>
        <w:t>.</w:t>
      </w:r>
    </w:p>
    <w:p w14:paraId="3DC0164F" w14:textId="118F670F" w:rsidR="000F24ED" w:rsidRPr="000127C1" w:rsidRDefault="000F24ED" w:rsidP="000127C1">
      <w:pPr>
        <w:ind w:firstLine="709"/>
        <w:jc w:val="both"/>
        <w:rPr>
          <w:bCs/>
          <w:iCs/>
          <w:lang w:eastAsia="en-US"/>
        </w:rPr>
      </w:pPr>
      <w:r w:rsidRPr="000127C1">
        <w:rPr>
          <w:bCs/>
          <w:iCs/>
          <w:lang w:val="tt-RU"/>
        </w:rPr>
        <w:t xml:space="preserve">3. </w:t>
      </w:r>
      <w:r w:rsidRPr="000127C1">
        <w:rPr>
          <w:bCs/>
          <w:iCs/>
        </w:rPr>
        <w:t>Мир моих увлечений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</w:rPr>
        <w:t xml:space="preserve"> </w:t>
      </w:r>
      <w:r w:rsidRPr="000127C1">
        <w:rPr>
          <w:bCs/>
          <w:iCs/>
          <w:lang w:eastAsia="en-US"/>
        </w:rPr>
        <w:t xml:space="preserve">В мире </w:t>
      </w:r>
      <w:r w:rsidRPr="000127C1">
        <w:rPr>
          <w:bCs/>
          <w:iCs/>
          <w:lang w:val="tt-RU" w:eastAsia="en-US"/>
        </w:rPr>
        <w:t>музыки.</w:t>
      </w:r>
      <w:r w:rsidR="006E6C38" w:rsidRPr="000127C1">
        <w:rPr>
          <w:bCs/>
          <w:iCs/>
          <w:lang w:val="tt-RU" w:eastAsia="en-US"/>
        </w:rPr>
        <w:t xml:space="preserve"> </w:t>
      </w:r>
      <w:r w:rsidRPr="000127C1">
        <w:rPr>
          <w:bCs/>
          <w:iCs/>
          <w:lang w:val="tt-RU" w:eastAsia="en-US"/>
        </w:rPr>
        <w:t xml:space="preserve">Молодежная мода и дизайн. </w:t>
      </w:r>
      <w:r w:rsidR="00482460" w:rsidRPr="000127C1">
        <w:rPr>
          <w:bCs/>
          <w:iCs/>
          <w:lang w:val="tt-RU" w:eastAsia="en-US"/>
        </w:rPr>
        <w:t>Здоровый образ жизни.</w:t>
      </w:r>
    </w:p>
    <w:p w14:paraId="0D24AAA5" w14:textId="2AC54C68" w:rsidR="000F24ED" w:rsidRPr="000127C1" w:rsidRDefault="000F24ED" w:rsidP="000127C1">
      <w:pPr>
        <w:ind w:firstLine="709"/>
        <w:jc w:val="both"/>
        <w:rPr>
          <w:bCs/>
          <w:iCs/>
          <w:lang w:eastAsia="en-US"/>
        </w:rPr>
      </w:pPr>
      <w:r w:rsidRPr="000127C1">
        <w:rPr>
          <w:bCs/>
          <w:iCs/>
          <w:lang w:val="tt-RU"/>
        </w:rPr>
        <w:t xml:space="preserve">4. </w:t>
      </w:r>
      <w:r w:rsidR="00F2616F" w:rsidRPr="000127C1">
        <w:rPr>
          <w:bCs/>
          <w:iCs/>
        </w:rPr>
        <w:t>Моя Р</w:t>
      </w:r>
      <w:r w:rsidRPr="000127C1">
        <w:rPr>
          <w:bCs/>
          <w:iCs/>
        </w:rPr>
        <w:t>одина</w:t>
      </w:r>
      <w:r w:rsidR="00DB14BC" w:rsidRPr="000127C1">
        <w:rPr>
          <w:bCs/>
          <w:iCs/>
        </w:rPr>
        <w:t>:</w:t>
      </w:r>
      <w:r w:rsidR="00291A74" w:rsidRPr="000127C1">
        <w:rPr>
          <w:bCs/>
          <w:iCs/>
          <w:lang w:val="tt-RU"/>
        </w:rPr>
        <w:t xml:space="preserve"> </w:t>
      </w:r>
      <w:r w:rsidRPr="000127C1">
        <w:rPr>
          <w:bCs/>
          <w:iCs/>
          <w:lang w:val="tt-RU" w:eastAsia="en-US"/>
        </w:rPr>
        <w:t xml:space="preserve">Города России и Татарстана, их достопримечательности. </w:t>
      </w:r>
      <w:r w:rsidRPr="000127C1">
        <w:rPr>
          <w:bCs/>
          <w:iCs/>
          <w:lang w:eastAsia="en-US"/>
        </w:rPr>
        <w:t>Татарстан – мой родной край. Выдающиеся личности</w:t>
      </w:r>
      <w:r w:rsidRPr="000127C1">
        <w:rPr>
          <w:bCs/>
          <w:iCs/>
          <w:lang w:val="tt-RU" w:eastAsia="en-US"/>
        </w:rPr>
        <w:t xml:space="preserve"> татарского народа (ученые, писатели, поэты, артисты, спортсмены).</w:t>
      </w:r>
    </w:p>
    <w:p w14:paraId="52B33C87" w14:textId="2677DE6B" w:rsidR="00BB5552" w:rsidRPr="000127C1" w:rsidRDefault="00040A35" w:rsidP="000127C1">
      <w:pPr>
        <w:jc w:val="both"/>
        <w:rPr>
          <w:b/>
        </w:rPr>
      </w:pPr>
      <w:r w:rsidRPr="000127C1">
        <w:rPr>
          <w:b/>
        </w:rPr>
        <w:t>У</w:t>
      </w:r>
      <w:r w:rsidR="00BB5552" w:rsidRPr="000127C1">
        <w:rPr>
          <w:b/>
        </w:rPr>
        <w:t>мения</w:t>
      </w:r>
      <w:r w:rsidRPr="000127C1">
        <w:rPr>
          <w:b/>
        </w:rPr>
        <w:t xml:space="preserve"> по видам речевой деятельности</w:t>
      </w:r>
    </w:p>
    <w:p w14:paraId="07A67247" w14:textId="323501E5" w:rsidR="00040A35" w:rsidRPr="000127C1" w:rsidRDefault="00BA2215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Аудирование</w:t>
      </w:r>
    </w:p>
    <w:p w14:paraId="75041DD7" w14:textId="22325A4F" w:rsidR="008256B9" w:rsidRPr="000127C1" w:rsidRDefault="008256B9" w:rsidP="000127C1">
      <w:pPr>
        <w:pStyle w:val="a5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567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bCs/>
          <w:color w:val="auto"/>
          <w:sz w:val="24"/>
          <w:szCs w:val="24"/>
          <w:lang w:val="tt-RU"/>
        </w:rPr>
        <w:t xml:space="preserve">восприятие на слух </w:t>
      </w:r>
      <w:r w:rsidRPr="000127C1">
        <w:rPr>
          <w:color w:val="auto"/>
          <w:sz w:val="24"/>
          <w:szCs w:val="24"/>
          <w:lang w:val="tt-RU"/>
        </w:rPr>
        <w:t xml:space="preserve">адаптированных аутентичных текстов, содержащих отдельные незнакомые слова, с пониманием основного содержания, с пониманием запрашиваемой информации и </w:t>
      </w:r>
      <w:r w:rsidRPr="000127C1">
        <w:rPr>
          <w:bCs/>
          <w:color w:val="auto"/>
          <w:sz w:val="24"/>
          <w:szCs w:val="24"/>
        </w:rPr>
        <w:t>умение определять основную тему</w:t>
      </w:r>
      <w:r w:rsidR="00055FEC" w:rsidRPr="000127C1">
        <w:rPr>
          <w:bCs/>
          <w:color w:val="auto"/>
          <w:sz w:val="24"/>
          <w:szCs w:val="24"/>
        </w:rPr>
        <w:t xml:space="preserve"> / </w:t>
      </w:r>
      <w:r w:rsidRPr="000127C1">
        <w:rPr>
          <w:bCs/>
          <w:color w:val="auto"/>
          <w:sz w:val="24"/>
          <w:szCs w:val="24"/>
        </w:rPr>
        <w:t xml:space="preserve">идею </w:t>
      </w:r>
      <w:r w:rsidRPr="000127C1">
        <w:rPr>
          <w:bCs/>
          <w:color w:val="auto"/>
          <w:sz w:val="24"/>
          <w:szCs w:val="24"/>
          <w:lang w:val="tt-RU"/>
        </w:rPr>
        <w:t xml:space="preserve">прослушанного </w:t>
      </w:r>
      <w:r w:rsidRPr="000127C1">
        <w:rPr>
          <w:bCs/>
          <w:color w:val="auto"/>
          <w:sz w:val="24"/>
          <w:szCs w:val="24"/>
        </w:rPr>
        <w:t>текста</w:t>
      </w:r>
      <w:r w:rsidRPr="000127C1">
        <w:rPr>
          <w:color w:val="auto"/>
          <w:sz w:val="24"/>
          <w:szCs w:val="24"/>
          <w:lang w:val="tt-RU"/>
        </w:rPr>
        <w:t>.</w:t>
      </w:r>
    </w:p>
    <w:p w14:paraId="0D5D83FE" w14:textId="7BDFE729" w:rsidR="00763D31" w:rsidRPr="000127C1" w:rsidRDefault="00763D31" w:rsidP="000127C1">
      <w:pPr>
        <w:pStyle w:val="a5"/>
        <w:numPr>
          <w:ilvl w:val="0"/>
          <w:numId w:val="83"/>
        </w:numPr>
        <w:tabs>
          <w:tab w:val="left" w:pos="1134"/>
        </w:tabs>
        <w:spacing w:after="0" w:line="240" w:lineRule="auto"/>
        <w:ind w:left="0" w:firstLine="709"/>
        <w:rPr>
          <w:bCs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</w:rPr>
        <w:t>выполнение условно-речевых упражнений для развития оперативной памяти: восстановление прослушанного текста по принципу «снежного кома»; для развития логической памяти: восстановление логики повествования прослушанного текста; постановка уточняющих вопросов к прослушанному тексту.</w:t>
      </w:r>
    </w:p>
    <w:p w14:paraId="4F562577" w14:textId="77777777" w:rsidR="00040A35" w:rsidRPr="000127C1" w:rsidRDefault="00040A35" w:rsidP="000127C1">
      <w:pPr>
        <w:ind w:firstLine="709"/>
        <w:jc w:val="both"/>
        <w:rPr>
          <w:lang w:val="tt-RU"/>
        </w:rPr>
      </w:pPr>
      <w:r w:rsidRPr="000127C1">
        <w:rPr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6E83161" w14:textId="77777777" w:rsidR="00040A35" w:rsidRPr="000127C1" w:rsidRDefault="00040A35" w:rsidP="000127C1">
      <w:pPr>
        <w:ind w:firstLine="709"/>
        <w:jc w:val="both"/>
        <w:rPr>
          <w:bCs/>
          <w:lang w:val="tt-RU"/>
        </w:rPr>
      </w:pPr>
      <w:r w:rsidRPr="000127C1">
        <w:rPr>
          <w:lang w:val="tt-RU"/>
        </w:rPr>
        <w:t xml:space="preserve">Время звучания текста для аудирования – </w:t>
      </w:r>
      <w:r w:rsidRPr="000127C1">
        <w:rPr>
          <w:bCs/>
          <w:lang w:val="tt-RU"/>
        </w:rPr>
        <w:t>до 2-х минут.</w:t>
      </w:r>
    </w:p>
    <w:p w14:paraId="4125F6E9" w14:textId="77777777" w:rsidR="00BB5552" w:rsidRPr="000127C1" w:rsidRDefault="00BB5552" w:rsidP="000127C1">
      <w:pPr>
        <w:ind w:firstLine="709"/>
        <w:jc w:val="both"/>
        <w:rPr>
          <w:b/>
          <w:lang w:val="tt-RU"/>
        </w:rPr>
      </w:pPr>
      <w:r w:rsidRPr="000127C1">
        <w:rPr>
          <w:b/>
          <w:lang w:val="tt-RU"/>
        </w:rPr>
        <w:t>Говорение</w:t>
      </w:r>
    </w:p>
    <w:p w14:paraId="687E29C0" w14:textId="50D2DC2E" w:rsidR="0076549A" w:rsidRPr="000127C1" w:rsidRDefault="00F14BCA" w:rsidP="000127C1">
      <w:pPr>
        <w:ind w:firstLine="709"/>
        <w:jc w:val="both"/>
      </w:pPr>
      <w:r w:rsidRPr="000127C1">
        <w:t>Д</w:t>
      </w:r>
      <w:r w:rsidR="0076549A" w:rsidRPr="000127C1">
        <w:t>иалогическ</w:t>
      </w:r>
      <w:r w:rsidR="00CC41D8" w:rsidRPr="000127C1">
        <w:t>ая речь</w:t>
      </w:r>
      <w:r w:rsidR="0076549A" w:rsidRPr="000127C1">
        <w:t>:</w:t>
      </w:r>
    </w:p>
    <w:p w14:paraId="4CD921AF" w14:textId="53CFE99C" w:rsidR="008256B9" w:rsidRPr="000127C1" w:rsidRDefault="008256B9" w:rsidP="000127C1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bCs/>
        </w:rPr>
      </w:pPr>
      <w:r w:rsidRPr="000127C1">
        <w:rPr>
          <w:bCs/>
        </w:rPr>
        <w:t>вести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диалог этикетного характера: начинать, поддерживать и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заканчивать разговор, вежливо переспрашивать; поздравлять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с праздником, выражать пожелания и вежливо реагировать на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поздравление; выражать благодарность; вежливо соглашаться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на предложение</w:t>
      </w:r>
      <w:r w:rsidR="00055FEC" w:rsidRPr="000127C1">
        <w:rPr>
          <w:bCs/>
        </w:rPr>
        <w:t xml:space="preserve"> / </w:t>
      </w:r>
      <w:r w:rsidRPr="000127C1">
        <w:rPr>
          <w:bCs/>
        </w:rPr>
        <w:t>отказываться от предложения собеседника;</w:t>
      </w:r>
    </w:p>
    <w:p w14:paraId="40EE0F70" w14:textId="44F07646" w:rsidR="008256B9" w:rsidRPr="000127C1" w:rsidRDefault="008256B9" w:rsidP="000127C1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bCs/>
        </w:rPr>
      </w:pPr>
      <w:r w:rsidRPr="000127C1">
        <w:rPr>
          <w:bCs/>
          <w:lang w:val="tt-RU"/>
        </w:rPr>
        <w:t xml:space="preserve">вести </w:t>
      </w:r>
      <w:r w:rsidRPr="000127C1">
        <w:rPr>
          <w:bCs/>
        </w:rPr>
        <w:t>диалог-побуждение к действию: обращаться с просьбой,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вежливо соглашаться</w:t>
      </w:r>
      <w:r w:rsidR="00055FEC" w:rsidRPr="000127C1">
        <w:rPr>
          <w:bCs/>
        </w:rPr>
        <w:t xml:space="preserve"> / </w:t>
      </w:r>
      <w:r w:rsidRPr="000127C1">
        <w:rPr>
          <w:bCs/>
        </w:rPr>
        <w:t>не соглашаться выполнить просьбу; приглашать собеседника к совместной деятельности, вежливо соглашаться</w:t>
      </w:r>
      <w:r w:rsidR="00055FEC" w:rsidRPr="000127C1">
        <w:rPr>
          <w:bCs/>
        </w:rPr>
        <w:t xml:space="preserve"> / </w:t>
      </w:r>
      <w:r w:rsidRPr="000127C1">
        <w:rPr>
          <w:bCs/>
        </w:rPr>
        <w:t>не соглашаться на предложение собеседника, объясняя причину своего решения;</w:t>
      </w:r>
    </w:p>
    <w:p w14:paraId="07D325DD" w14:textId="77777777" w:rsidR="008256B9" w:rsidRPr="000127C1" w:rsidRDefault="008256B9" w:rsidP="000127C1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bCs/>
        </w:rPr>
      </w:pPr>
      <w:r w:rsidRPr="000127C1">
        <w:rPr>
          <w:bCs/>
          <w:lang w:val="tt-RU"/>
        </w:rPr>
        <w:t xml:space="preserve">вести </w:t>
      </w:r>
      <w:r w:rsidRPr="000127C1">
        <w:rPr>
          <w:bCs/>
        </w:rPr>
        <w:t>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информацию; переходить с позиции спрашивающего на позицию отвечающего и</w:t>
      </w:r>
      <w:r w:rsidRPr="000127C1">
        <w:rPr>
          <w:bCs/>
          <w:lang w:val="tt-RU"/>
        </w:rPr>
        <w:t xml:space="preserve">, </w:t>
      </w:r>
      <w:r w:rsidRPr="000127C1">
        <w:rPr>
          <w:bCs/>
        </w:rPr>
        <w:t>наоборот;</w:t>
      </w:r>
    </w:p>
    <w:p w14:paraId="4A605185" w14:textId="77777777" w:rsidR="008256B9" w:rsidRPr="000127C1" w:rsidRDefault="008256B9" w:rsidP="000127C1">
      <w:pPr>
        <w:numPr>
          <w:ilvl w:val="0"/>
          <w:numId w:val="30"/>
        </w:numPr>
        <w:tabs>
          <w:tab w:val="left" w:pos="1134"/>
        </w:tabs>
        <w:ind w:left="0" w:firstLine="709"/>
        <w:jc w:val="both"/>
        <w:rPr>
          <w:bCs/>
        </w:rPr>
      </w:pPr>
      <w:r w:rsidRPr="000127C1">
        <w:rPr>
          <w:bCs/>
        </w:rPr>
        <w:t>вести комбинированный диалог.</w:t>
      </w:r>
    </w:p>
    <w:p w14:paraId="167F2B9A" w14:textId="77777777" w:rsidR="00241D04" w:rsidRPr="000127C1" w:rsidRDefault="00241D04" w:rsidP="000127C1">
      <w:pPr>
        <w:ind w:firstLine="709"/>
        <w:jc w:val="both"/>
        <w:rPr>
          <w:b/>
        </w:rPr>
      </w:pPr>
      <w:r w:rsidRPr="000127C1">
        <w:t>Объ</w:t>
      </w:r>
      <w:r w:rsidR="002019E7" w:rsidRPr="000127C1">
        <w:t>е</w:t>
      </w:r>
      <w:r w:rsidRPr="000127C1">
        <w:t>м диалога</w:t>
      </w:r>
      <w:r w:rsidRPr="000127C1">
        <w:rPr>
          <w:lang w:val="tt-RU"/>
        </w:rPr>
        <w:t>:</w:t>
      </w:r>
      <w:r w:rsidR="007553BF" w:rsidRPr="000127C1">
        <w:t xml:space="preserve"> </w:t>
      </w:r>
      <w:r w:rsidR="00AB5C2D" w:rsidRPr="000127C1">
        <w:rPr>
          <w:bCs/>
          <w:lang w:val="tt-RU"/>
        </w:rPr>
        <w:t>9</w:t>
      </w:r>
      <w:r w:rsidR="002019E7" w:rsidRPr="000127C1">
        <w:rPr>
          <w:bCs/>
          <w:lang w:val="tt-RU"/>
        </w:rPr>
        <w:t>–</w:t>
      </w:r>
      <w:r w:rsidR="00AB5C2D" w:rsidRPr="000127C1">
        <w:rPr>
          <w:bCs/>
          <w:lang w:val="tt-RU"/>
        </w:rPr>
        <w:t>10</w:t>
      </w:r>
      <w:r w:rsidRPr="000127C1">
        <w:rPr>
          <w:lang w:val="tt-RU"/>
        </w:rPr>
        <w:t xml:space="preserve"> </w:t>
      </w:r>
      <w:r w:rsidRPr="000127C1">
        <w:t>реплик со стороны каждого собеседника</w:t>
      </w:r>
      <w:r w:rsidR="002019E7" w:rsidRPr="000127C1">
        <w:t>.</w:t>
      </w:r>
    </w:p>
    <w:p w14:paraId="27B85F3B" w14:textId="0CE5B773" w:rsidR="00241D04" w:rsidRPr="000127C1" w:rsidRDefault="00CC41D8" w:rsidP="000127C1">
      <w:pPr>
        <w:ind w:firstLine="709"/>
        <w:jc w:val="both"/>
        <w:rPr>
          <w:iCs/>
        </w:rPr>
      </w:pPr>
      <w:r w:rsidRPr="000127C1">
        <w:rPr>
          <w:iCs/>
        </w:rPr>
        <w:t>М</w:t>
      </w:r>
      <w:r w:rsidR="00241D04" w:rsidRPr="000127C1">
        <w:rPr>
          <w:iCs/>
        </w:rPr>
        <w:t>онологическ</w:t>
      </w:r>
      <w:r w:rsidRPr="000127C1">
        <w:rPr>
          <w:iCs/>
        </w:rPr>
        <w:t>ая речь</w:t>
      </w:r>
      <w:r w:rsidR="00547D16" w:rsidRPr="000127C1">
        <w:rPr>
          <w:iCs/>
        </w:rPr>
        <w:t>:</w:t>
      </w:r>
    </w:p>
    <w:p w14:paraId="672A1B52" w14:textId="78244BF9" w:rsidR="00241D04" w:rsidRPr="000127C1" w:rsidRDefault="00241D04" w:rsidP="000127C1">
      <w:pPr>
        <w:pStyle w:val="a5"/>
        <w:numPr>
          <w:ilvl w:val="0"/>
          <w:numId w:val="3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создание устных связных монологических высказываний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с использованием основных коммуникативных типов речи: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описание (предмета, внешности и одежды человека), в том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числе характеристика реального человека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или литературного персонажа);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повествование</w:t>
      </w:r>
      <w:r w:rsidR="00055FEC" w:rsidRPr="000127C1">
        <w:rPr>
          <w:color w:val="auto"/>
          <w:sz w:val="24"/>
          <w:szCs w:val="24"/>
        </w:rPr>
        <w:t xml:space="preserve"> / </w:t>
      </w:r>
      <w:r w:rsidR="00CC41D8" w:rsidRPr="000127C1">
        <w:rPr>
          <w:color w:val="auto"/>
          <w:sz w:val="24"/>
          <w:szCs w:val="24"/>
        </w:rPr>
        <w:t>сообщение,</w:t>
      </w:r>
      <w:r w:rsidR="00F14BCA" w:rsidRPr="000127C1">
        <w:rPr>
          <w:color w:val="auto"/>
          <w:sz w:val="24"/>
          <w:szCs w:val="24"/>
        </w:rPr>
        <w:t xml:space="preserve"> </w:t>
      </w:r>
      <w:r w:rsidR="00CC41D8" w:rsidRPr="000127C1">
        <w:rPr>
          <w:color w:val="auto"/>
          <w:sz w:val="24"/>
          <w:szCs w:val="24"/>
        </w:rPr>
        <w:t>рассуждение;</w:t>
      </w:r>
    </w:p>
    <w:p w14:paraId="5566FE2B" w14:textId="286FE105" w:rsidR="00241D04" w:rsidRPr="000127C1" w:rsidRDefault="00241D04" w:rsidP="000127C1">
      <w:pPr>
        <w:pStyle w:val="a5"/>
        <w:numPr>
          <w:ilvl w:val="0"/>
          <w:numId w:val="3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</w:rPr>
        <w:t>изложение (пересказ) основного содержания прочитанного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AB5C2D" w:rsidRPr="000127C1">
        <w:rPr>
          <w:color w:val="auto"/>
          <w:sz w:val="24"/>
          <w:szCs w:val="24"/>
          <w:lang w:val="tt-RU"/>
        </w:rPr>
        <w:t>прослушанного текста</w:t>
      </w:r>
      <w:r w:rsidR="002019E7" w:rsidRPr="000127C1">
        <w:rPr>
          <w:color w:val="auto"/>
          <w:sz w:val="24"/>
          <w:szCs w:val="24"/>
          <w:lang w:val="tt-RU"/>
        </w:rPr>
        <w:t>;</w:t>
      </w:r>
    </w:p>
    <w:p w14:paraId="6B31883E" w14:textId="77777777" w:rsidR="00241D04" w:rsidRPr="000127C1" w:rsidRDefault="00241D04" w:rsidP="000127C1">
      <w:pPr>
        <w:pStyle w:val="a5"/>
        <w:numPr>
          <w:ilvl w:val="0"/>
          <w:numId w:val="3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краткое изложение результатов выполненной проектной работы.</w:t>
      </w:r>
    </w:p>
    <w:p w14:paraId="66449D72" w14:textId="77777777" w:rsidR="00241D04" w:rsidRPr="000127C1" w:rsidRDefault="002019E7" w:rsidP="000127C1">
      <w:pPr>
        <w:ind w:firstLine="709"/>
        <w:jc w:val="both"/>
        <w:rPr>
          <w:bCs/>
        </w:rPr>
      </w:pPr>
      <w:r w:rsidRPr="000127C1">
        <w:t>Объе</w:t>
      </w:r>
      <w:r w:rsidR="00241D04" w:rsidRPr="000127C1">
        <w:t>м монологического высказывания</w:t>
      </w:r>
      <w:r w:rsidR="00241D04" w:rsidRPr="000127C1">
        <w:rPr>
          <w:lang w:val="tt-RU"/>
        </w:rPr>
        <w:t>:</w:t>
      </w:r>
      <w:r w:rsidR="007553BF" w:rsidRPr="000127C1">
        <w:t xml:space="preserve"> </w:t>
      </w:r>
      <w:r w:rsidR="00241D04" w:rsidRPr="000127C1">
        <w:rPr>
          <w:bCs/>
          <w:lang w:val="tt-RU"/>
        </w:rPr>
        <w:t>9</w:t>
      </w:r>
      <w:r w:rsidRPr="000127C1">
        <w:rPr>
          <w:bCs/>
          <w:lang w:val="tt-RU"/>
        </w:rPr>
        <w:t>–</w:t>
      </w:r>
      <w:r w:rsidR="00AB5C2D" w:rsidRPr="000127C1">
        <w:rPr>
          <w:bCs/>
          <w:lang w:val="tt-RU"/>
        </w:rPr>
        <w:t>10</w:t>
      </w:r>
      <w:r w:rsidR="00241D04" w:rsidRPr="000127C1">
        <w:rPr>
          <w:bCs/>
        </w:rPr>
        <w:t xml:space="preserve"> фраз.</w:t>
      </w:r>
    </w:p>
    <w:p w14:paraId="7159000B" w14:textId="34828E10" w:rsidR="0076549A" w:rsidRPr="000127C1" w:rsidRDefault="00AB5C2D" w:rsidP="000127C1">
      <w:pPr>
        <w:ind w:firstLine="709"/>
        <w:jc w:val="both"/>
        <w:rPr>
          <w:b/>
          <w:i/>
        </w:rPr>
      </w:pPr>
      <w:r w:rsidRPr="000127C1">
        <w:rPr>
          <w:lang w:val="tt-RU"/>
        </w:rPr>
        <w:t>У</w:t>
      </w:r>
      <w:r w:rsidRPr="000127C1">
        <w:t xml:space="preserve">мения диалогической </w:t>
      </w:r>
      <w:r w:rsidRPr="000127C1">
        <w:rPr>
          <w:lang w:val="tt-RU"/>
        </w:rPr>
        <w:t xml:space="preserve">и монологической </w:t>
      </w:r>
      <w:r w:rsidRPr="000127C1">
        <w:t>речи развиваются в стандартных ситуациях общения в рамках</w:t>
      </w:r>
      <w:r w:rsidRPr="000127C1">
        <w:rPr>
          <w:lang w:val="tt-RU"/>
        </w:rPr>
        <w:t xml:space="preserve"> </w:t>
      </w:r>
      <w:r w:rsidRPr="000127C1">
        <w:t>тематического содержания речи с опорой на речевые ситуации,</w:t>
      </w:r>
      <w:r w:rsidRPr="000127C1">
        <w:rPr>
          <w:lang w:val="tt-RU"/>
        </w:rPr>
        <w:t xml:space="preserve"> </w:t>
      </w:r>
      <w:r w:rsidRPr="000127C1">
        <w:t>ключевые слова и</w:t>
      </w:r>
      <w:r w:rsidR="00055FEC" w:rsidRPr="000127C1">
        <w:t xml:space="preserve"> / </w:t>
      </w:r>
      <w:r w:rsidRPr="000127C1">
        <w:t xml:space="preserve">или иллюстрации, фотографии с соблюдением норм </w:t>
      </w:r>
      <w:r w:rsidRPr="000127C1">
        <w:rPr>
          <w:lang w:val="tt-RU"/>
        </w:rPr>
        <w:t xml:space="preserve">татарского </w:t>
      </w:r>
      <w:r w:rsidRPr="000127C1">
        <w:t>речевого этикета</w:t>
      </w:r>
      <w:r w:rsidRPr="000127C1">
        <w:rPr>
          <w:lang w:val="tt-RU"/>
        </w:rPr>
        <w:t>.</w:t>
      </w:r>
    </w:p>
    <w:p w14:paraId="5DF92599" w14:textId="77777777" w:rsidR="00CB168A" w:rsidRPr="000127C1" w:rsidRDefault="00CB168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Смысловое чтение</w:t>
      </w:r>
    </w:p>
    <w:p w14:paraId="3A2436EC" w14:textId="77777777" w:rsidR="00CB168A" w:rsidRPr="000127C1" w:rsidRDefault="00CB168A" w:rsidP="000127C1">
      <w:pPr>
        <w:pStyle w:val="a5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</w:t>
      </w:r>
      <w:r w:rsidRPr="000127C1">
        <w:rPr>
          <w:color w:val="auto"/>
          <w:sz w:val="24"/>
          <w:szCs w:val="24"/>
          <w:lang w:val="tt-RU"/>
        </w:rPr>
        <w:t xml:space="preserve">тение </w:t>
      </w:r>
      <w:r w:rsidRPr="000127C1">
        <w:rPr>
          <w:color w:val="auto"/>
          <w:sz w:val="24"/>
          <w:szCs w:val="24"/>
        </w:rPr>
        <w:t xml:space="preserve">про себя </w:t>
      </w:r>
      <w:r w:rsidRPr="000127C1">
        <w:rPr>
          <w:color w:val="auto"/>
          <w:sz w:val="24"/>
          <w:szCs w:val="24"/>
          <w:lang w:val="tt-RU"/>
        </w:rPr>
        <w:t xml:space="preserve">с </w:t>
      </w:r>
      <w:r w:rsidRPr="000127C1">
        <w:rPr>
          <w:color w:val="auto"/>
          <w:sz w:val="24"/>
          <w:szCs w:val="24"/>
        </w:rPr>
        <w:t>понима</w:t>
      </w:r>
      <w:r w:rsidRPr="000127C1">
        <w:rPr>
          <w:color w:val="auto"/>
          <w:sz w:val="24"/>
          <w:szCs w:val="24"/>
          <w:lang w:val="tt-RU"/>
        </w:rPr>
        <w:t xml:space="preserve">нием </w:t>
      </w:r>
      <w:r w:rsidRPr="000127C1">
        <w:rPr>
          <w:color w:val="auto"/>
          <w:sz w:val="24"/>
          <w:szCs w:val="24"/>
        </w:rPr>
        <w:t>учебны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и несложны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адаптированны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аутентичны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текст</w:t>
      </w:r>
      <w:r w:rsidRPr="000127C1">
        <w:rPr>
          <w:color w:val="auto"/>
          <w:sz w:val="24"/>
          <w:szCs w:val="24"/>
          <w:lang w:val="tt-RU"/>
        </w:rPr>
        <w:t>ов</w:t>
      </w:r>
      <w:r w:rsidRPr="000127C1">
        <w:rPr>
          <w:color w:val="auto"/>
          <w:sz w:val="24"/>
          <w:szCs w:val="24"/>
        </w:rPr>
        <w:t xml:space="preserve"> разных жанров и стилей, содержащи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3E75A336" w14:textId="7C5E74DF" w:rsidR="008256B9" w:rsidRPr="000127C1" w:rsidRDefault="008256B9" w:rsidP="000127C1">
      <w:pPr>
        <w:pStyle w:val="a5"/>
        <w:numPr>
          <w:ilvl w:val="0"/>
          <w:numId w:val="2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с пониманием основного содержания текста с определением основной темы и главных фактов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140471A8" w14:textId="77777777" w:rsidR="00CB168A" w:rsidRPr="000127C1" w:rsidRDefault="00CB168A" w:rsidP="000127C1">
      <w:pPr>
        <w:pStyle w:val="a5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0988FF7E" w14:textId="77777777" w:rsidR="00CB168A" w:rsidRPr="000127C1" w:rsidRDefault="00CB168A" w:rsidP="000127C1">
      <w:pPr>
        <w:ind w:firstLine="709"/>
        <w:jc w:val="both"/>
      </w:pPr>
      <w:r w:rsidRPr="000127C1">
        <w:t>Тексты для чтения: беседа; отрывок из художественного произведения, в том числе рассказ, сказка; научно-популярн</w:t>
      </w:r>
      <w:r w:rsidRPr="000127C1">
        <w:rPr>
          <w:lang w:val="tt-RU"/>
        </w:rPr>
        <w:t>ые тексты</w:t>
      </w:r>
      <w:r w:rsidRPr="000127C1"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67BE46DC" w14:textId="77777777" w:rsidR="00CB168A" w:rsidRPr="000127C1" w:rsidRDefault="00CB168A" w:rsidP="000127C1">
      <w:pPr>
        <w:ind w:firstLine="709"/>
        <w:jc w:val="both"/>
      </w:pPr>
      <w:r w:rsidRPr="000127C1">
        <w:t>Объ</w:t>
      </w:r>
      <w:r w:rsidR="002019E7" w:rsidRPr="000127C1">
        <w:t>е</w:t>
      </w:r>
      <w:r w:rsidRPr="000127C1">
        <w:t>м текста для чтения</w:t>
      </w:r>
      <w:r w:rsidRPr="000127C1">
        <w:rPr>
          <w:lang w:val="tt-RU"/>
        </w:rPr>
        <w:t xml:space="preserve">: </w:t>
      </w:r>
      <w:r w:rsidR="002019E7" w:rsidRPr="000127C1">
        <w:rPr>
          <w:bCs/>
          <w:lang w:val="tt-RU"/>
        </w:rPr>
        <w:t>200–</w:t>
      </w:r>
      <w:r w:rsidRPr="000127C1">
        <w:rPr>
          <w:bCs/>
          <w:lang w:val="tt-RU"/>
        </w:rPr>
        <w:t>250</w:t>
      </w:r>
      <w:r w:rsidRPr="000127C1">
        <w:rPr>
          <w:bCs/>
        </w:rPr>
        <w:t xml:space="preserve"> слов.</w:t>
      </w:r>
    </w:p>
    <w:p w14:paraId="38226399" w14:textId="77777777" w:rsidR="00E41265" w:rsidRPr="000127C1" w:rsidRDefault="00E41265" w:rsidP="000127C1">
      <w:pPr>
        <w:ind w:firstLine="709"/>
        <w:jc w:val="both"/>
        <w:rPr>
          <w:b/>
          <w:iCs/>
          <w:lang w:val="tt-RU"/>
        </w:rPr>
      </w:pPr>
      <w:r w:rsidRPr="000127C1">
        <w:rPr>
          <w:b/>
          <w:iCs/>
        </w:rPr>
        <w:t>Письм</w:t>
      </w:r>
      <w:r w:rsidRPr="000127C1">
        <w:rPr>
          <w:b/>
          <w:iCs/>
          <w:lang w:val="tt-RU"/>
        </w:rPr>
        <w:t>енная речь</w:t>
      </w:r>
    </w:p>
    <w:p w14:paraId="18D15183" w14:textId="61BF7563" w:rsidR="00E41265" w:rsidRPr="000127C1" w:rsidRDefault="00E41265" w:rsidP="000127C1">
      <w:pPr>
        <w:numPr>
          <w:ilvl w:val="0"/>
          <w:numId w:val="86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t>написание сооб</w:t>
      </w:r>
      <w:r w:rsidR="0037460D" w:rsidRPr="000127C1">
        <w:t>щений информационного характера:</w:t>
      </w:r>
      <w:r w:rsidRPr="000127C1">
        <w:t xml:space="preserve"> объявление, меню, электронное сообщение личного характера;</w:t>
      </w:r>
    </w:p>
    <w:p w14:paraId="3130E0A3" w14:textId="77777777" w:rsidR="00E41265" w:rsidRPr="000127C1" w:rsidRDefault="00E41265" w:rsidP="000127C1">
      <w:pPr>
        <w:numPr>
          <w:ilvl w:val="0"/>
          <w:numId w:val="86"/>
        </w:numPr>
        <w:tabs>
          <w:tab w:val="left" w:pos="1134"/>
        </w:tabs>
        <w:ind w:left="0" w:firstLine="709"/>
        <w:jc w:val="both"/>
      </w:pPr>
      <w:r w:rsidRPr="000127C1">
        <w:t>написание тезисов (составление плана) к основному содержанию текста;</w:t>
      </w:r>
    </w:p>
    <w:p w14:paraId="3B26A315" w14:textId="1C045715" w:rsidR="00E41265" w:rsidRPr="000127C1" w:rsidRDefault="00E41265" w:rsidP="000127C1">
      <w:pPr>
        <w:numPr>
          <w:ilvl w:val="0"/>
          <w:numId w:val="86"/>
        </w:numPr>
        <w:tabs>
          <w:tab w:val="left" w:pos="1134"/>
        </w:tabs>
        <w:ind w:left="0" w:firstLine="709"/>
        <w:jc w:val="both"/>
        <w:rPr>
          <w:lang w:val="tt-RU"/>
        </w:rPr>
      </w:pPr>
      <w:r w:rsidRPr="000127C1">
        <w:rPr>
          <w:lang w:val="tt-RU"/>
        </w:rPr>
        <w:t>кратко</w:t>
      </w:r>
      <w:r w:rsidR="0037460D" w:rsidRPr="000127C1">
        <w:rPr>
          <w:lang w:val="tt-RU"/>
        </w:rPr>
        <w:t>е письменное изложение</w:t>
      </w:r>
      <w:r w:rsidRPr="000127C1">
        <w:rPr>
          <w:lang w:val="tt-RU"/>
        </w:rPr>
        <w:t xml:space="preserve"> основного содержания прочитанного текста;</w:t>
      </w:r>
    </w:p>
    <w:p w14:paraId="544B3C9C" w14:textId="68B8EBA8" w:rsidR="00E41265" w:rsidRPr="000127C1" w:rsidRDefault="0037460D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 xml:space="preserve">письменное изложение </w:t>
      </w:r>
      <w:r w:rsidR="00E41265" w:rsidRPr="000127C1">
        <w:rPr>
          <w:bCs/>
          <w:iCs/>
        </w:rPr>
        <w:t>своего отношения к поступкам героев, аргументируя своё мнение по нравственной проблеме прочитанного текста;</w:t>
      </w:r>
    </w:p>
    <w:p w14:paraId="518CBC92" w14:textId="709F1259" w:rsidR="00E41265" w:rsidRPr="000127C1" w:rsidRDefault="0037460D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t>письменная характеристика</w:t>
      </w:r>
      <w:r w:rsidR="00E41265" w:rsidRPr="000127C1">
        <w:t xml:space="preserve"> литературного персонажа.</w:t>
      </w:r>
    </w:p>
    <w:p w14:paraId="1F2B0AED" w14:textId="77777777" w:rsidR="00E41265" w:rsidRPr="000127C1" w:rsidRDefault="00E41265" w:rsidP="000127C1">
      <w:pPr>
        <w:tabs>
          <w:tab w:val="left" w:pos="1134"/>
        </w:tabs>
        <w:ind w:firstLine="709"/>
        <w:jc w:val="both"/>
        <w:rPr>
          <w:iCs/>
        </w:rPr>
      </w:pPr>
      <w:r w:rsidRPr="000127C1">
        <w:rPr>
          <w:bCs/>
          <w:iCs/>
        </w:rPr>
        <w:t xml:space="preserve">Объем письменного высказывания: </w:t>
      </w:r>
      <w:r w:rsidRPr="000127C1">
        <w:rPr>
          <w:iCs/>
        </w:rPr>
        <w:t xml:space="preserve">до </w:t>
      </w:r>
      <w:r w:rsidRPr="000127C1">
        <w:rPr>
          <w:iCs/>
          <w:lang w:val="tt-RU"/>
        </w:rPr>
        <w:t>7</w:t>
      </w:r>
      <w:r w:rsidRPr="000127C1">
        <w:rPr>
          <w:iCs/>
        </w:rPr>
        <w:t>0 слов.</w:t>
      </w:r>
    </w:p>
    <w:p w14:paraId="436F4E81" w14:textId="77777777" w:rsidR="0076549A" w:rsidRPr="000127C1" w:rsidRDefault="0076549A" w:rsidP="000127C1">
      <w:pPr>
        <w:jc w:val="both"/>
        <w:rPr>
          <w:b/>
        </w:rPr>
      </w:pPr>
      <w:r w:rsidRPr="000127C1">
        <w:rPr>
          <w:b/>
        </w:rPr>
        <w:t>Языковые знания и навыки</w:t>
      </w:r>
    </w:p>
    <w:p w14:paraId="202392DE" w14:textId="77777777" w:rsidR="0076549A" w:rsidRPr="000127C1" w:rsidRDefault="007654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Фонетическая сторона речи</w:t>
      </w:r>
    </w:p>
    <w:p w14:paraId="0FC606A0" w14:textId="77777777" w:rsidR="00E5139A" w:rsidRPr="000127C1" w:rsidRDefault="00E5139A" w:rsidP="000127C1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6E6C38" w:rsidRPr="000127C1">
        <w:rPr>
          <w:bCs/>
          <w:iCs/>
          <w:color w:val="auto"/>
          <w:sz w:val="24"/>
          <w:szCs w:val="24"/>
        </w:rPr>
        <w:t>ико-интонационных особенностей;</w:t>
      </w:r>
    </w:p>
    <w:p w14:paraId="3AF8CF8A" w14:textId="77777777" w:rsidR="00E5139A" w:rsidRPr="000127C1" w:rsidRDefault="00E5139A" w:rsidP="000127C1">
      <w:pPr>
        <w:pStyle w:val="a5"/>
        <w:numPr>
          <w:ilvl w:val="0"/>
          <w:numId w:val="3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763EA970" w14:textId="77777777" w:rsidR="00E5139A" w:rsidRPr="000127C1" w:rsidRDefault="00E5139A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5CF71264" w14:textId="77777777" w:rsidR="00E5139A" w:rsidRPr="000127C1" w:rsidRDefault="007553BF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Объ</w:t>
      </w:r>
      <w:r w:rsidR="002019E7" w:rsidRPr="000127C1">
        <w:rPr>
          <w:bCs/>
          <w:iCs/>
        </w:rPr>
        <w:t>е</w:t>
      </w:r>
      <w:r w:rsidRPr="000127C1">
        <w:rPr>
          <w:bCs/>
          <w:iCs/>
        </w:rPr>
        <w:t xml:space="preserve">м текста для чтения вслух: </w:t>
      </w:r>
      <w:r w:rsidR="00E5139A" w:rsidRPr="000127C1">
        <w:rPr>
          <w:iCs/>
        </w:rPr>
        <w:t xml:space="preserve">до </w:t>
      </w:r>
      <w:r w:rsidR="00E5139A" w:rsidRPr="000127C1">
        <w:rPr>
          <w:iCs/>
          <w:lang w:val="tt-RU"/>
        </w:rPr>
        <w:t>10</w:t>
      </w:r>
      <w:r w:rsidR="00E5139A" w:rsidRPr="000127C1">
        <w:rPr>
          <w:iCs/>
        </w:rPr>
        <w:t>0 слов</w:t>
      </w:r>
      <w:r w:rsidRPr="000127C1">
        <w:rPr>
          <w:bCs/>
          <w:iCs/>
        </w:rPr>
        <w:t>.</w:t>
      </w:r>
    </w:p>
    <w:p w14:paraId="0D8964F7" w14:textId="77777777" w:rsidR="00E5139A" w:rsidRPr="000127C1" w:rsidRDefault="00E5139A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Графика, орфография и пунктуация</w:t>
      </w:r>
    </w:p>
    <w:p w14:paraId="6AF31B04" w14:textId="77777777" w:rsidR="00E5139A" w:rsidRPr="000127C1" w:rsidRDefault="00E5139A" w:rsidP="000127C1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написание изученных слов;</w:t>
      </w:r>
    </w:p>
    <w:p w14:paraId="0B6046A4" w14:textId="77777777" w:rsidR="00E5139A" w:rsidRPr="000127C1" w:rsidRDefault="00E5139A" w:rsidP="000127C1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AC1819" w:rsidRPr="000127C1">
        <w:rPr>
          <w:color w:val="auto"/>
          <w:sz w:val="24"/>
          <w:szCs w:val="24"/>
        </w:rPr>
        <w:t>,</w:t>
      </w:r>
      <w:r w:rsidR="00F732F5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обращении</w:t>
      </w:r>
      <w:r w:rsidR="00AC1819" w:rsidRPr="000127C1">
        <w:rPr>
          <w:color w:val="auto"/>
          <w:sz w:val="24"/>
          <w:szCs w:val="24"/>
        </w:rPr>
        <w:t>, при вводных словах</w:t>
      </w:r>
      <w:r w:rsidR="00F732F5" w:rsidRPr="000127C1">
        <w:rPr>
          <w:color w:val="auto"/>
          <w:sz w:val="24"/>
          <w:szCs w:val="24"/>
        </w:rPr>
        <w:t>;</w:t>
      </w:r>
    </w:p>
    <w:p w14:paraId="0782C17F" w14:textId="2DC2A58E" w:rsidR="00E5139A" w:rsidRPr="000127C1" w:rsidRDefault="00E5139A" w:rsidP="000127C1">
      <w:pPr>
        <w:pStyle w:val="a5"/>
        <w:numPr>
          <w:ilvl w:val="0"/>
          <w:numId w:val="3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</w:t>
      </w:r>
      <w:r w:rsidR="007553BF" w:rsidRPr="000127C1">
        <w:rPr>
          <w:color w:val="auto"/>
          <w:sz w:val="24"/>
          <w:szCs w:val="24"/>
        </w:rPr>
        <w:t>го сообщения личного характера.</w:t>
      </w:r>
    </w:p>
    <w:p w14:paraId="3E45D64A" w14:textId="77777777" w:rsidR="00E5139A" w:rsidRPr="000127C1" w:rsidRDefault="00E5139A" w:rsidP="000127C1">
      <w:pPr>
        <w:pStyle w:val="a5"/>
        <w:spacing w:after="0" w:line="240" w:lineRule="auto"/>
        <w:ind w:left="0" w:firstLine="709"/>
        <w:contextualSpacing w:val="0"/>
        <w:rPr>
          <w:b/>
          <w:iCs/>
          <w:color w:val="auto"/>
          <w:sz w:val="24"/>
          <w:szCs w:val="24"/>
        </w:rPr>
      </w:pPr>
      <w:r w:rsidRPr="000127C1">
        <w:rPr>
          <w:b/>
          <w:iCs/>
          <w:color w:val="auto"/>
          <w:sz w:val="24"/>
          <w:szCs w:val="24"/>
        </w:rPr>
        <w:t>Лексическая сторона речи</w:t>
      </w:r>
    </w:p>
    <w:p w14:paraId="183AB4B8" w14:textId="36576D85" w:rsidR="0076549A" w:rsidRPr="000127C1" w:rsidRDefault="00E5139A" w:rsidP="000127C1">
      <w:pPr>
        <w:ind w:firstLine="709"/>
        <w:jc w:val="both"/>
        <w:rPr>
          <w:lang w:val="tt-RU"/>
        </w:rPr>
      </w:pPr>
      <w:r w:rsidRPr="000127C1">
        <w:rPr>
          <w:bCs/>
          <w:iCs/>
        </w:rPr>
        <w:t xml:space="preserve">Распознавание и употребление в устной и письменной речи не менее </w:t>
      </w:r>
      <w:r w:rsidRPr="000127C1">
        <w:rPr>
          <w:iCs/>
          <w:lang w:val="tt-RU"/>
        </w:rPr>
        <w:t>850</w:t>
      </w:r>
      <w:r w:rsidRPr="000127C1">
        <w:rPr>
          <w:bCs/>
          <w:iCs/>
        </w:rPr>
        <w:t xml:space="preserve"> лексических единиц (слов, словосочетаний, речевых клише), </w:t>
      </w:r>
      <w:r w:rsidR="00F732F5" w:rsidRPr="000127C1">
        <w:rPr>
          <w:bCs/>
          <w:iCs/>
        </w:rPr>
        <w:t>о</w:t>
      </w:r>
      <w:r w:rsidRPr="000127C1">
        <w:rPr>
          <w:bCs/>
          <w:iCs/>
        </w:rPr>
        <w:t xml:space="preserve">бслуживающих ситуации общения в рамках тематического содержания речи для </w:t>
      </w:r>
      <w:r w:rsidRPr="000127C1">
        <w:rPr>
          <w:bCs/>
          <w:iCs/>
          <w:lang w:val="tt-RU"/>
        </w:rPr>
        <w:t>8</w:t>
      </w:r>
      <w:r w:rsidRPr="000127C1">
        <w:rPr>
          <w:bCs/>
          <w:iCs/>
        </w:rPr>
        <w:t xml:space="preserve"> класса, включая </w:t>
      </w:r>
      <w:r w:rsidRPr="000127C1">
        <w:rPr>
          <w:bCs/>
          <w:iCs/>
          <w:lang w:val="tt-RU"/>
        </w:rPr>
        <w:t>6</w:t>
      </w:r>
      <w:r w:rsidRPr="000127C1">
        <w:rPr>
          <w:bCs/>
          <w:iCs/>
        </w:rPr>
        <w:t>00 ле</w:t>
      </w:r>
      <w:r w:rsidR="00F732F5" w:rsidRPr="000127C1">
        <w:rPr>
          <w:bCs/>
          <w:iCs/>
        </w:rPr>
        <w:t>ксических единиц, усвоенных в 1–</w:t>
      </w:r>
      <w:r w:rsidRPr="000127C1">
        <w:rPr>
          <w:bCs/>
          <w:iCs/>
          <w:lang w:val="tt-RU"/>
        </w:rPr>
        <w:t>7</w:t>
      </w:r>
      <w:r w:rsidRPr="000127C1">
        <w:rPr>
          <w:bCs/>
          <w:iCs/>
        </w:rPr>
        <w:t xml:space="preserve"> классах; </w:t>
      </w:r>
      <w:r w:rsidR="00F732F5" w:rsidRPr="000127C1">
        <w:t>слов</w:t>
      </w:r>
      <w:r w:rsidR="00D77530" w:rsidRPr="000127C1">
        <w:t>-</w:t>
      </w:r>
      <w:r w:rsidRPr="000127C1">
        <w:t xml:space="preserve">названий предметов, их признаков, действий предметов; </w:t>
      </w:r>
      <w:r w:rsidRPr="000127C1">
        <w:rPr>
          <w:lang w:val="tt-RU"/>
        </w:rPr>
        <w:t>заимствованных слов;</w:t>
      </w:r>
      <w:r w:rsidR="00F732F5" w:rsidRPr="000127C1">
        <w:rPr>
          <w:lang w:val="tt-RU"/>
        </w:rPr>
        <w:t xml:space="preserve"> </w:t>
      </w:r>
      <w:r w:rsidRPr="000127C1">
        <w:rPr>
          <w:lang w:val="tt-RU"/>
        </w:rPr>
        <w:t xml:space="preserve">синонимов и антонимов изученных слов; производных </w:t>
      </w:r>
      <w:r w:rsidR="002E6920" w:rsidRPr="000127C1">
        <w:rPr>
          <w:rFonts w:eastAsia="Calibri"/>
          <w:lang w:eastAsia="en-US"/>
        </w:rPr>
        <w:t>«</w:t>
      </w:r>
      <w:r w:rsidR="00800234" w:rsidRPr="000127C1">
        <w:rPr>
          <w:lang w:val="tt-RU"/>
        </w:rPr>
        <w:t>истәлекле</w:t>
      </w:r>
      <w:r w:rsidR="002E6920" w:rsidRPr="000127C1">
        <w:t>»</w:t>
      </w:r>
      <w:r w:rsidRPr="000127C1">
        <w:rPr>
          <w:i/>
          <w:iCs/>
          <w:lang w:val="tt-RU"/>
        </w:rPr>
        <w:t xml:space="preserve">,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lang w:val="tt-RU"/>
        </w:rPr>
        <w:t>м</w:t>
      </w:r>
      <w:r w:rsidR="00800234" w:rsidRPr="000127C1">
        <w:rPr>
          <w:lang w:val="tt-RU"/>
        </w:rPr>
        <w:t>одалы</w:t>
      </w:r>
      <w:r w:rsidR="002E6920" w:rsidRPr="000127C1">
        <w:t>»</w:t>
      </w:r>
      <w:r w:rsidRPr="000127C1">
        <w:rPr>
          <w:lang w:val="tt-RU"/>
        </w:rPr>
        <w:t xml:space="preserve">, парных </w:t>
      </w:r>
      <w:r w:rsidR="002E6920" w:rsidRPr="000127C1">
        <w:rPr>
          <w:rFonts w:eastAsia="Calibri"/>
          <w:lang w:eastAsia="en-US"/>
        </w:rPr>
        <w:t>«</w:t>
      </w:r>
      <w:r w:rsidR="00800234" w:rsidRPr="000127C1">
        <w:rPr>
          <w:lang w:val="tt-RU"/>
        </w:rPr>
        <w:t>җыр</w:t>
      </w:r>
      <w:r w:rsidRPr="000127C1">
        <w:rPr>
          <w:lang w:val="tt-RU"/>
        </w:rPr>
        <w:t>-</w:t>
      </w:r>
      <w:r w:rsidR="00800234" w:rsidRPr="000127C1">
        <w:rPr>
          <w:lang w:val="tt-RU"/>
        </w:rPr>
        <w:t>бию</w:t>
      </w:r>
      <w:r w:rsidR="002E6920" w:rsidRPr="000127C1">
        <w:t>»</w:t>
      </w:r>
      <w:r w:rsidRPr="000127C1">
        <w:rPr>
          <w:lang w:val="tt-RU"/>
        </w:rPr>
        <w:t xml:space="preserve">, сложных </w:t>
      </w:r>
      <w:r w:rsidR="002E6920" w:rsidRPr="000127C1">
        <w:rPr>
          <w:rFonts w:eastAsia="Calibri"/>
          <w:lang w:eastAsia="en-US"/>
        </w:rPr>
        <w:t>«</w:t>
      </w:r>
      <w:r w:rsidRPr="000127C1">
        <w:rPr>
          <w:lang w:val="tt-RU"/>
        </w:rPr>
        <w:t>к</w:t>
      </w:r>
      <w:r w:rsidR="00800234" w:rsidRPr="000127C1">
        <w:rPr>
          <w:lang w:val="tt-RU"/>
        </w:rPr>
        <w:t>өнчыгыш</w:t>
      </w:r>
      <w:r w:rsidR="002E6920" w:rsidRPr="000127C1">
        <w:t>»</w:t>
      </w:r>
      <w:r w:rsidRPr="000127C1">
        <w:rPr>
          <w:lang w:val="tt-RU"/>
        </w:rPr>
        <w:t xml:space="preserve">, составных </w:t>
      </w:r>
      <w:r w:rsidR="002E6920" w:rsidRPr="000127C1">
        <w:rPr>
          <w:rFonts w:eastAsia="Calibri"/>
          <w:lang w:eastAsia="en-US"/>
        </w:rPr>
        <w:t>«</w:t>
      </w:r>
      <w:r w:rsidR="00800234" w:rsidRPr="000127C1">
        <w:rPr>
          <w:lang w:val="tt-RU"/>
        </w:rPr>
        <w:t>шат күңелле</w:t>
      </w:r>
      <w:r w:rsidR="002E6920" w:rsidRPr="000127C1">
        <w:t>»</w:t>
      </w:r>
      <w:r w:rsidRPr="000127C1">
        <w:rPr>
          <w:i/>
          <w:iCs/>
          <w:lang w:val="tt-RU"/>
        </w:rPr>
        <w:t xml:space="preserve"> </w:t>
      </w:r>
      <w:r w:rsidR="007553BF" w:rsidRPr="000127C1">
        <w:rPr>
          <w:lang w:val="tt-RU"/>
        </w:rPr>
        <w:t>слов.</w:t>
      </w:r>
    </w:p>
    <w:p w14:paraId="691B28ED" w14:textId="77777777" w:rsidR="0061138F" w:rsidRPr="000127C1" w:rsidRDefault="0061138F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Грамматическая сторона речи</w:t>
      </w:r>
    </w:p>
    <w:p w14:paraId="51FDFFF0" w14:textId="51B5044A" w:rsidR="0061138F" w:rsidRPr="000127C1" w:rsidRDefault="0061138F" w:rsidP="000127C1">
      <w:pPr>
        <w:tabs>
          <w:tab w:val="left" w:pos="993"/>
        </w:tabs>
        <w:ind w:firstLine="709"/>
        <w:jc w:val="both"/>
        <w:rPr>
          <w:bCs/>
          <w:iCs/>
          <w:lang w:val="tt-RU"/>
        </w:rPr>
      </w:pPr>
      <w:r w:rsidRPr="000127C1">
        <w:rPr>
          <w:bCs/>
          <w:iCs/>
        </w:rPr>
        <w:t xml:space="preserve">Распознавание в </w:t>
      </w:r>
      <w:r w:rsidR="007F2157" w:rsidRPr="000127C1">
        <w:rPr>
          <w:bCs/>
          <w:iCs/>
        </w:rPr>
        <w:t>«</w:t>
      </w:r>
      <w:r w:rsidRPr="000127C1">
        <w:rPr>
          <w:bCs/>
          <w:iCs/>
        </w:rPr>
        <w:t>письменном</w:t>
      </w:r>
      <w:r w:rsidR="007F2157" w:rsidRPr="000127C1">
        <w:rPr>
          <w:bCs/>
          <w:iCs/>
        </w:rPr>
        <w:t>»</w:t>
      </w:r>
      <w:r w:rsidRPr="000127C1">
        <w:rPr>
          <w:bCs/>
          <w:iCs/>
        </w:rPr>
        <w:t xml:space="preserve"> и звучащем тексте и употребление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>в устной и письменной речи изученных морфологических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 xml:space="preserve">форм и синтаксических конструкций </w:t>
      </w:r>
      <w:r w:rsidRPr="000127C1">
        <w:rPr>
          <w:bCs/>
          <w:iCs/>
          <w:lang w:val="tt-RU"/>
        </w:rPr>
        <w:t>татарского языка:</w:t>
      </w:r>
    </w:p>
    <w:p w14:paraId="18506CFC" w14:textId="77777777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производные, парные, составные, сложные имена существительные;</w:t>
      </w:r>
    </w:p>
    <w:p w14:paraId="6071CE5F" w14:textId="77777777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rFonts w:eastAsia="Calibri"/>
          <w:lang w:eastAsia="en-US"/>
        </w:rPr>
        <w:t>производные</w:t>
      </w:r>
      <w:r w:rsidRPr="000127C1">
        <w:rPr>
          <w:rFonts w:eastAsia="Calibri"/>
          <w:lang w:val="tt-RU" w:eastAsia="en-US"/>
        </w:rPr>
        <w:t xml:space="preserve">, составные </w:t>
      </w:r>
      <w:r w:rsidRPr="000127C1">
        <w:rPr>
          <w:rFonts w:eastAsia="Calibri"/>
          <w:lang w:eastAsia="en-US"/>
        </w:rPr>
        <w:t xml:space="preserve">имена </w:t>
      </w:r>
      <w:r w:rsidRPr="000127C1">
        <w:rPr>
          <w:rFonts w:eastAsia="Calibri"/>
          <w:lang w:val="tt-RU" w:eastAsia="en-US"/>
        </w:rPr>
        <w:t>прилагательные</w:t>
      </w:r>
      <w:r w:rsidRPr="000127C1">
        <w:rPr>
          <w:rFonts w:eastAsia="Calibri"/>
          <w:lang w:eastAsia="en-US"/>
        </w:rPr>
        <w:t>;</w:t>
      </w:r>
    </w:p>
    <w:p w14:paraId="0906EFA7" w14:textId="77777777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rFonts w:eastAsia="Calibri"/>
          <w:lang w:eastAsia="en-US"/>
        </w:rPr>
        <w:t>конструкци</w:t>
      </w:r>
      <w:r w:rsidRPr="000127C1">
        <w:rPr>
          <w:rFonts w:eastAsia="Calibri"/>
          <w:lang w:val="tt-RU" w:eastAsia="en-US"/>
        </w:rPr>
        <w:t xml:space="preserve">я </w:t>
      </w:r>
      <w:r w:rsidRPr="000127C1">
        <w:t>имя сущ. + имя сущ</w:t>
      </w:r>
      <w:r w:rsidRPr="000127C1">
        <w:rPr>
          <w:lang w:val="tt-RU"/>
        </w:rPr>
        <w:t xml:space="preserve">. </w:t>
      </w:r>
      <w:r w:rsidRPr="000127C1">
        <w:t>с</w:t>
      </w:r>
      <w:r w:rsidRPr="000127C1">
        <w:rPr>
          <w:spacing w:val="1"/>
        </w:rPr>
        <w:t xml:space="preserve"> аффикс</w:t>
      </w:r>
      <w:r w:rsidRPr="000127C1">
        <w:rPr>
          <w:spacing w:val="1"/>
          <w:lang w:val="tt-RU"/>
        </w:rPr>
        <w:t>ом</w:t>
      </w:r>
      <w:r w:rsidRPr="000127C1">
        <w:rPr>
          <w:spacing w:val="1"/>
        </w:rPr>
        <w:t xml:space="preserve"> </w:t>
      </w:r>
      <w:r w:rsidRPr="000127C1">
        <w:t>принадлеж</w:t>
      </w:r>
      <w:r w:rsidRPr="000127C1">
        <w:rPr>
          <w:lang w:val="tt-RU"/>
        </w:rPr>
        <w:t>н</w:t>
      </w:r>
      <w:r w:rsidRPr="000127C1">
        <w:t>ости 3 лица:</w:t>
      </w:r>
      <w:r w:rsidRPr="000127C1">
        <w:rPr>
          <w:rFonts w:eastAsia="Calibri"/>
          <w:lang w:eastAsia="en-US"/>
        </w:rPr>
        <w:t xml:space="preserve"> </w:t>
      </w:r>
      <w:r w:rsidRPr="000127C1">
        <w:rPr>
          <w:rFonts w:eastAsia="Calibri"/>
          <w:lang w:val="tt-RU" w:eastAsia="en-US"/>
        </w:rPr>
        <w:t>Россия Федерациясе, Татарстан Республикасы, Казан шәһәре;</w:t>
      </w:r>
    </w:p>
    <w:p w14:paraId="6A2484AD" w14:textId="7FDBAD3E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i/>
          <w:lang w:val="tt-RU" w:eastAsia="en-US"/>
        </w:rPr>
      </w:pPr>
      <w:r w:rsidRPr="000127C1">
        <w:rPr>
          <w:rFonts w:eastAsia="Calibri"/>
          <w:iCs/>
          <w:lang w:val="tt-RU" w:eastAsia="en-US"/>
        </w:rPr>
        <w:t xml:space="preserve">неопределенные местоимения </w:t>
      </w:r>
      <w:r w:rsidR="007F2157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кемдер</w:t>
      </w:r>
      <w:r w:rsidR="007F2157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F2157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әллә кем</w:t>
      </w:r>
      <w:r w:rsidR="007F2157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>;</w:t>
      </w:r>
    </w:p>
    <w:p w14:paraId="1602C4BB" w14:textId="5E854446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b/>
          <w:i/>
          <w:lang w:eastAsia="en-US"/>
        </w:rPr>
      </w:pPr>
      <w:r w:rsidRPr="000127C1">
        <w:rPr>
          <w:rFonts w:eastAsia="Calibri"/>
          <w:iCs/>
          <w:lang w:val="tt-RU" w:eastAsia="en-US"/>
        </w:rPr>
        <w:t>наречия меры и степени</w:t>
      </w:r>
      <w:r w:rsidRPr="000127C1">
        <w:rPr>
          <w:rFonts w:eastAsia="Calibri"/>
          <w:i/>
          <w:lang w:val="tt-RU" w:eastAsia="en-US"/>
        </w:rPr>
        <w:t xml:space="preserve"> </w:t>
      </w:r>
      <w:r w:rsidR="007F2157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еш</w:t>
      </w:r>
      <w:r w:rsidR="007F2157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F2157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сирәк</w:t>
      </w:r>
      <w:r w:rsidR="007F2157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>;</w:t>
      </w:r>
    </w:p>
    <w:p w14:paraId="0341F249" w14:textId="6FBA603B" w:rsidR="0061138F" w:rsidRPr="000127C1" w:rsidRDefault="0061138F" w:rsidP="000127C1">
      <w:pPr>
        <w:widowControl w:val="0"/>
        <w:numPr>
          <w:ilvl w:val="0"/>
          <w:numId w:val="35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/>
        </w:rPr>
      </w:pPr>
      <w:r w:rsidRPr="000127C1">
        <w:rPr>
          <w:lang w:val="tt-RU"/>
        </w:rPr>
        <w:t>инфинитив с модал</w:t>
      </w:r>
      <w:r w:rsidRPr="000127C1">
        <w:t>ь</w:t>
      </w:r>
      <w:r w:rsidRPr="000127C1">
        <w:rPr>
          <w:lang w:val="tt-RU"/>
        </w:rPr>
        <w:t xml:space="preserve">ными словами </w:t>
      </w:r>
      <w:r w:rsidR="007F2157" w:rsidRPr="000127C1">
        <w:rPr>
          <w:bCs/>
          <w:iCs/>
        </w:rPr>
        <w:t>«</w:t>
      </w:r>
      <w:r w:rsidRPr="000127C1">
        <w:rPr>
          <w:iCs/>
        </w:rPr>
        <w:t>кирәк</w:t>
      </w:r>
      <w:r w:rsidR="007F2157" w:rsidRPr="000127C1">
        <w:rPr>
          <w:bCs/>
          <w:iCs/>
        </w:rPr>
        <w:t>»</w:t>
      </w:r>
      <w:r w:rsidR="00055FEC" w:rsidRPr="000127C1">
        <w:rPr>
          <w:iCs/>
          <w:lang w:val="tt-RU"/>
        </w:rPr>
        <w:t xml:space="preserve"> / </w:t>
      </w:r>
      <w:r w:rsidR="007F2157" w:rsidRPr="000127C1">
        <w:rPr>
          <w:bCs/>
          <w:iCs/>
        </w:rPr>
        <w:t>«</w:t>
      </w:r>
      <w:r w:rsidRPr="000127C1">
        <w:rPr>
          <w:iCs/>
        </w:rPr>
        <w:t>кирәкми</w:t>
      </w:r>
      <w:r w:rsidR="007F2157" w:rsidRPr="000127C1">
        <w:rPr>
          <w:bCs/>
          <w:iCs/>
        </w:rPr>
        <w:t>»</w:t>
      </w:r>
      <w:r w:rsidRPr="000127C1">
        <w:rPr>
          <w:iCs/>
        </w:rPr>
        <w:t xml:space="preserve">, </w:t>
      </w:r>
      <w:r w:rsidR="007F2157" w:rsidRPr="000127C1">
        <w:rPr>
          <w:bCs/>
          <w:iCs/>
        </w:rPr>
        <w:t>«</w:t>
      </w:r>
      <w:r w:rsidRPr="000127C1">
        <w:rPr>
          <w:iCs/>
        </w:rPr>
        <w:t>ярый</w:t>
      </w:r>
      <w:r w:rsidR="007F2157" w:rsidRPr="000127C1">
        <w:rPr>
          <w:bCs/>
          <w:iCs/>
        </w:rPr>
        <w:t>»</w:t>
      </w:r>
      <w:r w:rsidR="00055FEC" w:rsidRPr="000127C1">
        <w:rPr>
          <w:iCs/>
          <w:lang w:val="tt-RU"/>
        </w:rPr>
        <w:t xml:space="preserve"> / </w:t>
      </w:r>
      <w:r w:rsidR="007F2157" w:rsidRPr="000127C1">
        <w:rPr>
          <w:bCs/>
          <w:iCs/>
        </w:rPr>
        <w:t>«</w:t>
      </w:r>
      <w:r w:rsidRPr="000127C1">
        <w:rPr>
          <w:iCs/>
        </w:rPr>
        <w:t>ярамый</w:t>
      </w:r>
      <w:r w:rsidR="007F2157" w:rsidRPr="000127C1">
        <w:rPr>
          <w:bCs/>
          <w:iCs/>
        </w:rPr>
        <w:t>»</w:t>
      </w:r>
      <w:r w:rsidRPr="000127C1">
        <w:rPr>
          <w:iCs/>
        </w:rPr>
        <w:t xml:space="preserve">, </w:t>
      </w:r>
      <w:r w:rsidR="007F2157" w:rsidRPr="000127C1">
        <w:rPr>
          <w:bCs/>
          <w:iCs/>
        </w:rPr>
        <w:t>«</w:t>
      </w:r>
      <w:r w:rsidRPr="000127C1">
        <w:rPr>
          <w:iCs/>
        </w:rPr>
        <w:t>м</w:t>
      </w:r>
      <w:r w:rsidRPr="000127C1">
        <w:rPr>
          <w:iCs/>
          <w:lang w:val="tt-RU"/>
        </w:rPr>
        <w:t>өмкин</w:t>
      </w:r>
      <w:r w:rsidR="007F2157" w:rsidRPr="000127C1">
        <w:rPr>
          <w:bCs/>
          <w:iCs/>
        </w:rPr>
        <w:t>»</w:t>
      </w:r>
      <w:r w:rsidR="00055FEC" w:rsidRPr="000127C1">
        <w:rPr>
          <w:iCs/>
          <w:lang w:val="tt-RU"/>
        </w:rPr>
        <w:t xml:space="preserve"> / </w:t>
      </w:r>
      <w:r w:rsidR="007F2157" w:rsidRPr="000127C1">
        <w:rPr>
          <w:bCs/>
          <w:iCs/>
        </w:rPr>
        <w:t>«</w:t>
      </w:r>
      <w:r w:rsidRPr="000127C1">
        <w:rPr>
          <w:iCs/>
          <w:lang w:val="tt-RU"/>
        </w:rPr>
        <w:t>мөмкин түгел</w:t>
      </w:r>
      <w:r w:rsidR="007F2157" w:rsidRPr="000127C1">
        <w:rPr>
          <w:bCs/>
          <w:iCs/>
        </w:rPr>
        <w:t>»</w:t>
      </w:r>
      <w:r w:rsidRPr="000127C1">
        <w:rPr>
          <w:iCs/>
          <w:lang w:val="tt-RU"/>
        </w:rPr>
        <w:t xml:space="preserve">, </w:t>
      </w:r>
      <w:r w:rsidR="007F2157" w:rsidRPr="000127C1">
        <w:rPr>
          <w:bCs/>
          <w:iCs/>
        </w:rPr>
        <w:t>«</w:t>
      </w:r>
      <w:r w:rsidRPr="000127C1">
        <w:rPr>
          <w:iCs/>
          <w:lang w:val="tt-RU"/>
        </w:rPr>
        <w:t>тиеш</w:t>
      </w:r>
      <w:r w:rsidR="007F2157" w:rsidRPr="000127C1">
        <w:rPr>
          <w:bCs/>
          <w:iCs/>
        </w:rPr>
        <w:t>»</w:t>
      </w:r>
      <w:r w:rsidR="00055FEC" w:rsidRPr="000127C1">
        <w:rPr>
          <w:iCs/>
          <w:lang w:val="tt-RU"/>
        </w:rPr>
        <w:t xml:space="preserve"> / </w:t>
      </w:r>
      <w:r w:rsidR="007F2157" w:rsidRPr="000127C1">
        <w:rPr>
          <w:bCs/>
          <w:iCs/>
        </w:rPr>
        <w:t>«</w:t>
      </w:r>
      <w:r w:rsidRPr="000127C1">
        <w:rPr>
          <w:iCs/>
          <w:lang w:val="tt-RU"/>
        </w:rPr>
        <w:t>тиеш түгел</w:t>
      </w:r>
      <w:r w:rsidR="007F2157" w:rsidRPr="000127C1">
        <w:rPr>
          <w:bCs/>
          <w:iCs/>
        </w:rPr>
        <w:t>»</w:t>
      </w:r>
      <w:r w:rsidRPr="000127C1">
        <w:rPr>
          <w:iCs/>
        </w:rPr>
        <w:t>;</w:t>
      </w:r>
    </w:p>
    <w:p w14:paraId="13F87E6A" w14:textId="4979238A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i/>
          <w:lang w:eastAsia="en-US"/>
        </w:rPr>
      </w:pPr>
      <w:r w:rsidRPr="000127C1">
        <w:rPr>
          <w:rFonts w:eastAsia="Calibri"/>
          <w:lang w:eastAsia="en-US"/>
        </w:rPr>
        <w:t>деепричасти</w:t>
      </w:r>
      <w:r w:rsidRPr="000127C1">
        <w:rPr>
          <w:rFonts w:eastAsia="Calibri"/>
          <w:lang w:val="tt-RU" w:eastAsia="en-US"/>
        </w:rPr>
        <w:t>я</w:t>
      </w:r>
      <w:r w:rsidRPr="000127C1">
        <w:rPr>
          <w:rFonts w:eastAsia="Calibri"/>
          <w:lang w:eastAsia="en-US"/>
        </w:rPr>
        <w:t xml:space="preserve"> на -ып</w:t>
      </w:r>
      <w:r w:rsidR="00055FEC" w:rsidRPr="000127C1">
        <w:rPr>
          <w:rFonts w:eastAsia="Calibri"/>
          <w:lang w:eastAsia="en-US"/>
        </w:rPr>
        <w:t xml:space="preserve"> / </w:t>
      </w:r>
      <w:r w:rsidRPr="000127C1">
        <w:rPr>
          <w:rFonts w:eastAsia="Calibri"/>
          <w:lang w:eastAsia="en-US"/>
        </w:rPr>
        <w:t>-еп</w:t>
      </w:r>
      <w:r w:rsidR="00055FEC" w:rsidRPr="000127C1">
        <w:rPr>
          <w:rFonts w:eastAsia="Calibri"/>
          <w:lang w:eastAsia="en-US"/>
        </w:rPr>
        <w:t xml:space="preserve"> / </w:t>
      </w:r>
      <w:r w:rsidRPr="000127C1">
        <w:rPr>
          <w:rFonts w:eastAsia="Calibri"/>
          <w:lang w:eastAsia="en-US"/>
        </w:rPr>
        <w:t>-п</w:t>
      </w:r>
      <w:r w:rsidRPr="000127C1">
        <w:rPr>
          <w:rFonts w:eastAsia="Calibri"/>
          <w:iCs/>
          <w:lang w:val="tt-RU" w:eastAsia="en-US"/>
        </w:rPr>
        <w:t>;</w:t>
      </w:r>
    </w:p>
    <w:p w14:paraId="3F165C36" w14:textId="2F1297E3" w:rsidR="0061138F" w:rsidRPr="000127C1" w:rsidRDefault="0061138F" w:rsidP="000127C1">
      <w:pPr>
        <w:widowControl w:val="0"/>
        <w:numPr>
          <w:ilvl w:val="0"/>
          <w:numId w:val="35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i/>
        </w:rPr>
      </w:pPr>
      <w:r w:rsidRPr="000127C1">
        <w:rPr>
          <w:bCs/>
          <w:lang w:val="tt-RU"/>
        </w:rPr>
        <w:t>аналитические</w:t>
      </w:r>
      <w:r w:rsidRPr="000127C1">
        <w:rPr>
          <w:b/>
          <w:lang w:val="tt-RU"/>
        </w:rPr>
        <w:t xml:space="preserve"> </w:t>
      </w:r>
      <w:r w:rsidRPr="000127C1">
        <w:rPr>
          <w:bCs/>
          <w:lang w:val="tt-RU"/>
        </w:rPr>
        <w:t>глаголы,</w:t>
      </w:r>
      <w:r w:rsidRPr="000127C1">
        <w:rPr>
          <w:lang w:val="tt-RU"/>
        </w:rPr>
        <w:t xml:space="preserve"> выражающие начало и завершение действия </w:t>
      </w:r>
      <w:r w:rsidR="0022735D" w:rsidRPr="000127C1">
        <w:rPr>
          <w:bCs/>
          <w:iCs/>
        </w:rPr>
        <w:t>«</w:t>
      </w:r>
      <w:r w:rsidRPr="000127C1">
        <w:rPr>
          <w:iCs/>
          <w:lang w:val="tt-RU"/>
        </w:rPr>
        <w:t>укый башлады</w:t>
      </w:r>
      <w:r w:rsidR="0022735D" w:rsidRPr="000127C1">
        <w:rPr>
          <w:bCs/>
          <w:iCs/>
        </w:rPr>
        <w:t>»</w:t>
      </w:r>
      <w:r w:rsidRPr="000127C1">
        <w:rPr>
          <w:iCs/>
          <w:lang w:val="tt-RU"/>
        </w:rPr>
        <w:t xml:space="preserve">, </w:t>
      </w:r>
      <w:r w:rsidR="0022735D" w:rsidRPr="000127C1">
        <w:rPr>
          <w:bCs/>
          <w:iCs/>
        </w:rPr>
        <w:t>«</w:t>
      </w:r>
      <w:r w:rsidRPr="000127C1">
        <w:rPr>
          <w:iCs/>
          <w:lang w:val="tt-RU"/>
        </w:rPr>
        <w:t>укып бетерде</w:t>
      </w:r>
      <w:r w:rsidR="0022735D" w:rsidRPr="000127C1">
        <w:rPr>
          <w:bCs/>
          <w:iCs/>
        </w:rPr>
        <w:t>»</w:t>
      </w:r>
      <w:r w:rsidRPr="000127C1">
        <w:rPr>
          <w:lang w:val="tt-RU"/>
        </w:rPr>
        <w:t>;</w:t>
      </w:r>
    </w:p>
    <w:p w14:paraId="57DC5AD5" w14:textId="77777777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b/>
          <w:bCs/>
          <w:lang w:eastAsia="en-US"/>
        </w:rPr>
      </w:pPr>
      <w:r w:rsidRPr="000127C1">
        <w:rPr>
          <w:lang w:val="tt-RU"/>
        </w:rPr>
        <w:t>причастия настоя</w:t>
      </w:r>
      <w:r w:rsidRPr="000127C1">
        <w:t>щего</w:t>
      </w:r>
      <w:r w:rsidRPr="000127C1">
        <w:rPr>
          <w:lang w:val="tt-RU"/>
        </w:rPr>
        <w:t xml:space="preserve"> (баручы кеше</w:t>
      </w:r>
      <w:r w:rsidRPr="000127C1">
        <w:t>,</w:t>
      </w:r>
      <w:r w:rsidRPr="000127C1">
        <w:rPr>
          <w:lang w:val="tt-RU"/>
        </w:rPr>
        <w:t xml:space="preserve"> бара торган поезд) и </w:t>
      </w:r>
      <w:r w:rsidRPr="000127C1">
        <w:t xml:space="preserve">прошедшего </w:t>
      </w:r>
      <w:r w:rsidRPr="000127C1">
        <w:rPr>
          <w:lang w:val="tt-RU"/>
        </w:rPr>
        <w:t>времени (килгән кунак);</w:t>
      </w:r>
    </w:p>
    <w:p w14:paraId="3B9587B4" w14:textId="7201EFB2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iCs/>
          <w:lang w:eastAsia="en-US"/>
        </w:rPr>
      </w:pPr>
      <w:r w:rsidRPr="000127C1">
        <w:rPr>
          <w:rFonts w:eastAsia="Calibri"/>
          <w:lang w:val="tt-RU" w:eastAsia="en-US"/>
        </w:rPr>
        <w:t xml:space="preserve">конструкция </w:t>
      </w:r>
      <w:r w:rsidRPr="000127C1">
        <w:rPr>
          <w:rFonts w:eastAsia="Calibri"/>
          <w:iCs/>
          <w:lang w:val="tt-RU" w:eastAsia="en-US"/>
        </w:rPr>
        <w:t>имя действия</w:t>
      </w:r>
      <w:r w:rsidRPr="000127C1">
        <w:rPr>
          <w:rFonts w:eastAsia="Calibri"/>
          <w:i/>
          <w:lang w:val="tt-RU" w:eastAsia="en-US"/>
        </w:rPr>
        <w:t xml:space="preserve"> + </w:t>
      </w:r>
      <w:r w:rsidRPr="000127C1">
        <w:rPr>
          <w:rFonts w:eastAsia="Calibri"/>
          <w:iCs/>
          <w:lang w:val="tt-RU" w:eastAsia="en-US"/>
        </w:rPr>
        <w:t>послелог</w:t>
      </w:r>
      <w:r w:rsidRPr="000127C1">
        <w:rPr>
          <w:rFonts w:eastAsia="Calibri"/>
          <w:i/>
          <w:lang w:val="tt-RU" w:eastAsia="en-US"/>
        </w:rPr>
        <w:t xml:space="preserve"> </w:t>
      </w:r>
      <w:r w:rsidR="0022735D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өчен</w:t>
      </w:r>
      <w:r w:rsidR="0022735D" w:rsidRPr="000127C1">
        <w:rPr>
          <w:bCs/>
          <w:iCs/>
        </w:rPr>
        <w:t>»</w:t>
      </w:r>
      <w:r w:rsidRPr="000127C1">
        <w:rPr>
          <w:rFonts w:eastAsia="Calibri"/>
          <w:i/>
          <w:lang w:val="tt-RU" w:eastAsia="en-US"/>
        </w:rPr>
        <w:t xml:space="preserve"> </w:t>
      </w:r>
      <w:r w:rsidRPr="000127C1">
        <w:rPr>
          <w:rFonts w:eastAsia="Calibri"/>
          <w:iCs/>
          <w:lang w:val="tt-RU" w:eastAsia="en-US"/>
        </w:rPr>
        <w:t>(белү өчен)</w:t>
      </w:r>
      <w:r w:rsidRPr="000127C1">
        <w:rPr>
          <w:rFonts w:eastAsia="Calibri"/>
          <w:iCs/>
          <w:lang w:eastAsia="en-US"/>
        </w:rPr>
        <w:t>;</w:t>
      </w:r>
    </w:p>
    <w:p w14:paraId="7283D490" w14:textId="77777777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b/>
          <w:bCs/>
          <w:i/>
          <w:lang w:eastAsia="en-US"/>
        </w:rPr>
      </w:pPr>
      <w:r w:rsidRPr="000127C1">
        <w:rPr>
          <w:rFonts w:eastAsia="Calibri"/>
          <w:lang w:val="tt-RU" w:eastAsia="en-US"/>
        </w:rPr>
        <w:t>главные и второстепенные члены предло</w:t>
      </w:r>
      <w:r w:rsidRPr="000127C1">
        <w:rPr>
          <w:rFonts w:eastAsia="Calibri"/>
          <w:lang w:eastAsia="en-US"/>
        </w:rPr>
        <w:t>жения</w:t>
      </w:r>
      <w:r w:rsidRPr="000127C1">
        <w:rPr>
          <w:rFonts w:eastAsia="Calibri"/>
          <w:lang w:val="tt-RU" w:eastAsia="en-US"/>
        </w:rPr>
        <w:t>;</w:t>
      </w:r>
    </w:p>
    <w:p w14:paraId="467E7FCA" w14:textId="6568043C" w:rsidR="0061138F" w:rsidRPr="000127C1" w:rsidRDefault="0061138F" w:rsidP="000127C1">
      <w:pPr>
        <w:widowControl w:val="0"/>
        <w:numPr>
          <w:ilvl w:val="0"/>
          <w:numId w:val="35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ind w:left="0" w:firstLine="709"/>
        <w:jc w:val="both"/>
        <w:rPr>
          <w:lang w:val="tt-RU"/>
        </w:rPr>
      </w:pPr>
      <w:r w:rsidRPr="000127C1">
        <w:rPr>
          <w:lang w:val="tt-RU"/>
        </w:rPr>
        <w:t xml:space="preserve">вводные слова </w:t>
      </w:r>
      <w:r w:rsidR="0022735D" w:rsidRPr="000127C1">
        <w:rPr>
          <w:bCs/>
          <w:iCs/>
        </w:rPr>
        <w:t>«</w:t>
      </w:r>
      <w:r w:rsidRPr="000127C1">
        <w:rPr>
          <w:iCs/>
          <w:lang w:val="tt-RU"/>
        </w:rPr>
        <w:t>беренчедән</w:t>
      </w:r>
      <w:r w:rsidR="0022735D" w:rsidRPr="000127C1">
        <w:rPr>
          <w:bCs/>
          <w:iCs/>
        </w:rPr>
        <w:t>»</w:t>
      </w:r>
      <w:r w:rsidRPr="000127C1">
        <w:rPr>
          <w:iCs/>
          <w:lang w:val="tt-RU"/>
        </w:rPr>
        <w:t xml:space="preserve">, </w:t>
      </w:r>
      <w:r w:rsidR="0022735D" w:rsidRPr="000127C1">
        <w:rPr>
          <w:bCs/>
          <w:iCs/>
        </w:rPr>
        <w:t>«</w:t>
      </w:r>
      <w:r w:rsidRPr="000127C1">
        <w:rPr>
          <w:iCs/>
          <w:lang w:val="tt-RU"/>
        </w:rPr>
        <w:t>икенчедән</w:t>
      </w:r>
      <w:r w:rsidR="0022735D" w:rsidRPr="000127C1">
        <w:rPr>
          <w:bCs/>
          <w:iCs/>
        </w:rPr>
        <w:t>»</w:t>
      </w:r>
      <w:r w:rsidRPr="000127C1">
        <w:rPr>
          <w:iCs/>
          <w:lang w:val="tt-RU"/>
        </w:rPr>
        <w:t xml:space="preserve">, </w:t>
      </w:r>
      <w:r w:rsidR="0022735D" w:rsidRPr="000127C1">
        <w:rPr>
          <w:bCs/>
          <w:iCs/>
        </w:rPr>
        <w:t>«</w:t>
      </w:r>
      <w:r w:rsidRPr="000127C1">
        <w:rPr>
          <w:iCs/>
          <w:lang w:val="tt-RU"/>
        </w:rPr>
        <w:t>өченчедән</w:t>
      </w:r>
      <w:r w:rsidR="0022735D" w:rsidRPr="000127C1">
        <w:rPr>
          <w:bCs/>
          <w:iCs/>
        </w:rPr>
        <w:t>»</w:t>
      </w:r>
      <w:r w:rsidRPr="000127C1">
        <w:rPr>
          <w:iCs/>
          <w:lang w:val="tt-RU"/>
        </w:rPr>
        <w:t>;</w:t>
      </w:r>
    </w:p>
    <w:p w14:paraId="7DF93C60" w14:textId="5C199FA5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b/>
          <w:bCs/>
          <w:iCs/>
          <w:lang w:val="tt-RU" w:eastAsia="en-US"/>
        </w:rPr>
      </w:pPr>
      <w:r w:rsidRPr="000127C1">
        <w:rPr>
          <w:rFonts w:eastAsia="Calibri"/>
          <w:lang w:val="tt-RU" w:eastAsia="en-US"/>
        </w:rPr>
        <w:t>союзы</w:t>
      </w:r>
      <w:r w:rsidRPr="000127C1">
        <w:rPr>
          <w:rFonts w:eastAsia="Calibri"/>
          <w:i/>
          <w:lang w:val="tt-RU" w:eastAsia="en-US"/>
        </w:rPr>
        <w:t xml:space="preserve"> </w:t>
      </w:r>
      <w:r w:rsidR="0022735D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да</w:t>
      </w:r>
      <w:r w:rsidR="0022735D" w:rsidRPr="000127C1">
        <w:rPr>
          <w:bCs/>
          <w:iCs/>
        </w:rPr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22735D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дә</w:t>
      </w:r>
      <w:r w:rsidR="0022735D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22735D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та</w:t>
      </w:r>
      <w:r w:rsidR="0022735D" w:rsidRPr="000127C1">
        <w:rPr>
          <w:bCs/>
          <w:iCs/>
        </w:rPr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22735D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тә</w:t>
      </w:r>
      <w:r w:rsidR="0022735D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22735D" w:rsidRPr="000127C1">
        <w:rPr>
          <w:bCs/>
          <w:iCs/>
        </w:rPr>
        <w:t>«</w:t>
      </w:r>
      <w:r w:rsidRPr="000127C1">
        <w:rPr>
          <w:rFonts w:eastAsia="Calibri"/>
          <w:iCs/>
          <w:lang w:val="tt-RU" w:eastAsia="en-US"/>
        </w:rPr>
        <w:t>яки</w:t>
      </w:r>
      <w:r w:rsidR="0022735D" w:rsidRPr="000127C1">
        <w:rPr>
          <w:bCs/>
          <w:iCs/>
        </w:rPr>
        <w:t>»</w:t>
      </w:r>
      <w:r w:rsidRPr="000127C1">
        <w:rPr>
          <w:rFonts w:eastAsia="Calibri"/>
          <w:iCs/>
          <w:lang w:val="tt-RU" w:eastAsia="en-US"/>
        </w:rPr>
        <w:t>;</w:t>
      </w:r>
    </w:p>
    <w:p w14:paraId="5D8E2077" w14:textId="5DB23C81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i/>
          <w:lang w:val="tt-RU" w:eastAsia="en-US"/>
        </w:rPr>
      </w:pPr>
      <w:r w:rsidRPr="000127C1">
        <w:rPr>
          <w:lang w:val="tt-RU" w:eastAsia="en-US"/>
        </w:rPr>
        <w:t>частицы</w:t>
      </w:r>
      <w:r w:rsidRPr="000127C1">
        <w:rPr>
          <w:i/>
          <w:lang w:val="tt-RU" w:eastAsia="en-US"/>
        </w:rPr>
        <w:t xml:space="preserve"> </w:t>
      </w:r>
      <w:r w:rsidR="00827D9F" w:rsidRPr="000127C1">
        <w:rPr>
          <w:bCs/>
          <w:iCs/>
        </w:rPr>
        <w:t>«</w:t>
      </w:r>
      <w:r w:rsidRPr="000127C1">
        <w:rPr>
          <w:lang w:val="tt-RU" w:eastAsia="en-US"/>
        </w:rPr>
        <w:t>әнә</w:t>
      </w:r>
      <w:r w:rsidR="00827D9F" w:rsidRPr="000127C1">
        <w:rPr>
          <w:bCs/>
          <w:iCs/>
        </w:rPr>
        <w:t>»</w:t>
      </w:r>
      <w:r w:rsidRPr="000127C1">
        <w:rPr>
          <w:lang w:val="tt-RU" w:eastAsia="en-US"/>
        </w:rPr>
        <w:t xml:space="preserve">, </w:t>
      </w:r>
      <w:r w:rsidR="00827D9F" w:rsidRPr="000127C1">
        <w:rPr>
          <w:bCs/>
          <w:iCs/>
        </w:rPr>
        <w:t>«</w:t>
      </w:r>
      <w:r w:rsidRPr="000127C1">
        <w:rPr>
          <w:lang w:val="tt-RU" w:eastAsia="en-US"/>
        </w:rPr>
        <w:t>менә</w:t>
      </w:r>
      <w:r w:rsidR="00827D9F" w:rsidRPr="000127C1">
        <w:rPr>
          <w:bCs/>
          <w:iCs/>
        </w:rPr>
        <w:t>»</w:t>
      </w:r>
      <w:r w:rsidRPr="000127C1">
        <w:rPr>
          <w:lang w:val="tt-RU" w:eastAsia="en-US"/>
        </w:rPr>
        <w:t xml:space="preserve">, </w:t>
      </w:r>
      <w:r w:rsidR="00827D9F" w:rsidRPr="000127C1">
        <w:rPr>
          <w:bCs/>
          <w:iCs/>
        </w:rPr>
        <w:t>«</w:t>
      </w:r>
      <w:r w:rsidRPr="000127C1">
        <w:rPr>
          <w:lang w:val="tt-RU" w:eastAsia="en-US"/>
        </w:rPr>
        <w:t>бит</w:t>
      </w:r>
      <w:r w:rsidR="00827D9F" w:rsidRPr="000127C1">
        <w:rPr>
          <w:bCs/>
          <w:iCs/>
        </w:rPr>
        <w:t>»</w:t>
      </w:r>
      <w:r w:rsidRPr="000127C1">
        <w:rPr>
          <w:lang w:val="tt-RU" w:eastAsia="en-US"/>
        </w:rPr>
        <w:t xml:space="preserve">, </w:t>
      </w:r>
      <w:r w:rsidR="00827D9F" w:rsidRPr="000127C1">
        <w:rPr>
          <w:bCs/>
          <w:iCs/>
        </w:rPr>
        <w:t>«</w:t>
      </w:r>
      <w:r w:rsidRPr="000127C1">
        <w:rPr>
          <w:lang w:val="tt-RU" w:eastAsia="en-US"/>
        </w:rPr>
        <w:t>тагын</w:t>
      </w:r>
      <w:r w:rsidR="00827D9F" w:rsidRPr="000127C1">
        <w:rPr>
          <w:bCs/>
          <w:iCs/>
        </w:rPr>
        <w:t>»</w:t>
      </w:r>
      <w:r w:rsidRPr="000127C1">
        <w:rPr>
          <w:iCs/>
          <w:lang w:val="tt-RU" w:eastAsia="en-US"/>
        </w:rPr>
        <w:t>;</w:t>
      </w:r>
    </w:p>
    <w:p w14:paraId="30805D28" w14:textId="77777777" w:rsidR="0061138F" w:rsidRPr="000127C1" w:rsidRDefault="0061138F" w:rsidP="000127C1">
      <w:pPr>
        <w:numPr>
          <w:ilvl w:val="0"/>
          <w:numId w:val="35"/>
        </w:numPr>
        <w:tabs>
          <w:tab w:val="left" w:pos="1134"/>
        </w:tabs>
        <w:ind w:left="0" w:firstLine="709"/>
        <w:jc w:val="both"/>
        <w:rPr>
          <w:rFonts w:eastAsia="Calibri"/>
          <w:i/>
          <w:lang w:eastAsia="en-US"/>
        </w:rPr>
      </w:pPr>
      <w:r w:rsidRPr="000127C1">
        <w:rPr>
          <w:rFonts w:eastAsia="Calibri"/>
          <w:lang w:eastAsia="en-US"/>
        </w:rPr>
        <w:t xml:space="preserve">порядок слов в </w:t>
      </w:r>
      <w:r w:rsidRPr="000127C1">
        <w:rPr>
          <w:rFonts w:eastAsia="Calibri"/>
          <w:lang w:val="tt-RU" w:eastAsia="en-US"/>
        </w:rPr>
        <w:t>сложных предложениях</w:t>
      </w:r>
      <w:r w:rsidRPr="000127C1">
        <w:rPr>
          <w:rFonts w:eastAsia="Calibri"/>
          <w:lang w:eastAsia="en-US"/>
        </w:rPr>
        <w:t>.</w:t>
      </w:r>
    </w:p>
    <w:p w14:paraId="5049BCA3" w14:textId="77777777" w:rsidR="0000038D" w:rsidRPr="000127C1" w:rsidRDefault="0000038D" w:rsidP="000127C1">
      <w:pPr>
        <w:jc w:val="both"/>
        <w:rPr>
          <w:rFonts w:eastAsia="Calibri"/>
          <w:b/>
          <w:bCs/>
          <w:lang w:val="tt-RU"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0BFAA584" w14:textId="27B8BF43" w:rsidR="006C49AB" w:rsidRPr="000127C1" w:rsidRDefault="006C49AB" w:rsidP="000127C1">
      <w:pPr>
        <w:pStyle w:val="a5"/>
        <w:numPr>
          <w:ilvl w:val="0"/>
          <w:numId w:val="8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eastAsia="en-US"/>
        </w:rPr>
        <w:t>знание и использование активных формул татарского речевого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этикета</w:t>
      </w:r>
      <w:r w:rsidR="00F14BCA" w:rsidRPr="000127C1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ситуациях общения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186BC1DF" w14:textId="77777777" w:rsidR="006C49AB" w:rsidRPr="000127C1" w:rsidRDefault="006C49AB" w:rsidP="000127C1">
      <w:pPr>
        <w:pStyle w:val="a5"/>
        <w:numPr>
          <w:ilvl w:val="0"/>
          <w:numId w:val="8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и использование в устной и письменной речи наиболее употребительных реалий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отобранного тематического содержания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5818DA80" w14:textId="19C7F96E" w:rsidR="006C49AB" w:rsidRPr="000127C1" w:rsidRDefault="006C49AB" w:rsidP="000127C1">
      <w:pPr>
        <w:pStyle w:val="a5"/>
        <w:numPr>
          <w:ilvl w:val="0"/>
          <w:numId w:val="8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нание названий городов России и Татарстана на татарском языке; известных татарских ученых, артистов, художников, спортсменов;</w:t>
      </w:r>
    </w:p>
    <w:p w14:paraId="1076CD87" w14:textId="77777777" w:rsidR="006C49AB" w:rsidRPr="000127C1" w:rsidRDefault="006C49AB" w:rsidP="000127C1">
      <w:pPr>
        <w:pStyle w:val="a5"/>
        <w:numPr>
          <w:ilvl w:val="0"/>
          <w:numId w:val="8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знакомство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с образцами татарской поэзии и прозы;</w:t>
      </w:r>
    </w:p>
    <w:p w14:paraId="105762B5" w14:textId="223470F4" w:rsidR="006C49AB" w:rsidRPr="000127C1" w:rsidRDefault="006C49AB" w:rsidP="000127C1">
      <w:pPr>
        <w:pStyle w:val="a5"/>
        <w:numPr>
          <w:ilvl w:val="0"/>
          <w:numId w:val="87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формирование умения представлять основные достижения России и Республики</w:t>
      </w:r>
      <w:r w:rsidR="00F14BCA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Татарстан.</w:t>
      </w:r>
    </w:p>
    <w:p w14:paraId="31B343D9" w14:textId="77777777" w:rsidR="0000038D" w:rsidRPr="000127C1" w:rsidRDefault="0000038D" w:rsidP="000127C1">
      <w:pPr>
        <w:jc w:val="both"/>
        <w:rPr>
          <w:rFonts w:eastAsiaTheme="minorHAnsi"/>
          <w:b/>
          <w:bCs/>
          <w:lang w:val="tt-RU" w:eastAsia="en-US"/>
        </w:rPr>
      </w:pPr>
      <w:r w:rsidRPr="000127C1">
        <w:rPr>
          <w:rFonts w:eastAsiaTheme="minorHAnsi"/>
          <w:b/>
          <w:bCs/>
          <w:lang w:val="tt-RU" w:eastAsia="en-US"/>
        </w:rPr>
        <w:t>Компенсаторные умения</w:t>
      </w:r>
    </w:p>
    <w:p w14:paraId="412C6AB9" w14:textId="77777777" w:rsidR="008256B9" w:rsidRPr="000127C1" w:rsidRDefault="008256B9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игнорирование лексических и смысловых трудностей, не влияющих на понимание основного содержания текста;</w:t>
      </w:r>
    </w:p>
    <w:p w14:paraId="60070310" w14:textId="77777777" w:rsidR="008256B9" w:rsidRPr="000127C1" w:rsidRDefault="008256B9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использование словарных замен в процессе устно-речевого общения;</w:t>
      </w:r>
    </w:p>
    <w:p w14:paraId="080D5E13" w14:textId="77777777" w:rsidR="008256B9" w:rsidRPr="000127C1" w:rsidRDefault="008256B9" w:rsidP="000127C1">
      <w:pPr>
        <w:pStyle w:val="a5"/>
        <w:numPr>
          <w:ilvl w:val="0"/>
          <w:numId w:val="29"/>
        </w:numPr>
        <w:tabs>
          <w:tab w:val="left" w:pos="1134"/>
        </w:tabs>
        <w:spacing w:after="0" w:line="240" w:lineRule="auto"/>
        <w:ind w:left="0" w:firstLine="709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использование в качестве опоры при порождении собственных высказываний ключевыех слов, плана к тексту, тематического словаря.</w:t>
      </w:r>
    </w:p>
    <w:p w14:paraId="3F70C6AC" w14:textId="1036DFD8" w:rsidR="009838BE" w:rsidRPr="000127C1" w:rsidRDefault="009838BE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15" w:name="_Toc105662359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9 </w:t>
      </w:r>
      <w:r w:rsidR="00F732F5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класс</w:t>
      </w:r>
      <w:bookmarkEnd w:id="15"/>
    </w:p>
    <w:p w14:paraId="64829045" w14:textId="77777777" w:rsidR="00F737E1" w:rsidRPr="000127C1" w:rsidRDefault="00F737E1" w:rsidP="000127C1">
      <w:pPr>
        <w:jc w:val="both"/>
        <w:rPr>
          <w:b/>
        </w:rPr>
      </w:pPr>
      <w:r w:rsidRPr="000127C1">
        <w:rPr>
          <w:b/>
        </w:rPr>
        <w:t>Тематическое содержание речи</w:t>
      </w:r>
    </w:p>
    <w:p w14:paraId="7FE59475" w14:textId="1D70B606" w:rsidR="000F24ED" w:rsidRPr="000127C1" w:rsidRDefault="000F24ED" w:rsidP="000127C1">
      <w:pPr>
        <w:tabs>
          <w:tab w:val="left" w:pos="2532"/>
          <w:tab w:val="left" w:pos="4557"/>
        </w:tabs>
        <w:ind w:firstLine="709"/>
        <w:jc w:val="both"/>
        <w:rPr>
          <w:iCs/>
          <w:lang w:eastAsia="en-US"/>
        </w:rPr>
      </w:pPr>
      <w:r w:rsidRPr="000127C1">
        <w:rPr>
          <w:iCs/>
          <w:lang w:eastAsia="en-US"/>
        </w:rPr>
        <w:t xml:space="preserve">1. </w:t>
      </w:r>
      <w:r w:rsidR="004F2998" w:rsidRPr="000127C1">
        <w:rPr>
          <w:iCs/>
          <w:lang w:eastAsia="en-US"/>
        </w:rPr>
        <w:t>Мир моего «</w:t>
      </w:r>
      <w:r w:rsidR="00291A74" w:rsidRPr="000127C1">
        <w:rPr>
          <w:iCs/>
          <w:lang w:eastAsia="en-US"/>
        </w:rPr>
        <w:t>Я</w:t>
      </w:r>
      <w:r w:rsidR="004F2998" w:rsidRPr="000127C1">
        <w:rPr>
          <w:iCs/>
          <w:lang w:eastAsia="en-US"/>
        </w:rPr>
        <w:t>»</w:t>
      </w:r>
      <w:r w:rsidR="00DB14BC" w:rsidRPr="000127C1">
        <w:rPr>
          <w:iCs/>
          <w:lang w:eastAsia="en-US"/>
        </w:rPr>
        <w:t>:</w:t>
      </w:r>
      <w:r w:rsidR="00291A74" w:rsidRPr="000127C1">
        <w:rPr>
          <w:iCs/>
          <w:lang w:eastAsia="en-US"/>
        </w:rPr>
        <w:t xml:space="preserve"> </w:t>
      </w:r>
      <w:r w:rsidRPr="000127C1">
        <w:rPr>
          <w:iCs/>
          <w:lang w:eastAsia="en-US"/>
        </w:rPr>
        <w:t>Здоровье</w:t>
      </w:r>
      <w:r w:rsidR="004F2998" w:rsidRPr="000127C1">
        <w:rPr>
          <w:iCs/>
          <w:lang w:val="tt-RU" w:eastAsia="en-US"/>
        </w:rPr>
        <w:t xml:space="preserve">. </w:t>
      </w:r>
      <w:r w:rsidRPr="000127C1">
        <w:rPr>
          <w:iCs/>
          <w:lang w:eastAsia="en-US"/>
        </w:rPr>
        <w:t>Здоровый образ жизни</w:t>
      </w:r>
      <w:r w:rsidRPr="000127C1">
        <w:rPr>
          <w:iCs/>
          <w:lang w:val="tt-RU" w:eastAsia="en-US"/>
        </w:rPr>
        <w:t>. Хорошие и в</w:t>
      </w:r>
      <w:r w:rsidRPr="000127C1">
        <w:rPr>
          <w:iCs/>
          <w:lang w:eastAsia="en-US"/>
        </w:rPr>
        <w:t>редные</w:t>
      </w:r>
      <w:r w:rsidRPr="000127C1">
        <w:rPr>
          <w:iCs/>
          <w:spacing w:val="-1"/>
          <w:lang w:eastAsia="en-US"/>
        </w:rPr>
        <w:t xml:space="preserve"> </w:t>
      </w:r>
      <w:r w:rsidRPr="000127C1">
        <w:rPr>
          <w:iCs/>
          <w:lang w:eastAsia="en-US"/>
        </w:rPr>
        <w:t>привычки.</w:t>
      </w:r>
      <w:r w:rsidRPr="000127C1">
        <w:rPr>
          <w:iCs/>
          <w:lang w:val="tt-RU" w:eastAsia="en-US"/>
        </w:rPr>
        <w:t xml:space="preserve"> </w:t>
      </w:r>
      <w:r w:rsidRPr="000127C1">
        <w:rPr>
          <w:iCs/>
          <w:spacing w:val="-4"/>
          <w:lang w:val="tt-RU" w:eastAsia="en-US"/>
        </w:rPr>
        <w:t>Эмоциональный интеллект.</w:t>
      </w:r>
    </w:p>
    <w:p w14:paraId="257D5433" w14:textId="151ED1E0" w:rsidR="000F24ED" w:rsidRPr="000127C1" w:rsidRDefault="000F24ED" w:rsidP="000127C1">
      <w:pPr>
        <w:tabs>
          <w:tab w:val="left" w:pos="2532"/>
          <w:tab w:val="left" w:pos="4557"/>
        </w:tabs>
        <w:ind w:firstLine="709"/>
        <w:jc w:val="both"/>
        <w:rPr>
          <w:iCs/>
          <w:lang w:val="tt-RU" w:eastAsia="en-US"/>
        </w:rPr>
      </w:pPr>
      <w:r w:rsidRPr="000127C1">
        <w:rPr>
          <w:iCs/>
          <w:spacing w:val="-4"/>
          <w:lang w:val="tt-RU" w:eastAsia="en-US"/>
        </w:rPr>
        <w:t>2. Мир вокруг меня</w:t>
      </w:r>
      <w:r w:rsidR="00DB14BC" w:rsidRPr="000127C1">
        <w:rPr>
          <w:iCs/>
          <w:spacing w:val="-4"/>
          <w:lang w:val="tt-RU" w:eastAsia="en-US"/>
        </w:rPr>
        <w:t>:</w:t>
      </w:r>
      <w:r w:rsidR="00291A74" w:rsidRPr="000127C1">
        <w:rPr>
          <w:iCs/>
          <w:spacing w:val="-4"/>
          <w:lang w:val="tt-RU" w:eastAsia="en-US"/>
        </w:rPr>
        <w:t xml:space="preserve"> </w:t>
      </w:r>
      <w:r w:rsidR="002137EF" w:rsidRPr="000127C1">
        <w:rPr>
          <w:iCs/>
          <w:spacing w:val="-4"/>
          <w:lang w:val="tt-RU" w:eastAsia="en-US"/>
        </w:rPr>
        <w:t>Достижения н</w:t>
      </w:r>
      <w:r w:rsidRPr="000127C1">
        <w:rPr>
          <w:iCs/>
          <w:spacing w:val="-4"/>
          <w:lang w:val="tt-RU" w:eastAsia="en-US"/>
        </w:rPr>
        <w:t>аук</w:t>
      </w:r>
      <w:r w:rsidR="002137EF" w:rsidRPr="000127C1">
        <w:rPr>
          <w:iCs/>
          <w:spacing w:val="-4"/>
          <w:lang w:val="tt-RU" w:eastAsia="en-US"/>
        </w:rPr>
        <w:t>и</w:t>
      </w:r>
      <w:r w:rsidRPr="000127C1">
        <w:rPr>
          <w:iCs/>
          <w:spacing w:val="-4"/>
          <w:lang w:val="tt-RU" w:eastAsia="en-US"/>
        </w:rPr>
        <w:t xml:space="preserve"> и техник</w:t>
      </w:r>
      <w:r w:rsidR="002137EF" w:rsidRPr="000127C1">
        <w:rPr>
          <w:iCs/>
          <w:spacing w:val="-4"/>
          <w:lang w:val="tt-RU" w:eastAsia="en-US"/>
        </w:rPr>
        <w:t>и</w:t>
      </w:r>
      <w:r w:rsidRPr="000127C1">
        <w:rPr>
          <w:iCs/>
          <w:spacing w:val="-4"/>
          <w:lang w:val="tt-RU" w:eastAsia="en-US"/>
        </w:rPr>
        <w:t xml:space="preserve">. </w:t>
      </w:r>
      <w:r w:rsidR="007D632E" w:rsidRPr="000127C1">
        <w:rPr>
          <w:iCs/>
          <w:spacing w:val="-4"/>
          <w:lang w:val="tt-RU" w:eastAsia="en-US"/>
        </w:rPr>
        <w:t>Виды</w:t>
      </w:r>
      <w:r w:rsidR="00F732F5" w:rsidRPr="000127C1">
        <w:rPr>
          <w:iCs/>
          <w:spacing w:val="-4"/>
          <w:lang w:val="tt-RU" w:eastAsia="en-US"/>
        </w:rPr>
        <w:t xml:space="preserve"> </w:t>
      </w:r>
      <w:r w:rsidR="007D632E" w:rsidRPr="000127C1">
        <w:rPr>
          <w:iCs/>
          <w:spacing w:val="-4"/>
          <w:lang w:val="tt-RU" w:eastAsia="en-US"/>
        </w:rPr>
        <w:t>о</w:t>
      </w:r>
      <w:r w:rsidRPr="000127C1">
        <w:rPr>
          <w:iCs/>
          <w:spacing w:val="-4"/>
          <w:lang w:val="tt-RU" w:eastAsia="en-US"/>
        </w:rPr>
        <w:t>бщени</w:t>
      </w:r>
      <w:r w:rsidR="007D632E" w:rsidRPr="000127C1">
        <w:rPr>
          <w:iCs/>
          <w:spacing w:val="-4"/>
          <w:lang w:val="tt-RU" w:eastAsia="en-US"/>
        </w:rPr>
        <w:t>я. О</w:t>
      </w:r>
      <w:r w:rsidR="00F732F5" w:rsidRPr="000127C1">
        <w:rPr>
          <w:iCs/>
          <w:spacing w:val="-4"/>
          <w:lang w:val="tt-RU" w:eastAsia="en-US"/>
        </w:rPr>
        <w:t>нлайн-общение.</w:t>
      </w:r>
    </w:p>
    <w:p w14:paraId="54140091" w14:textId="1D039056" w:rsidR="000F24ED" w:rsidRPr="000127C1" w:rsidRDefault="000F24ED" w:rsidP="000127C1">
      <w:pPr>
        <w:ind w:firstLine="709"/>
        <w:jc w:val="both"/>
        <w:rPr>
          <w:iCs/>
          <w:lang w:eastAsia="en-US"/>
        </w:rPr>
      </w:pPr>
      <w:r w:rsidRPr="000127C1">
        <w:rPr>
          <w:iCs/>
          <w:lang w:val="tt-RU"/>
        </w:rPr>
        <w:t xml:space="preserve">3. </w:t>
      </w:r>
      <w:r w:rsidRPr="000127C1">
        <w:rPr>
          <w:iCs/>
        </w:rPr>
        <w:t>Мир моих увлечений</w:t>
      </w:r>
      <w:r w:rsidR="00DB14BC" w:rsidRPr="000127C1">
        <w:rPr>
          <w:iCs/>
        </w:rPr>
        <w:t>:</w:t>
      </w:r>
      <w:r w:rsidR="00291A74" w:rsidRPr="000127C1">
        <w:rPr>
          <w:iCs/>
        </w:rPr>
        <w:t xml:space="preserve"> </w:t>
      </w:r>
      <w:r w:rsidRPr="000127C1">
        <w:rPr>
          <w:iCs/>
          <w:lang w:val="tt-RU" w:eastAsia="en-US"/>
        </w:rPr>
        <w:t xml:space="preserve">Планы на будущее. </w:t>
      </w:r>
      <w:r w:rsidRPr="000127C1">
        <w:rPr>
          <w:iCs/>
          <w:lang w:eastAsia="en-US"/>
        </w:rPr>
        <w:t xml:space="preserve">Выбор профессии. </w:t>
      </w:r>
      <w:r w:rsidRPr="000127C1">
        <w:rPr>
          <w:iCs/>
          <w:lang w:val="tt-RU" w:eastAsia="en-US"/>
        </w:rPr>
        <w:t>Востребованные</w:t>
      </w:r>
      <w:r w:rsidR="00657F47" w:rsidRPr="000127C1">
        <w:rPr>
          <w:iCs/>
          <w:lang w:val="tt-RU" w:eastAsia="en-US"/>
        </w:rPr>
        <w:t xml:space="preserve"> </w:t>
      </w:r>
      <w:r w:rsidRPr="000127C1">
        <w:rPr>
          <w:iCs/>
          <w:lang w:eastAsia="en-US"/>
        </w:rPr>
        <w:t>професси</w:t>
      </w:r>
      <w:r w:rsidRPr="000127C1">
        <w:rPr>
          <w:iCs/>
          <w:lang w:val="tt-RU" w:eastAsia="en-US"/>
        </w:rPr>
        <w:t>и</w:t>
      </w:r>
      <w:r w:rsidRPr="000127C1">
        <w:rPr>
          <w:iCs/>
          <w:lang w:eastAsia="en-US"/>
        </w:rPr>
        <w:t>.</w:t>
      </w:r>
      <w:r w:rsidR="00657F47" w:rsidRPr="000127C1">
        <w:rPr>
          <w:iCs/>
          <w:lang w:eastAsia="en-US"/>
        </w:rPr>
        <w:t xml:space="preserve"> </w:t>
      </w:r>
      <w:r w:rsidRPr="000127C1">
        <w:rPr>
          <w:iCs/>
          <w:lang w:eastAsia="en-US"/>
        </w:rPr>
        <w:t xml:space="preserve">Профессиональные </w:t>
      </w:r>
      <w:r w:rsidRPr="000127C1">
        <w:rPr>
          <w:iCs/>
          <w:spacing w:val="-1"/>
          <w:lang w:eastAsia="en-US"/>
        </w:rPr>
        <w:t>учебные</w:t>
      </w:r>
      <w:r w:rsidR="00F732F5" w:rsidRPr="000127C1">
        <w:rPr>
          <w:iCs/>
          <w:spacing w:val="-67"/>
          <w:lang w:eastAsia="en-US"/>
        </w:rPr>
        <w:t xml:space="preserve"> </w:t>
      </w:r>
      <w:r w:rsidRPr="000127C1">
        <w:rPr>
          <w:iCs/>
          <w:lang w:eastAsia="en-US"/>
        </w:rPr>
        <w:t>заведения.</w:t>
      </w:r>
    </w:p>
    <w:p w14:paraId="1E66A4ED" w14:textId="1AE4DAB9" w:rsidR="000F24ED" w:rsidRPr="000127C1" w:rsidRDefault="000F24ED" w:rsidP="000127C1">
      <w:pPr>
        <w:ind w:firstLine="709"/>
        <w:jc w:val="both"/>
        <w:rPr>
          <w:lang w:val="tt-RU"/>
        </w:rPr>
      </w:pPr>
      <w:r w:rsidRPr="000127C1">
        <w:rPr>
          <w:iCs/>
          <w:lang w:val="tt-RU"/>
        </w:rPr>
        <w:t>4.</w:t>
      </w:r>
      <w:r w:rsidR="00657F47" w:rsidRPr="000127C1">
        <w:rPr>
          <w:iCs/>
          <w:lang w:val="tt-RU"/>
        </w:rPr>
        <w:t xml:space="preserve"> </w:t>
      </w:r>
      <w:r w:rsidR="00F2616F" w:rsidRPr="000127C1">
        <w:rPr>
          <w:iCs/>
        </w:rPr>
        <w:t>Моя Р</w:t>
      </w:r>
      <w:r w:rsidRPr="000127C1">
        <w:rPr>
          <w:iCs/>
        </w:rPr>
        <w:t>одина</w:t>
      </w:r>
      <w:r w:rsidR="00DB14BC" w:rsidRPr="000127C1">
        <w:rPr>
          <w:iCs/>
        </w:rPr>
        <w:t>:</w:t>
      </w:r>
      <w:r w:rsidR="00291A74" w:rsidRPr="000127C1">
        <w:rPr>
          <w:iCs/>
        </w:rPr>
        <w:t xml:space="preserve"> </w:t>
      </w:r>
      <w:r w:rsidRPr="000127C1">
        <w:rPr>
          <w:lang w:eastAsia="en-US"/>
        </w:rPr>
        <w:t>Республика Татарстан. Д</w:t>
      </w:r>
      <w:r w:rsidRPr="000127C1">
        <w:rPr>
          <w:lang w:val="tt-RU" w:eastAsia="en-US"/>
        </w:rPr>
        <w:t>остижения</w:t>
      </w:r>
      <w:r w:rsidR="00657F47" w:rsidRPr="000127C1">
        <w:rPr>
          <w:lang w:val="tt-RU" w:eastAsia="en-US"/>
        </w:rPr>
        <w:t xml:space="preserve"> </w:t>
      </w:r>
      <w:r w:rsidRPr="000127C1">
        <w:rPr>
          <w:lang w:eastAsia="en-US"/>
        </w:rPr>
        <w:t>Р</w:t>
      </w:r>
      <w:r w:rsidR="00F732F5" w:rsidRPr="000127C1">
        <w:rPr>
          <w:lang w:eastAsia="en-US"/>
        </w:rPr>
        <w:t xml:space="preserve">еспублики </w:t>
      </w:r>
      <w:r w:rsidRPr="000127C1">
        <w:rPr>
          <w:lang w:eastAsia="en-US"/>
        </w:rPr>
        <w:t>Т</w:t>
      </w:r>
      <w:r w:rsidR="00F732F5" w:rsidRPr="000127C1">
        <w:rPr>
          <w:lang w:eastAsia="en-US"/>
        </w:rPr>
        <w:t>атарстан</w:t>
      </w:r>
      <w:r w:rsidRPr="000127C1">
        <w:rPr>
          <w:lang w:eastAsia="en-US"/>
        </w:rPr>
        <w:t>:</w:t>
      </w:r>
      <w:r w:rsidRPr="000127C1">
        <w:rPr>
          <w:lang w:val="tt-RU" w:eastAsia="en-US"/>
        </w:rPr>
        <w:t xml:space="preserve"> э</w:t>
      </w:r>
      <w:r w:rsidRPr="000127C1">
        <w:rPr>
          <w:lang w:eastAsia="en-US"/>
        </w:rPr>
        <w:t>кономика</w:t>
      </w:r>
      <w:r w:rsidRPr="000127C1">
        <w:rPr>
          <w:lang w:val="tt-RU" w:eastAsia="en-US"/>
        </w:rPr>
        <w:t>, культура, спорт.</w:t>
      </w:r>
      <w:r w:rsidR="00291A74" w:rsidRPr="000127C1">
        <w:rPr>
          <w:lang w:val="tt-RU" w:eastAsia="en-US"/>
        </w:rPr>
        <w:t xml:space="preserve"> </w:t>
      </w:r>
      <w:r w:rsidRPr="000127C1">
        <w:rPr>
          <w:lang w:val="tt-RU" w:eastAsia="en-US"/>
        </w:rPr>
        <w:t>Выдающиеся представители к</w:t>
      </w:r>
      <w:r w:rsidRPr="000127C1">
        <w:rPr>
          <w:lang w:eastAsia="en-US"/>
        </w:rPr>
        <w:t xml:space="preserve">ультуры и искусства татарского народа. </w:t>
      </w:r>
      <w:r w:rsidR="004F2998" w:rsidRPr="000127C1">
        <w:rPr>
          <w:lang w:val="tt-RU" w:eastAsia="en-US"/>
        </w:rPr>
        <w:t xml:space="preserve">Защитники Отечества. </w:t>
      </w:r>
      <w:r w:rsidRPr="000127C1">
        <w:rPr>
          <w:lang w:eastAsia="en-US"/>
        </w:rPr>
        <w:t xml:space="preserve">9 Мая – </w:t>
      </w:r>
      <w:r w:rsidRPr="000127C1">
        <w:rPr>
          <w:lang w:val="tt-RU" w:eastAsia="en-US"/>
        </w:rPr>
        <w:t>Д</w:t>
      </w:r>
      <w:r w:rsidRPr="000127C1">
        <w:rPr>
          <w:lang w:eastAsia="en-US"/>
        </w:rPr>
        <w:t>ень Победы.</w:t>
      </w:r>
    </w:p>
    <w:p w14:paraId="62D1E14D" w14:textId="29E4E430" w:rsidR="00BB5552" w:rsidRPr="000127C1" w:rsidRDefault="00BA2215" w:rsidP="000127C1">
      <w:pPr>
        <w:jc w:val="both"/>
        <w:rPr>
          <w:b/>
        </w:rPr>
      </w:pPr>
      <w:r w:rsidRPr="000127C1">
        <w:rPr>
          <w:b/>
        </w:rPr>
        <w:t>У</w:t>
      </w:r>
      <w:r w:rsidR="00BB5552" w:rsidRPr="000127C1">
        <w:rPr>
          <w:b/>
        </w:rPr>
        <w:t>мения</w:t>
      </w:r>
      <w:r w:rsidRPr="000127C1">
        <w:rPr>
          <w:b/>
        </w:rPr>
        <w:t xml:space="preserve"> по видам речевой деятельности</w:t>
      </w:r>
    </w:p>
    <w:p w14:paraId="11D80FC1" w14:textId="77777777" w:rsidR="00BA2215" w:rsidRPr="000127C1" w:rsidRDefault="00BA2215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Аудирование</w:t>
      </w:r>
    </w:p>
    <w:p w14:paraId="05D55D3A" w14:textId="38BDCA23" w:rsidR="00CF447D" w:rsidRPr="000127C1" w:rsidRDefault="00CF447D" w:rsidP="000127C1">
      <w:pPr>
        <w:ind w:firstLine="709"/>
        <w:jc w:val="both"/>
        <w:rPr>
          <w:b/>
          <w:i/>
        </w:rPr>
      </w:pPr>
      <w:r w:rsidRPr="000127C1">
        <w:rPr>
          <w:b/>
          <w:i/>
        </w:rPr>
        <w:t>–</w:t>
      </w:r>
      <w:r w:rsidRPr="000127C1">
        <w:rPr>
          <w:b/>
          <w:i/>
        </w:rPr>
        <w:tab/>
      </w:r>
      <w:r w:rsidRPr="000127C1">
        <w:t>восприятие на слух и понимание звучащие до 2-х минут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 с пониманием основного содержания текстов или запрашиваемой информации.</w:t>
      </w:r>
    </w:p>
    <w:p w14:paraId="796613E1" w14:textId="330BACB1" w:rsidR="008256B9" w:rsidRPr="000127C1" w:rsidRDefault="008256B9" w:rsidP="000127C1">
      <w:pPr>
        <w:pStyle w:val="a5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</w:rPr>
        <w:t>умение определять основную тему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идею</w:t>
      </w:r>
      <w:r w:rsidRPr="000127C1">
        <w:rPr>
          <w:bCs/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услышанного</w:t>
      </w:r>
      <w:r w:rsidRPr="000127C1">
        <w:rPr>
          <w:b/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  <w:lang w:val="tt-RU"/>
        </w:rPr>
        <w:t>текста;</w:t>
      </w:r>
    </w:p>
    <w:p w14:paraId="3FD2DE56" w14:textId="1532355E" w:rsidR="00BA2215" w:rsidRPr="000127C1" w:rsidRDefault="00BA2215" w:rsidP="000127C1">
      <w:pPr>
        <w:pStyle w:val="a5"/>
        <w:numPr>
          <w:ilvl w:val="0"/>
          <w:numId w:val="38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>извлечение главной информации в услышанном от второстепенной, прогнозирование содержания текста по началу сообщения.</w:t>
      </w:r>
    </w:p>
    <w:p w14:paraId="17A87212" w14:textId="77777777" w:rsidR="00BA2215" w:rsidRPr="000127C1" w:rsidRDefault="00BA2215" w:rsidP="000127C1">
      <w:pPr>
        <w:ind w:firstLine="709"/>
        <w:jc w:val="both"/>
        <w:rPr>
          <w:lang w:val="tt-RU"/>
        </w:rPr>
      </w:pPr>
      <w:r w:rsidRPr="000127C1">
        <w:rPr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42CD470" w14:textId="77777777" w:rsidR="00BA2215" w:rsidRPr="000127C1" w:rsidRDefault="00BA2215" w:rsidP="000127C1">
      <w:pPr>
        <w:ind w:firstLine="709"/>
        <w:jc w:val="both"/>
        <w:rPr>
          <w:bCs/>
          <w:lang w:val="tt-RU"/>
        </w:rPr>
      </w:pPr>
      <w:r w:rsidRPr="000127C1">
        <w:rPr>
          <w:lang w:val="tt-RU"/>
        </w:rPr>
        <w:t xml:space="preserve">Время звучания текста для аудирования – </w:t>
      </w:r>
      <w:r w:rsidRPr="000127C1">
        <w:rPr>
          <w:bCs/>
          <w:lang w:val="tt-RU"/>
        </w:rPr>
        <w:t>до 2-х минут.</w:t>
      </w:r>
    </w:p>
    <w:p w14:paraId="28BD3292" w14:textId="77777777" w:rsidR="00BB5552" w:rsidRPr="000127C1" w:rsidRDefault="00BB5552" w:rsidP="000127C1">
      <w:pPr>
        <w:ind w:firstLine="709"/>
        <w:jc w:val="both"/>
        <w:rPr>
          <w:b/>
          <w:lang w:val="tt-RU"/>
        </w:rPr>
      </w:pPr>
      <w:r w:rsidRPr="000127C1">
        <w:rPr>
          <w:b/>
          <w:lang w:val="tt-RU"/>
        </w:rPr>
        <w:t>Говорение</w:t>
      </w:r>
    </w:p>
    <w:p w14:paraId="7D49DE95" w14:textId="42343505" w:rsidR="0076549A" w:rsidRPr="000127C1" w:rsidRDefault="003F1997" w:rsidP="000127C1">
      <w:pPr>
        <w:ind w:firstLine="709"/>
        <w:jc w:val="both"/>
      </w:pPr>
      <w:r w:rsidRPr="000127C1">
        <w:t>Д</w:t>
      </w:r>
      <w:r w:rsidR="0076549A" w:rsidRPr="000127C1">
        <w:t>иалогическ</w:t>
      </w:r>
      <w:r w:rsidRPr="000127C1">
        <w:t>ая</w:t>
      </w:r>
      <w:r w:rsidR="0076549A" w:rsidRPr="000127C1">
        <w:t xml:space="preserve"> реч</w:t>
      </w:r>
      <w:r w:rsidRPr="000127C1">
        <w:t>ь</w:t>
      </w:r>
      <w:r w:rsidR="0076549A" w:rsidRPr="000127C1">
        <w:t>:</w:t>
      </w:r>
    </w:p>
    <w:p w14:paraId="2A5C694D" w14:textId="2F0C52EE" w:rsidR="008256B9" w:rsidRPr="000127C1" w:rsidRDefault="008256B9" w:rsidP="000127C1">
      <w:pPr>
        <w:numPr>
          <w:ilvl w:val="0"/>
          <w:numId w:val="36"/>
        </w:numPr>
        <w:tabs>
          <w:tab w:val="left" w:pos="1134"/>
        </w:tabs>
        <w:ind w:left="0" w:firstLine="709"/>
        <w:contextualSpacing/>
        <w:jc w:val="both"/>
        <w:rPr>
          <w:bCs/>
        </w:rPr>
      </w:pPr>
      <w:r w:rsidRPr="000127C1">
        <w:rPr>
          <w:bCs/>
        </w:rPr>
        <w:t>вести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диалог этикетного характера: начинать, поддерживать и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заканчивать разговор, вежливо переспрашивать; выражать благодарность; вежливо соглашаться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на предложение</w:t>
      </w:r>
      <w:r w:rsidR="00055FEC" w:rsidRPr="000127C1">
        <w:rPr>
          <w:bCs/>
        </w:rPr>
        <w:t xml:space="preserve"> / </w:t>
      </w:r>
      <w:r w:rsidRPr="000127C1">
        <w:rPr>
          <w:bCs/>
        </w:rPr>
        <w:t>отказываться от предложения собеседника;</w:t>
      </w:r>
    </w:p>
    <w:p w14:paraId="36408691" w14:textId="71FEBE8F" w:rsidR="008256B9" w:rsidRPr="000127C1" w:rsidRDefault="008256B9" w:rsidP="000127C1">
      <w:pPr>
        <w:numPr>
          <w:ilvl w:val="0"/>
          <w:numId w:val="36"/>
        </w:numPr>
        <w:tabs>
          <w:tab w:val="left" w:pos="1134"/>
        </w:tabs>
        <w:ind w:left="0" w:firstLine="709"/>
        <w:contextualSpacing/>
        <w:jc w:val="both"/>
        <w:rPr>
          <w:bCs/>
        </w:rPr>
      </w:pPr>
      <w:r w:rsidRPr="000127C1">
        <w:rPr>
          <w:bCs/>
          <w:lang w:val="tt-RU"/>
        </w:rPr>
        <w:t xml:space="preserve">вести </w:t>
      </w:r>
      <w:r w:rsidRPr="000127C1">
        <w:rPr>
          <w:bCs/>
        </w:rPr>
        <w:t>диалог-побуждение к действию: обращаться с просьбой,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вежливо соглашаться</w:t>
      </w:r>
      <w:r w:rsidR="00055FEC" w:rsidRPr="000127C1">
        <w:rPr>
          <w:bCs/>
        </w:rPr>
        <w:t xml:space="preserve"> / </w:t>
      </w:r>
      <w:r w:rsidRPr="000127C1">
        <w:rPr>
          <w:bCs/>
        </w:rPr>
        <w:t>не соглашаться выполнить просьбу; приглашать собеседника к совместной деятельности, вежливо соглашаться</w:t>
      </w:r>
      <w:r w:rsidR="00055FEC" w:rsidRPr="000127C1">
        <w:rPr>
          <w:bCs/>
        </w:rPr>
        <w:t xml:space="preserve"> / </w:t>
      </w:r>
      <w:r w:rsidRPr="000127C1">
        <w:rPr>
          <w:bCs/>
        </w:rPr>
        <w:t>не соглашаться на предложение собеседника, объясняя причину своего решения;</w:t>
      </w:r>
    </w:p>
    <w:p w14:paraId="6477291D" w14:textId="77777777" w:rsidR="008256B9" w:rsidRPr="000127C1" w:rsidRDefault="008256B9" w:rsidP="000127C1">
      <w:pPr>
        <w:numPr>
          <w:ilvl w:val="0"/>
          <w:numId w:val="36"/>
        </w:numPr>
        <w:tabs>
          <w:tab w:val="left" w:pos="1134"/>
        </w:tabs>
        <w:ind w:left="0" w:firstLine="709"/>
        <w:contextualSpacing/>
        <w:jc w:val="both"/>
        <w:rPr>
          <w:bCs/>
        </w:rPr>
      </w:pPr>
      <w:r w:rsidRPr="000127C1">
        <w:rPr>
          <w:bCs/>
          <w:lang w:val="tt-RU"/>
        </w:rPr>
        <w:t xml:space="preserve">вести </w:t>
      </w:r>
      <w:r w:rsidRPr="000127C1">
        <w:rPr>
          <w:bCs/>
        </w:rPr>
        <w:t>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</w:t>
      </w:r>
      <w:r w:rsidRPr="000127C1">
        <w:rPr>
          <w:bCs/>
          <w:lang w:val="tt-RU"/>
        </w:rPr>
        <w:t xml:space="preserve"> </w:t>
      </w:r>
      <w:r w:rsidRPr="000127C1">
        <w:rPr>
          <w:bCs/>
        </w:rPr>
        <w:t>информацию; переходить с позиции спрашивающего на позицию отвечающего и</w:t>
      </w:r>
      <w:r w:rsidRPr="000127C1">
        <w:rPr>
          <w:bCs/>
          <w:lang w:val="tt-RU"/>
        </w:rPr>
        <w:t xml:space="preserve">, </w:t>
      </w:r>
      <w:r w:rsidRPr="000127C1">
        <w:rPr>
          <w:bCs/>
        </w:rPr>
        <w:t>наоборот;</w:t>
      </w:r>
    </w:p>
    <w:p w14:paraId="4A711F77" w14:textId="77777777" w:rsidR="008256B9" w:rsidRPr="000127C1" w:rsidRDefault="008256B9" w:rsidP="000127C1">
      <w:pPr>
        <w:numPr>
          <w:ilvl w:val="0"/>
          <w:numId w:val="36"/>
        </w:numPr>
        <w:tabs>
          <w:tab w:val="left" w:pos="1134"/>
        </w:tabs>
        <w:ind w:left="0" w:firstLine="709"/>
        <w:contextualSpacing/>
        <w:jc w:val="both"/>
        <w:rPr>
          <w:bCs/>
        </w:rPr>
      </w:pPr>
      <w:r w:rsidRPr="000127C1">
        <w:rPr>
          <w:bCs/>
        </w:rPr>
        <w:t>вести комбинированный диалог.</w:t>
      </w:r>
    </w:p>
    <w:p w14:paraId="15D2C193" w14:textId="77777777" w:rsidR="004C48AD" w:rsidRPr="000127C1" w:rsidRDefault="0017284B" w:rsidP="000127C1">
      <w:pPr>
        <w:ind w:firstLine="709"/>
        <w:jc w:val="both"/>
        <w:rPr>
          <w:b/>
        </w:rPr>
      </w:pPr>
      <w:r w:rsidRPr="000127C1">
        <w:t>Объе</w:t>
      </w:r>
      <w:r w:rsidR="004C48AD" w:rsidRPr="000127C1">
        <w:t>м диалога</w:t>
      </w:r>
      <w:r w:rsidR="004C48AD" w:rsidRPr="000127C1">
        <w:rPr>
          <w:lang w:val="tt-RU"/>
        </w:rPr>
        <w:t>:</w:t>
      </w:r>
      <w:r w:rsidR="007553BF" w:rsidRPr="000127C1">
        <w:t xml:space="preserve"> </w:t>
      </w:r>
      <w:r w:rsidR="004C48AD" w:rsidRPr="000127C1">
        <w:rPr>
          <w:bCs/>
          <w:lang w:val="tt-RU"/>
        </w:rPr>
        <w:t>10</w:t>
      </w:r>
      <w:r w:rsidR="002019E7" w:rsidRPr="000127C1">
        <w:rPr>
          <w:bCs/>
          <w:lang w:val="tt-RU"/>
        </w:rPr>
        <w:t>–</w:t>
      </w:r>
      <w:r w:rsidR="004C48AD" w:rsidRPr="000127C1">
        <w:rPr>
          <w:bCs/>
          <w:lang w:val="tt-RU"/>
        </w:rPr>
        <w:t>11</w:t>
      </w:r>
      <w:r w:rsidR="002955E3" w:rsidRPr="000127C1">
        <w:rPr>
          <w:lang w:val="tt-RU"/>
        </w:rPr>
        <w:t xml:space="preserve"> </w:t>
      </w:r>
      <w:r w:rsidR="004C48AD" w:rsidRPr="000127C1">
        <w:t>реплик со стороны каждого собеседника</w:t>
      </w:r>
      <w:r w:rsidR="002019E7" w:rsidRPr="000127C1">
        <w:t>.</w:t>
      </w:r>
    </w:p>
    <w:p w14:paraId="5158D3FB" w14:textId="717C25AD" w:rsidR="004C48AD" w:rsidRPr="000127C1" w:rsidRDefault="003F1997" w:rsidP="000127C1">
      <w:pPr>
        <w:ind w:firstLine="709"/>
        <w:jc w:val="both"/>
        <w:rPr>
          <w:iCs/>
        </w:rPr>
      </w:pPr>
      <w:r w:rsidRPr="000127C1">
        <w:rPr>
          <w:iCs/>
        </w:rPr>
        <w:t>М</w:t>
      </w:r>
      <w:r w:rsidR="004C48AD" w:rsidRPr="000127C1">
        <w:rPr>
          <w:iCs/>
        </w:rPr>
        <w:t>онологическ</w:t>
      </w:r>
      <w:r w:rsidRPr="000127C1">
        <w:rPr>
          <w:iCs/>
        </w:rPr>
        <w:t>ая речь</w:t>
      </w:r>
      <w:r w:rsidR="00547D16" w:rsidRPr="000127C1">
        <w:rPr>
          <w:iCs/>
        </w:rPr>
        <w:t>:</w:t>
      </w:r>
    </w:p>
    <w:p w14:paraId="57C92B22" w14:textId="3E684808" w:rsidR="004C48AD" w:rsidRPr="000127C1" w:rsidRDefault="004C48AD" w:rsidP="000127C1">
      <w:pPr>
        <w:pStyle w:val="a5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создание устных связных монологических высказываний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с использованием основных коммуникативных типов речи: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описание (предмета, человека), в том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числе характеристика реального человека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или литературного персонажа);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</w:rPr>
        <w:t>повествование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сообщение</w:t>
      </w:r>
      <w:r w:rsidR="00FF6593" w:rsidRPr="000127C1">
        <w:rPr>
          <w:color w:val="auto"/>
          <w:sz w:val="24"/>
          <w:szCs w:val="24"/>
        </w:rPr>
        <w:t>, рассуждение</w:t>
      </w:r>
      <w:r w:rsidRPr="000127C1">
        <w:rPr>
          <w:color w:val="auto"/>
          <w:sz w:val="24"/>
          <w:szCs w:val="24"/>
        </w:rPr>
        <w:t>;</w:t>
      </w:r>
    </w:p>
    <w:p w14:paraId="5B88A738" w14:textId="5133A4AD" w:rsidR="004C48AD" w:rsidRPr="000127C1" w:rsidRDefault="004C48AD" w:rsidP="000127C1">
      <w:pPr>
        <w:pStyle w:val="a5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</w:rPr>
        <w:t>изложение (пересказ) основного содержания прочитанного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E47256" w:rsidRPr="000127C1">
        <w:rPr>
          <w:color w:val="auto"/>
          <w:sz w:val="24"/>
          <w:szCs w:val="24"/>
          <w:lang w:val="tt-RU"/>
        </w:rPr>
        <w:t>прослушанного текста;</w:t>
      </w:r>
    </w:p>
    <w:p w14:paraId="2483F074" w14:textId="77777777" w:rsidR="004C48AD" w:rsidRPr="000127C1" w:rsidRDefault="004C48AD" w:rsidP="000127C1">
      <w:pPr>
        <w:pStyle w:val="a5"/>
        <w:numPr>
          <w:ilvl w:val="0"/>
          <w:numId w:val="37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изложение результатов выполненной проектной работы.</w:t>
      </w:r>
    </w:p>
    <w:p w14:paraId="74AC5533" w14:textId="77777777" w:rsidR="004C48AD" w:rsidRPr="000127C1" w:rsidRDefault="002019E7" w:rsidP="000127C1">
      <w:pPr>
        <w:ind w:firstLine="709"/>
        <w:jc w:val="both"/>
        <w:rPr>
          <w:bCs/>
        </w:rPr>
      </w:pPr>
      <w:r w:rsidRPr="000127C1">
        <w:t>Объе</w:t>
      </w:r>
      <w:r w:rsidR="004C48AD" w:rsidRPr="000127C1">
        <w:t>м монологического высказывания</w:t>
      </w:r>
      <w:r w:rsidR="004C48AD" w:rsidRPr="000127C1">
        <w:rPr>
          <w:lang w:val="tt-RU"/>
        </w:rPr>
        <w:t>:</w:t>
      </w:r>
      <w:r w:rsidR="007553BF" w:rsidRPr="000127C1">
        <w:t xml:space="preserve"> </w:t>
      </w:r>
      <w:r w:rsidRPr="000127C1">
        <w:rPr>
          <w:bCs/>
          <w:lang w:val="tt-RU"/>
        </w:rPr>
        <w:t>10–</w:t>
      </w:r>
      <w:r w:rsidR="004C48AD" w:rsidRPr="000127C1">
        <w:rPr>
          <w:bCs/>
          <w:lang w:val="tt-RU"/>
        </w:rPr>
        <w:t>11</w:t>
      </w:r>
      <w:r w:rsidR="004C48AD" w:rsidRPr="000127C1">
        <w:rPr>
          <w:bCs/>
        </w:rPr>
        <w:t xml:space="preserve"> фраз.</w:t>
      </w:r>
    </w:p>
    <w:p w14:paraId="124D752C" w14:textId="4982E19C" w:rsidR="004C48AD" w:rsidRPr="000127C1" w:rsidRDefault="004C48AD" w:rsidP="000127C1">
      <w:pPr>
        <w:ind w:firstLine="709"/>
        <w:jc w:val="both"/>
        <w:rPr>
          <w:b/>
          <w:i/>
        </w:rPr>
      </w:pPr>
      <w:r w:rsidRPr="000127C1">
        <w:rPr>
          <w:lang w:val="tt-RU"/>
        </w:rPr>
        <w:t>У</w:t>
      </w:r>
      <w:r w:rsidRPr="000127C1">
        <w:t xml:space="preserve">мения диалогической </w:t>
      </w:r>
      <w:r w:rsidRPr="000127C1">
        <w:rPr>
          <w:lang w:val="tt-RU"/>
        </w:rPr>
        <w:t xml:space="preserve">и монологической </w:t>
      </w:r>
      <w:r w:rsidRPr="000127C1">
        <w:t>речи развиваются в стандартных ситуациях общения в рамках</w:t>
      </w:r>
      <w:r w:rsidRPr="000127C1">
        <w:rPr>
          <w:lang w:val="tt-RU"/>
        </w:rPr>
        <w:t xml:space="preserve"> </w:t>
      </w:r>
      <w:r w:rsidRPr="000127C1">
        <w:t>тематического содержания речи с опорой на речевые ситуации,</w:t>
      </w:r>
      <w:r w:rsidRPr="000127C1">
        <w:rPr>
          <w:lang w:val="tt-RU"/>
        </w:rPr>
        <w:t xml:space="preserve"> </w:t>
      </w:r>
      <w:r w:rsidRPr="000127C1">
        <w:t>ключевые слова и</w:t>
      </w:r>
      <w:r w:rsidR="00055FEC" w:rsidRPr="000127C1">
        <w:t xml:space="preserve"> / </w:t>
      </w:r>
      <w:r w:rsidRPr="000127C1">
        <w:t xml:space="preserve">или иллюстрации, фотографии с соблюдением норм </w:t>
      </w:r>
      <w:r w:rsidRPr="000127C1">
        <w:rPr>
          <w:lang w:val="tt-RU"/>
        </w:rPr>
        <w:t xml:space="preserve">татарского </w:t>
      </w:r>
      <w:r w:rsidRPr="000127C1">
        <w:t>речевого этикета</w:t>
      </w:r>
      <w:r w:rsidRPr="000127C1">
        <w:rPr>
          <w:lang w:val="tt-RU"/>
        </w:rPr>
        <w:t>.</w:t>
      </w:r>
    </w:p>
    <w:p w14:paraId="4016AB2F" w14:textId="77777777" w:rsidR="00FF6593" w:rsidRPr="000127C1" w:rsidRDefault="00FF6593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Смысловое чтение</w:t>
      </w:r>
    </w:p>
    <w:p w14:paraId="40B2130D" w14:textId="77777777" w:rsidR="00FF6593" w:rsidRPr="000127C1" w:rsidRDefault="00FF6593" w:rsidP="000127C1">
      <w:pPr>
        <w:pStyle w:val="a5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</w:t>
      </w:r>
      <w:r w:rsidRPr="000127C1">
        <w:rPr>
          <w:color w:val="auto"/>
          <w:sz w:val="24"/>
          <w:szCs w:val="24"/>
          <w:lang w:val="tt-RU"/>
        </w:rPr>
        <w:t xml:space="preserve">тение </w:t>
      </w:r>
      <w:r w:rsidRPr="000127C1">
        <w:rPr>
          <w:color w:val="auto"/>
          <w:sz w:val="24"/>
          <w:szCs w:val="24"/>
        </w:rPr>
        <w:t xml:space="preserve">про себя </w:t>
      </w:r>
      <w:r w:rsidRPr="000127C1">
        <w:rPr>
          <w:color w:val="auto"/>
          <w:sz w:val="24"/>
          <w:szCs w:val="24"/>
          <w:lang w:val="tt-RU"/>
        </w:rPr>
        <w:t xml:space="preserve">с </w:t>
      </w:r>
      <w:r w:rsidRPr="000127C1">
        <w:rPr>
          <w:color w:val="auto"/>
          <w:sz w:val="24"/>
          <w:szCs w:val="24"/>
        </w:rPr>
        <w:t>понима</w:t>
      </w:r>
      <w:r w:rsidRPr="000127C1">
        <w:rPr>
          <w:color w:val="auto"/>
          <w:sz w:val="24"/>
          <w:szCs w:val="24"/>
          <w:lang w:val="tt-RU"/>
        </w:rPr>
        <w:t xml:space="preserve">нием </w:t>
      </w:r>
      <w:r w:rsidRPr="000127C1">
        <w:rPr>
          <w:color w:val="auto"/>
          <w:sz w:val="24"/>
          <w:szCs w:val="24"/>
        </w:rPr>
        <w:t>учебны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и адаптированны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аутентичны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текст</w:t>
      </w:r>
      <w:r w:rsidRPr="000127C1">
        <w:rPr>
          <w:color w:val="auto"/>
          <w:sz w:val="24"/>
          <w:szCs w:val="24"/>
          <w:lang w:val="tt-RU"/>
        </w:rPr>
        <w:t>ов</w:t>
      </w:r>
      <w:r w:rsidRPr="000127C1">
        <w:rPr>
          <w:color w:val="auto"/>
          <w:sz w:val="24"/>
          <w:szCs w:val="24"/>
        </w:rPr>
        <w:t xml:space="preserve"> разных жанров и стилей, содержащи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0D8D48FC" w14:textId="0BCCA38F" w:rsidR="00406FAF" w:rsidRPr="000127C1" w:rsidRDefault="00406FAF" w:rsidP="000127C1">
      <w:pPr>
        <w:pStyle w:val="a5"/>
        <w:numPr>
          <w:ilvl w:val="0"/>
          <w:numId w:val="3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с пониманием основного содержания текста с определением</w:t>
      </w:r>
      <w:r w:rsidR="00F14BCA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основной темы и главных фактов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78CB6820" w14:textId="77777777" w:rsidR="00FF6593" w:rsidRPr="000127C1" w:rsidRDefault="00FF6593" w:rsidP="000127C1">
      <w:pPr>
        <w:pStyle w:val="a5"/>
        <w:numPr>
          <w:ilvl w:val="0"/>
          <w:numId w:val="39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чтение несплошных текстов (таблиц) и понимание представленной в них информации.</w:t>
      </w:r>
    </w:p>
    <w:p w14:paraId="2E669747" w14:textId="77777777" w:rsidR="00FF6593" w:rsidRPr="000127C1" w:rsidRDefault="00FF6593" w:rsidP="000127C1">
      <w:pPr>
        <w:ind w:firstLine="709"/>
        <w:jc w:val="both"/>
      </w:pPr>
      <w:r w:rsidRPr="000127C1">
        <w:t>Тексты для чтения: беседа; отрывок из художественного произведения, в том числе рассказ, сказка; научно-популярн</w:t>
      </w:r>
      <w:r w:rsidRPr="000127C1">
        <w:rPr>
          <w:lang w:val="tt-RU"/>
        </w:rPr>
        <w:t>ые тексты</w:t>
      </w:r>
      <w:r w:rsidRPr="000127C1"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30C637D1" w14:textId="77777777" w:rsidR="00FF6593" w:rsidRPr="000127C1" w:rsidRDefault="00D05E77" w:rsidP="000127C1">
      <w:pPr>
        <w:ind w:firstLine="709"/>
        <w:jc w:val="both"/>
      </w:pPr>
      <w:r w:rsidRPr="000127C1">
        <w:t>Объе</w:t>
      </w:r>
      <w:r w:rsidR="00FF6593" w:rsidRPr="000127C1">
        <w:t>м текста для чтения</w:t>
      </w:r>
      <w:r w:rsidR="00FF6593" w:rsidRPr="000127C1">
        <w:rPr>
          <w:lang w:val="tt-RU"/>
        </w:rPr>
        <w:t xml:space="preserve">: </w:t>
      </w:r>
      <w:r w:rsidR="00FF6593" w:rsidRPr="000127C1">
        <w:rPr>
          <w:bCs/>
          <w:lang w:val="tt-RU"/>
        </w:rPr>
        <w:t>2</w:t>
      </w:r>
      <w:r w:rsidR="00CD3EC6" w:rsidRPr="000127C1">
        <w:rPr>
          <w:bCs/>
          <w:lang w:val="tt-RU"/>
        </w:rPr>
        <w:t>50–</w:t>
      </w:r>
      <w:r w:rsidR="00312A44" w:rsidRPr="000127C1">
        <w:rPr>
          <w:bCs/>
          <w:lang w:val="tt-RU"/>
        </w:rPr>
        <w:t>3</w:t>
      </w:r>
      <w:r w:rsidR="00FF6593" w:rsidRPr="000127C1">
        <w:rPr>
          <w:bCs/>
          <w:lang w:val="tt-RU"/>
        </w:rPr>
        <w:t>00</w:t>
      </w:r>
      <w:r w:rsidR="00FF6593" w:rsidRPr="000127C1">
        <w:rPr>
          <w:bCs/>
        </w:rPr>
        <w:t xml:space="preserve"> слов.</w:t>
      </w:r>
    </w:p>
    <w:p w14:paraId="05419B5F" w14:textId="77777777" w:rsidR="008E3FF2" w:rsidRPr="000127C1" w:rsidRDefault="008E3FF2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Письм</w:t>
      </w:r>
      <w:r w:rsidRPr="000127C1">
        <w:rPr>
          <w:b/>
          <w:iCs/>
          <w:lang w:val="tt-RU"/>
        </w:rPr>
        <w:t>енная речь</w:t>
      </w:r>
    </w:p>
    <w:p w14:paraId="40F2437C" w14:textId="77777777" w:rsidR="008E3FF2" w:rsidRPr="000127C1" w:rsidRDefault="008E3FF2" w:rsidP="000127C1">
      <w:pPr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 w:rsidRPr="000127C1">
        <w:rPr>
          <w:bCs/>
          <w:iCs/>
        </w:rPr>
        <w:t xml:space="preserve">написание личного </w:t>
      </w:r>
      <w:r w:rsidRPr="000127C1">
        <w:rPr>
          <w:bCs/>
          <w:iCs/>
          <w:lang w:val="tt-RU"/>
        </w:rPr>
        <w:t xml:space="preserve">письма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чем-либо);</w:t>
      </w:r>
    </w:p>
    <w:p w14:paraId="2913B9D3" w14:textId="77777777" w:rsidR="008E3FF2" w:rsidRPr="000127C1" w:rsidRDefault="008E3FF2" w:rsidP="000127C1">
      <w:pPr>
        <w:numPr>
          <w:ilvl w:val="0"/>
          <w:numId w:val="5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написание сообщения, кратко представляя Россию, Республику Татарстан;</w:t>
      </w:r>
    </w:p>
    <w:p w14:paraId="74CC9BF5" w14:textId="52417214" w:rsidR="008E3FF2" w:rsidRPr="000127C1" w:rsidRDefault="008E3FF2" w:rsidP="000127C1">
      <w:pPr>
        <w:numPr>
          <w:ilvl w:val="0"/>
          <w:numId w:val="40"/>
        </w:numPr>
        <w:tabs>
          <w:tab w:val="left" w:pos="1134"/>
        </w:tabs>
        <w:ind w:left="0" w:firstLine="709"/>
        <w:jc w:val="both"/>
      </w:pPr>
      <w:r w:rsidRPr="000127C1">
        <w:t>изложение (пересказ) основного содержания прочитанного</w:t>
      </w:r>
      <w:r w:rsidR="00055FEC" w:rsidRPr="000127C1">
        <w:t xml:space="preserve"> / </w:t>
      </w:r>
      <w:r w:rsidRPr="000127C1">
        <w:t>прослушанного текста с выражением своего отношения к событиям и фактам, изложенным в тексте;</w:t>
      </w:r>
    </w:p>
    <w:p w14:paraId="5981DE6A" w14:textId="77777777" w:rsidR="00406FAF" w:rsidRPr="000127C1" w:rsidRDefault="008E3FF2" w:rsidP="000127C1">
      <w:pPr>
        <w:numPr>
          <w:ilvl w:val="0"/>
          <w:numId w:val="40"/>
        </w:numPr>
        <w:tabs>
          <w:tab w:val="left" w:pos="1134"/>
        </w:tabs>
        <w:ind w:left="0" w:firstLine="709"/>
        <w:jc w:val="both"/>
        <w:rPr>
          <w:iCs/>
        </w:rPr>
      </w:pPr>
      <w:r w:rsidRPr="000127C1">
        <w:rPr>
          <w:bCs/>
          <w:iCs/>
        </w:rPr>
        <w:t>составление и написание небольших творческих те</w:t>
      </w:r>
      <w:r w:rsidR="00406FAF" w:rsidRPr="000127C1">
        <w:rPr>
          <w:bCs/>
          <w:iCs/>
        </w:rPr>
        <w:t>кстов по нравственным проблемам,</w:t>
      </w:r>
      <w:r w:rsidRPr="000127C1">
        <w:rPr>
          <w:bCs/>
          <w:iCs/>
        </w:rPr>
        <w:t xml:space="preserve"> аргументируя своё мнение</w:t>
      </w:r>
      <w:r w:rsidR="00406FAF" w:rsidRPr="000127C1">
        <w:rPr>
          <w:bCs/>
          <w:iCs/>
        </w:rPr>
        <w:t>.</w:t>
      </w:r>
      <w:r w:rsidRPr="000127C1">
        <w:rPr>
          <w:bCs/>
          <w:iCs/>
        </w:rPr>
        <w:t xml:space="preserve"> </w:t>
      </w:r>
    </w:p>
    <w:p w14:paraId="04F6C839" w14:textId="663E7407" w:rsidR="008E3FF2" w:rsidRPr="000127C1" w:rsidRDefault="008E3FF2" w:rsidP="000127C1">
      <w:pPr>
        <w:ind w:firstLine="709"/>
        <w:jc w:val="both"/>
        <w:rPr>
          <w:iCs/>
        </w:rPr>
      </w:pPr>
      <w:r w:rsidRPr="000127C1">
        <w:rPr>
          <w:bCs/>
          <w:iCs/>
        </w:rPr>
        <w:t xml:space="preserve">Объем письменного высказывания: </w:t>
      </w:r>
      <w:r w:rsidRPr="000127C1">
        <w:rPr>
          <w:iCs/>
        </w:rPr>
        <w:t xml:space="preserve">до </w:t>
      </w:r>
      <w:r w:rsidRPr="000127C1">
        <w:rPr>
          <w:iCs/>
          <w:lang w:val="tt-RU"/>
        </w:rPr>
        <w:t>8</w:t>
      </w:r>
      <w:r w:rsidRPr="000127C1">
        <w:rPr>
          <w:iCs/>
        </w:rPr>
        <w:t>0 слов.</w:t>
      </w:r>
    </w:p>
    <w:p w14:paraId="2F3881F6" w14:textId="77777777" w:rsidR="0076549A" w:rsidRPr="000127C1" w:rsidRDefault="0076549A" w:rsidP="000127C1">
      <w:pPr>
        <w:jc w:val="both"/>
        <w:rPr>
          <w:b/>
        </w:rPr>
      </w:pPr>
      <w:r w:rsidRPr="000127C1">
        <w:rPr>
          <w:b/>
        </w:rPr>
        <w:t>Языковые знания и навыки</w:t>
      </w:r>
    </w:p>
    <w:p w14:paraId="25DE8C6A" w14:textId="77777777" w:rsidR="006A2116" w:rsidRPr="000127C1" w:rsidRDefault="006A2116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Фонетическая сторона речи</w:t>
      </w:r>
    </w:p>
    <w:p w14:paraId="65BD9460" w14:textId="77777777" w:rsidR="006A2116" w:rsidRPr="000127C1" w:rsidRDefault="006A2116" w:rsidP="000127C1">
      <w:pPr>
        <w:pStyle w:val="a5"/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D05E77" w:rsidRPr="000127C1">
        <w:rPr>
          <w:bCs/>
          <w:iCs/>
          <w:color w:val="auto"/>
          <w:sz w:val="24"/>
          <w:szCs w:val="24"/>
        </w:rPr>
        <w:t>ико-интонационных особенностей;</w:t>
      </w:r>
    </w:p>
    <w:p w14:paraId="34F206DC" w14:textId="77777777" w:rsidR="006A2116" w:rsidRPr="000127C1" w:rsidRDefault="006A2116" w:rsidP="000127C1">
      <w:pPr>
        <w:pStyle w:val="a5"/>
        <w:numPr>
          <w:ilvl w:val="0"/>
          <w:numId w:val="41"/>
        </w:numPr>
        <w:tabs>
          <w:tab w:val="left" w:pos="1134"/>
        </w:tabs>
        <w:spacing w:after="0" w:line="240" w:lineRule="auto"/>
        <w:ind w:left="0" w:firstLine="709"/>
        <w:rPr>
          <w:bCs/>
          <w:iCs/>
          <w:color w:val="auto"/>
          <w:sz w:val="24"/>
          <w:szCs w:val="24"/>
        </w:rPr>
      </w:pPr>
      <w:r w:rsidRPr="000127C1">
        <w:rPr>
          <w:bCs/>
          <w:iCs/>
          <w:color w:val="auto"/>
          <w:sz w:val="24"/>
          <w:szCs w:val="24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43FDF38C" w14:textId="77777777" w:rsidR="006A2116" w:rsidRPr="000127C1" w:rsidRDefault="006A2116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00752299" w14:textId="77777777" w:rsidR="006A2116" w:rsidRPr="000127C1" w:rsidRDefault="00D05E77" w:rsidP="000127C1">
      <w:pPr>
        <w:ind w:firstLine="709"/>
        <w:jc w:val="both"/>
        <w:rPr>
          <w:bCs/>
          <w:iCs/>
        </w:rPr>
      </w:pPr>
      <w:r w:rsidRPr="000127C1">
        <w:rPr>
          <w:bCs/>
          <w:iCs/>
        </w:rPr>
        <w:t>Объе</w:t>
      </w:r>
      <w:r w:rsidR="006A2116" w:rsidRPr="000127C1">
        <w:rPr>
          <w:bCs/>
          <w:iCs/>
        </w:rPr>
        <w:t>м текста для чтения вслух:</w:t>
      </w:r>
      <w:r w:rsidRPr="000127C1">
        <w:rPr>
          <w:bCs/>
          <w:iCs/>
        </w:rPr>
        <w:t xml:space="preserve"> </w:t>
      </w:r>
      <w:r w:rsidR="006A2116" w:rsidRPr="000127C1">
        <w:rPr>
          <w:iCs/>
        </w:rPr>
        <w:t xml:space="preserve">до </w:t>
      </w:r>
      <w:r w:rsidR="006A2116" w:rsidRPr="000127C1">
        <w:rPr>
          <w:iCs/>
          <w:lang w:val="tt-RU"/>
        </w:rPr>
        <w:t>12</w:t>
      </w:r>
      <w:r w:rsidR="006A2116" w:rsidRPr="000127C1">
        <w:rPr>
          <w:iCs/>
        </w:rPr>
        <w:t>0 слов</w:t>
      </w:r>
      <w:r w:rsidR="007553BF" w:rsidRPr="000127C1">
        <w:rPr>
          <w:bCs/>
          <w:iCs/>
        </w:rPr>
        <w:t>.</w:t>
      </w:r>
    </w:p>
    <w:p w14:paraId="28BCE7CE" w14:textId="77777777" w:rsidR="006A2116" w:rsidRPr="000127C1" w:rsidRDefault="006A2116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Графика, орфография и пунктуация</w:t>
      </w:r>
    </w:p>
    <w:p w14:paraId="7215815B" w14:textId="77777777" w:rsidR="006A2116" w:rsidRPr="000127C1" w:rsidRDefault="006A2116" w:rsidP="000127C1">
      <w:pPr>
        <w:pStyle w:val="a5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написание изученных слов;</w:t>
      </w:r>
    </w:p>
    <w:p w14:paraId="3E107C41" w14:textId="77777777" w:rsidR="006A2116" w:rsidRPr="000127C1" w:rsidRDefault="006A2116" w:rsidP="000127C1">
      <w:pPr>
        <w:pStyle w:val="a5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F56E27" w:rsidRPr="000127C1">
        <w:rPr>
          <w:color w:val="auto"/>
          <w:sz w:val="24"/>
          <w:szCs w:val="24"/>
        </w:rPr>
        <w:t>,</w:t>
      </w:r>
      <w:r w:rsidR="00D05E77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обращении;</w:t>
      </w:r>
      <w:r w:rsidR="00F56E27" w:rsidRPr="000127C1">
        <w:rPr>
          <w:color w:val="auto"/>
          <w:sz w:val="24"/>
          <w:szCs w:val="24"/>
        </w:rPr>
        <w:t xml:space="preserve"> при вводных словах; </w:t>
      </w:r>
      <w:r w:rsidR="00F56E27" w:rsidRPr="000127C1">
        <w:rPr>
          <w:color w:val="auto"/>
          <w:sz w:val="24"/>
          <w:szCs w:val="24"/>
          <w:lang w:val="tt-RU"/>
        </w:rPr>
        <w:t>в сложносочиненных и сложноподчиненных предложениях;</w:t>
      </w:r>
    </w:p>
    <w:p w14:paraId="197B92F9" w14:textId="77777777" w:rsidR="006A2116" w:rsidRPr="000127C1" w:rsidRDefault="006A2116" w:rsidP="000127C1">
      <w:pPr>
        <w:pStyle w:val="a5"/>
        <w:numPr>
          <w:ilvl w:val="0"/>
          <w:numId w:val="42"/>
        </w:numPr>
        <w:tabs>
          <w:tab w:val="left" w:pos="1134"/>
        </w:tabs>
        <w:spacing w:after="0" w:line="240" w:lineRule="auto"/>
        <w:ind w:left="0" w:firstLine="709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пунктуационно правильное, в соответствии с нормами татарского речевого этикета оформление электронно</w:t>
      </w:r>
      <w:r w:rsidR="007553BF" w:rsidRPr="000127C1">
        <w:rPr>
          <w:color w:val="auto"/>
          <w:sz w:val="24"/>
          <w:szCs w:val="24"/>
        </w:rPr>
        <w:t>го сообщения личного характера.</w:t>
      </w:r>
    </w:p>
    <w:p w14:paraId="34C20744" w14:textId="77777777" w:rsidR="006A2116" w:rsidRPr="000127C1" w:rsidRDefault="006A2116" w:rsidP="000127C1">
      <w:pPr>
        <w:pStyle w:val="a5"/>
        <w:spacing w:after="0" w:line="240" w:lineRule="auto"/>
        <w:ind w:left="0" w:firstLine="709"/>
        <w:rPr>
          <w:b/>
          <w:iCs/>
          <w:color w:val="auto"/>
          <w:sz w:val="24"/>
          <w:szCs w:val="24"/>
        </w:rPr>
      </w:pPr>
      <w:r w:rsidRPr="000127C1">
        <w:rPr>
          <w:b/>
          <w:iCs/>
          <w:color w:val="auto"/>
          <w:sz w:val="24"/>
          <w:szCs w:val="24"/>
        </w:rPr>
        <w:t>Лексическая сторона речи</w:t>
      </w:r>
    </w:p>
    <w:p w14:paraId="129D8702" w14:textId="43F2161F" w:rsidR="006A2116" w:rsidRPr="000127C1" w:rsidRDefault="006A2116" w:rsidP="000127C1">
      <w:pPr>
        <w:ind w:firstLine="709"/>
        <w:jc w:val="both"/>
        <w:rPr>
          <w:lang w:val="tt-RU"/>
        </w:rPr>
      </w:pPr>
      <w:r w:rsidRPr="000127C1">
        <w:rPr>
          <w:bCs/>
          <w:iCs/>
        </w:rPr>
        <w:t xml:space="preserve">Распознавание и употребление в устной и письменной речи не менее </w:t>
      </w:r>
      <w:r w:rsidRPr="000127C1">
        <w:rPr>
          <w:iCs/>
          <w:lang w:val="tt-RU"/>
        </w:rPr>
        <w:t>1000</w:t>
      </w:r>
      <w:r w:rsidRPr="000127C1">
        <w:rPr>
          <w:bCs/>
          <w:iCs/>
        </w:rPr>
        <w:t xml:space="preserve"> лексических единиц (слов, словосочетаний, речевых клише), </w:t>
      </w:r>
      <w:r w:rsidRPr="000127C1">
        <w:rPr>
          <w:bCs/>
          <w:iCs/>
          <w:lang w:val="tt-RU"/>
        </w:rPr>
        <w:t>о</w:t>
      </w:r>
      <w:r w:rsidRPr="000127C1">
        <w:rPr>
          <w:bCs/>
          <w:iCs/>
        </w:rPr>
        <w:t xml:space="preserve">бслуживающих ситуации общения в рамках тематического содержания речи для </w:t>
      </w:r>
      <w:r w:rsidRPr="000127C1">
        <w:rPr>
          <w:bCs/>
          <w:iCs/>
          <w:lang w:val="tt-RU"/>
        </w:rPr>
        <w:t>9</w:t>
      </w:r>
      <w:r w:rsidRPr="000127C1">
        <w:rPr>
          <w:bCs/>
          <w:iCs/>
        </w:rPr>
        <w:t xml:space="preserve"> класса, включая </w:t>
      </w:r>
      <w:r w:rsidR="00F600E3" w:rsidRPr="000127C1">
        <w:rPr>
          <w:bCs/>
          <w:iCs/>
        </w:rPr>
        <w:t>8</w:t>
      </w:r>
      <w:r w:rsidRPr="000127C1">
        <w:rPr>
          <w:bCs/>
          <w:iCs/>
          <w:lang w:val="tt-RU"/>
        </w:rPr>
        <w:t>50</w:t>
      </w:r>
      <w:r w:rsidRPr="000127C1">
        <w:rPr>
          <w:bCs/>
          <w:iCs/>
        </w:rPr>
        <w:t xml:space="preserve"> ле</w:t>
      </w:r>
      <w:r w:rsidR="005B01B9" w:rsidRPr="000127C1">
        <w:rPr>
          <w:bCs/>
          <w:iCs/>
        </w:rPr>
        <w:t>ксических единиц, усвоенных в 1–</w:t>
      </w:r>
      <w:r w:rsidRPr="000127C1">
        <w:rPr>
          <w:bCs/>
          <w:iCs/>
          <w:lang w:val="tt-RU"/>
        </w:rPr>
        <w:t>8</w:t>
      </w:r>
      <w:r w:rsidRPr="000127C1">
        <w:rPr>
          <w:bCs/>
          <w:iCs/>
        </w:rPr>
        <w:t xml:space="preserve"> классах; </w:t>
      </w:r>
      <w:r w:rsidR="005B01B9" w:rsidRPr="000127C1">
        <w:t>слов</w:t>
      </w:r>
      <w:r w:rsidR="00D77530" w:rsidRPr="000127C1">
        <w:t>-</w:t>
      </w:r>
      <w:r w:rsidRPr="000127C1">
        <w:t xml:space="preserve">названий предметов, их признаков, действий предметов; </w:t>
      </w:r>
      <w:r w:rsidR="007553BF" w:rsidRPr="000127C1">
        <w:rPr>
          <w:lang w:val="tt-RU"/>
        </w:rPr>
        <w:t xml:space="preserve">заимствованных слов; </w:t>
      </w:r>
      <w:r w:rsidRPr="000127C1">
        <w:rPr>
          <w:lang w:val="tt-RU"/>
        </w:rPr>
        <w:t xml:space="preserve">синонимов и антонимов изученных слов; производных </w:t>
      </w:r>
      <w:r w:rsidR="0079513C" w:rsidRPr="000127C1">
        <w:t>«</w:t>
      </w:r>
      <w:r w:rsidRPr="000127C1">
        <w:rPr>
          <w:lang w:val="tt-RU"/>
        </w:rPr>
        <w:t>белемле</w:t>
      </w:r>
      <w:r w:rsidR="0079513C" w:rsidRPr="000127C1">
        <w:t>»</w:t>
      </w:r>
      <w:r w:rsidRPr="000127C1">
        <w:rPr>
          <w:lang w:val="tt-RU"/>
        </w:rPr>
        <w:t xml:space="preserve">, </w:t>
      </w:r>
      <w:r w:rsidR="0079513C" w:rsidRPr="000127C1">
        <w:t>«</w:t>
      </w:r>
      <w:r w:rsidRPr="000127C1">
        <w:rPr>
          <w:lang w:val="tt-RU"/>
        </w:rPr>
        <w:t>файдалы</w:t>
      </w:r>
      <w:r w:rsidR="0079513C" w:rsidRPr="000127C1">
        <w:t>»</w:t>
      </w:r>
      <w:r w:rsidRPr="000127C1">
        <w:rPr>
          <w:lang w:val="tt-RU"/>
        </w:rPr>
        <w:t xml:space="preserve">, парных </w:t>
      </w:r>
      <w:r w:rsidR="0079513C" w:rsidRPr="000127C1">
        <w:t>«</w:t>
      </w:r>
      <w:r w:rsidRPr="000127C1">
        <w:rPr>
          <w:lang w:val="tt-RU"/>
        </w:rPr>
        <w:t>азык-төлек</w:t>
      </w:r>
      <w:r w:rsidR="0079513C" w:rsidRPr="000127C1">
        <w:t>»</w:t>
      </w:r>
      <w:r w:rsidRPr="000127C1">
        <w:rPr>
          <w:lang w:val="tt-RU"/>
        </w:rPr>
        <w:t xml:space="preserve">, сложных </w:t>
      </w:r>
      <w:r w:rsidR="0079513C" w:rsidRPr="000127C1">
        <w:t>«</w:t>
      </w:r>
      <w:r w:rsidRPr="000127C1">
        <w:rPr>
          <w:lang w:val="tt-RU"/>
        </w:rPr>
        <w:t>көн</w:t>
      </w:r>
      <w:r w:rsidR="001E1411" w:rsidRPr="000127C1">
        <w:rPr>
          <w:lang w:val="tt-RU"/>
        </w:rPr>
        <w:t>батыш</w:t>
      </w:r>
      <w:r w:rsidR="0079513C" w:rsidRPr="000127C1">
        <w:t>»</w:t>
      </w:r>
      <w:r w:rsidRPr="000127C1">
        <w:rPr>
          <w:lang w:val="tt-RU"/>
        </w:rPr>
        <w:t xml:space="preserve">, составных </w:t>
      </w:r>
      <w:r w:rsidR="0079513C" w:rsidRPr="000127C1">
        <w:t>«</w:t>
      </w:r>
      <w:r w:rsidR="001E1411" w:rsidRPr="000127C1">
        <w:rPr>
          <w:lang w:val="tt-RU"/>
        </w:rPr>
        <w:t>ачык йөзле</w:t>
      </w:r>
      <w:r w:rsidR="0079513C" w:rsidRPr="000127C1">
        <w:t>»</w:t>
      </w:r>
      <w:r w:rsidRPr="000127C1">
        <w:rPr>
          <w:i/>
          <w:iCs/>
          <w:lang w:val="tt-RU"/>
        </w:rPr>
        <w:t xml:space="preserve"> </w:t>
      </w:r>
      <w:r w:rsidR="007553BF" w:rsidRPr="000127C1">
        <w:rPr>
          <w:lang w:val="tt-RU"/>
        </w:rPr>
        <w:t>слов.</w:t>
      </w:r>
    </w:p>
    <w:p w14:paraId="08B3B04B" w14:textId="77777777" w:rsidR="0061138F" w:rsidRPr="000127C1" w:rsidRDefault="0061138F" w:rsidP="000127C1">
      <w:pPr>
        <w:ind w:firstLine="709"/>
        <w:jc w:val="both"/>
        <w:rPr>
          <w:b/>
          <w:iCs/>
        </w:rPr>
      </w:pPr>
      <w:r w:rsidRPr="000127C1">
        <w:rPr>
          <w:b/>
          <w:iCs/>
        </w:rPr>
        <w:t>Грамматическая сторона речи</w:t>
      </w:r>
    </w:p>
    <w:p w14:paraId="707EE91C" w14:textId="77777777" w:rsidR="0061138F" w:rsidRPr="000127C1" w:rsidRDefault="0061138F" w:rsidP="000127C1">
      <w:pPr>
        <w:tabs>
          <w:tab w:val="left" w:pos="993"/>
        </w:tabs>
        <w:ind w:firstLine="709"/>
        <w:jc w:val="both"/>
        <w:rPr>
          <w:bCs/>
          <w:iCs/>
          <w:lang w:val="tt-RU"/>
        </w:rPr>
      </w:pPr>
      <w:r w:rsidRPr="000127C1">
        <w:rPr>
          <w:bCs/>
          <w:iCs/>
        </w:rPr>
        <w:t>Распознавание в письменном и звучащем тексте и употребление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>в устной и письменной речи изученных морфологических</w:t>
      </w:r>
      <w:r w:rsidRPr="000127C1">
        <w:rPr>
          <w:bCs/>
          <w:iCs/>
          <w:lang w:val="tt-RU"/>
        </w:rPr>
        <w:t xml:space="preserve"> </w:t>
      </w:r>
      <w:r w:rsidRPr="000127C1">
        <w:rPr>
          <w:bCs/>
          <w:iCs/>
        </w:rPr>
        <w:t xml:space="preserve">форм и синтаксических конструкций </w:t>
      </w:r>
      <w:r w:rsidRPr="000127C1">
        <w:rPr>
          <w:bCs/>
          <w:iCs/>
          <w:lang w:val="tt-RU"/>
        </w:rPr>
        <w:t>татарского языка:</w:t>
      </w:r>
    </w:p>
    <w:p w14:paraId="4FC1DC65" w14:textId="34AADD45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val="tt-RU" w:eastAsia="en-US"/>
        </w:rPr>
        <w:t xml:space="preserve">отрицательные местоимения </w:t>
      </w:r>
      <w:r w:rsidR="0079513C" w:rsidRPr="000127C1">
        <w:t>«</w:t>
      </w:r>
      <w:r w:rsidRPr="000127C1">
        <w:rPr>
          <w:rFonts w:eastAsia="Calibri"/>
          <w:lang w:val="tt-RU" w:eastAsia="en-US"/>
        </w:rPr>
        <w:t>беркем</w:t>
      </w:r>
      <w:r w:rsidR="0079513C" w:rsidRPr="000127C1">
        <w:t>»</w:t>
      </w:r>
      <w:r w:rsidRPr="000127C1">
        <w:rPr>
          <w:rFonts w:eastAsia="Calibri"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lang w:val="tt-RU" w:eastAsia="en-US"/>
        </w:rPr>
        <w:t>бернәрсә</w:t>
      </w:r>
      <w:r w:rsidR="0079513C" w:rsidRPr="000127C1">
        <w:t>»</w:t>
      </w:r>
      <w:r w:rsidRPr="000127C1">
        <w:rPr>
          <w:rFonts w:eastAsia="Calibri"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lang w:val="tt-RU" w:eastAsia="en-US"/>
        </w:rPr>
        <w:t>беркайчан</w:t>
      </w:r>
      <w:r w:rsidR="0079513C" w:rsidRPr="000127C1">
        <w:t>»</w:t>
      </w:r>
      <w:r w:rsidRPr="000127C1">
        <w:rPr>
          <w:rFonts w:eastAsia="Calibri"/>
          <w:lang w:val="tt-RU" w:eastAsia="en-US"/>
        </w:rPr>
        <w:t>;</w:t>
      </w:r>
    </w:p>
    <w:p w14:paraId="5B30E6E1" w14:textId="59F229C2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i/>
          <w:iCs/>
          <w:lang w:val="tt-RU" w:eastAsia="en-US"/>
        </w:rPr>
      </w:pPr>
      <w:r w:rsidRPr="000127C1">
        <w:rPr>
          <w:rFonts w:eastAsia="Calibri"/>
          <w:lang w:val="tt-RU" w:eastAsia="en-US"/>
        </w:rPr>
        <w:t xml:space="preserve">вопросительные местоимения </w:t>
      </w:r>
      <w:r w:rsidR="0079513C" w:rsidRPr="000127C1">
        <w:t>«</w:t>
      </w:r>
      <w:r w:rsidRPr="000127C1">
        <w:rPr>
          <w:rFonts w:eastAsia="Calibri"/>
          <w:lang w:val="tt-RU" w:eastAsia="en-US"/>
        </w:rPr>
        <w:t>ни өчен?</w:t>
      </w:r>
      <w:r w:rsidR="0079513C" w:rsidRPr="000127C1">
        <w:t>»,</w:t>
      </w:r>
      <w:r w:rsidRPr="000127C1">
        <w:rPr>
          <w:rFonts w:eastAsia="Calibri"/>
          <w:lang w:val="tt-RU" w:eastAsia="en-US"/>
        </w:rPr>
        <w:t xml:space="preserve"> </w:t>
      </w:r>
      <w:r w:rsidR="0079513C" w:rsidRPr="000127C1">
        <w:t>«</w:t>
      </w:r>
      <w:r w:rsidRPr="000127C1">
        <w:rPr>
          <w:rFonts w:eastAsia="Calibri"/>
          <w:lang w:val="tt-RU" w:eastAsia="en-US"/>
        </w:rPr>
        <w:t>нигә?</w:t>
      </w:r>
      <w:r w:rsidR="0079513C" w:rsidRPr="000127C1">
        <w:t>»,</w:t>
      </w:r>
      <w:r w:rsidRPr="000127C1">
        <w:rPr>
          <w:rFonts w:eastAsia="Calibri"/>
          <w:lang w:val="tt-RU" w:eastAsia="en-US"/>
        </w:rPr>
        <w:t xml:space="preserve"> </w:t>
      </w:r>
      <w:r w:rsidR="0079513C" w:rsidRPr="000127C1">
        <w:t>«</w:t>
      </w:r>
      <w:r w:rsidRPr="000127C1">
        <w:rPr>
          <w:rFonts w:eastAsia="Calibri"/>
          <w:lang w:val="tt-RU" w:eastAsia="en-US"/>
        </w:rPr>
        <w:t>ник?</w:t>
      </w:r>
      <w:r w:rsidR="0079513C" w:rsidRPr="000127C1">
        <w:t>»</w:t>
      </w:r>
      <w:r w:rsidRPr="000127C1">
        <w:rPr>
          <w:rFonts w:eastAsia="Calibri"/>
          <w:lang w:val="tt-RU" w:eastAsia="en-US"/>
        </w:rPr>
        <w:t>;</w:t>
      </w:r>
    </w:p>
    <w:p w14:paraId="7E163DEB" w14:textId="36F8B62F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iCs/>
          <w:lang w:val="tt-RU" w:eastAsia="en-US"/>
        </w:rPr>
      </w:pPr>
      <w:r w:rsidRPr="000127C1">
        <w:rPr>
          <w:lang w:val="tt-RU"/>
        </w:rPr>
        <w:t xml:space="preserve">наречия места </w:t>
      </w:r>
      <w:r w:rsidR="0079513C" w:rsidRPr="000127C1">
        <w:t>«</w:t>
      </w:r>
      <w:r w:rsidRPr="000127C1">
        <w:rPr>
          <w:lang w:val="tt-RU"/>
        </w:rPr>
        <w:t>ерак</w:t>
      </w:r>
      <w:r w:rsidR="0079513C" w:rsidRPr="000127C1">
        <w:t>»</w:t>
      </w:r>
      <w:r w:rsidRPr="000127C1">
        <w:rPr>
          <w:lang w:val="tt-RU"/>
        </w:rPr>
        <w:t xml:space="preserve">, </w:t>
      </w:r>
      <w:r w:rsidR="0079513C" w:rsidRPr="000127C1">
        <w:t>«</w:t>
      </w:r>
      <w:r w:rsidRPr="000127C1">
        <w:rPr>
          <w:lang w:val="tt-RU"/>
        </w:rPr>
        <w:t>якын</w:t>
      </w:r>
      <w:r w:rsidR="0079513C" w:rsidRPr="000127C1">
        <w:t>»</w:t>
      </w:r>
      <w:r w:rsidRPr="000127C1">
        <w:rPr>
          <w:lang w:val="tt-RU"/>
        </w:rPr>
        <w:t xml:space="preserve">, сравнения-уподобления </w:t>
      </w:r>
      <w:r w:rsidR="0079513C" w:rsidRPr="000127C1">
        <w:t>«</w:t>
      </w:r>
      <w:r w:rsidRPr="000127C1">
        <w:rPr>
          <w:iCs/>
          <w:lang w:val="tt-RU"/>
        </w:rPr>
        <w:t>яшьләрчә</w:t>
      </w:r>
      <w:r w:rsidR="0079513C" w:rsidRPr="000127C1">
        <w:rPr>
          <w:iCs/>
        </w:rPr>
        <w:t>»</w:t>
      </w:r>
      <w:r w:rsidRPr="000127C1">
        <w:rPr>
          <w:iCs/>
          <w:lang w:val="tt-RU"/>
        </w:rPr>
        <w:t xml:space="preserve">, </w:t>
      </w:r>
      <w:r w:rsidR="0079513C" w:rsidRPr="000127C1">
        <w:rPr>
          <w:iCs/>
        </w:rPr>
        <w:t>«</w:t>
      </w:r>
      <w:r w:rsidRPr="000127C1">
        <w:rPr>
          <w:iCs/>
          <w:lang w:val="tt-RU"/>
        </w:rPr>
        <w:t>заманча</w:t>
      </w:r>
      <w:r w:rsidR="0079513C" w:rsidRPr="000127C1">
        <w:rPr>
          <w:iCs/>
        </w:rPr>
        <w:t>»</w:t>
      </w:r>
      <w:r w:rsidRPr="000127C1">
        <w:rPr>
          <w:iCs/>
          <w:lang w:val="tt-RU"/>
        </w:rPr>
        <w:t xml:space="preserve">, </w:t>
      </w:r>
      <w:r w:rsidR="0079513C" w:rsidRPr="000127C1">
        <w:rPr>
          <w:iCs/>
        </w:rPr>
        <w:t>«</w:t>
      </w:r>
      <w:r w:rsidRPr="000127C1">
        <w:rPr>
          <w:iCs/>
          <w:lang w:val="tt-RU"/>
        </w:rPr>
        <w:t>батырларча</w:t>
      </w:r>
      <w:r w:rsidR="0079513C" w:rsidRPr="000127C1">
        <w:rPr>
          <w:iCs/>
        </w:rPr>
        <w:t>»</w:t>
      </w:r>
      <w:r w:rsidRPr="000127C1">
        <w:rPr>
          <w:iCs/>
          <w:lang w:val="tt-RU"/>
        </w:rPr>
        <w:t>;</w:t>
      </w:r>
    </w:p>
    <w:p w14:paraId="36526E10" w14:textId="77777777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b/>
          <w:iCs/>
          <w:lang w:eastAsia="en-US"/>
        </w:rPr>
      </w:pPr>
      <w:r w:rsidRPr="000127C1">
        <w:rPr>
          <w:rFonts w:eastAsia="Calibri"/>
          <w:lang w:eastAsia="en-US"/>
        </w:rPr>
        <w:t xml:space="preserve">глаголы повелительного наклонения </w:t>
      </w:r>
      <w:r w:rsidRPr="000127C1">
        <w:rPr>
          <w:rFonts w:eastAsia="Calibri"/>
          <w:lang w:val="en-US" w:eastAsia="en-US"/>
        </w:rPr>
        <w:t>III</w:t>
      </w:r>
      <w:r w:rsidRPr="000127C1">
        <w:rPr>
          <w:rFonts w:eastAsia="Calibri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0127C1">
        <w:rPr>
          <w:rFonts w:eastAsia="Calibri"/>
          <w:iCs/>
          <w:lang w:eastAsia="en-US"/>
        </w:rPr>
        <w:t>бар</w:t>
      </w:r>
      <w:r w:rsidRPr="000127C1">
        <w:rPr>
          <w:rFonts w:eastAsia="Calibri"/>
          <w:iCs/>
          <w:lang w:val="tt-RU" w:eastAsia="en-US"/>
        </w:rPr>
        <w:t>сын</w:t>
      </w:r>
      <w:r w:rsidRPr="000127C1">
        <w:rPr>
          <w:rFonts w:eastAsia="Calibri"/>
          <w:iCs/>
          <w:lang w:eastAsia="en-US"/>
        </w:rPr>
        <w:t>! – бар</w:t>
      </w:r>
      <w:r w:rsidRPr="000127C1">
        <w:rPr>
          <w:rFonts w:eastAsia="Calibri"/>
          <w:iCs/>
          <w:lang w:val="tt-RU" w:eastAsia="en-US"/>
        </w:rPr>
        <w:t>сыннар</w:t>
      </w:r>
      <w:r w:rsidRPr="000127C1">
        <w:rPr>
          <w:rFonts w:eastAsia="Calibri"/>
          <w:iCs/>
          <w:lang w:eastAsia="en-US"/>
        </w:rPr>
        <w:t>! – ба'рма</w:t>
      </w:r>
      <w:r w:rsidRPr="000127C1">
        <w:rPr>
          <w:rFonts w:eastAsia="Calibri"/>
          <w:iCs/>
          <w:lang w:val="tt-RU" w:eastAsia="en-US"/>
        </w:rPr>
        <w:t>сын</w:t>
      </w:r>
      <w:r w:rsidRPr="000127C1">
        <w:rPr>
          <w:rFonts w:eastAsia="Calibri"/>
          <w:iCs/>
          <w:lang w:eastAsia="en-US"/>
        </w:rPr>
        <w:t>! – ба'рма</w:t>
      </w:r>
      <w:r w:rsidRPr="000127C1">
        <w:rPr>
          <w:rFonts w:eastAsia="Calibri"/>
          <w:iCs/>
          <w:lang w:val="tt-RU" w:eastAsia="en-US"/>
        </w:rPr>
        <w:t>сыннар</w:t>
      </w:r>
      <w:r w:rsidRPr="000127C1">
        <w:rPr>
          <w:rFonts w:eastAsia="Calibri"/>
          <w:iCs/>
          <w:lang w:eastAsia="en-US"/>
        </w:rPr>
        <w:t>!;</w:t>
      </w:r>
    </w:p>
    <w:p w14:paraId="135521E0" w14:textId="020B388E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 xml:space="preserve">однородные члены предложения; средства связи между однородными членами предложения: соединительные союзы: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һәм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да</w:t>
      </w:r>
      <w:r w:rsidR="0079513C" w:rsidRPr="000127C1">
        <w:rPr>
          <w:iCs/>
        </w:rPr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дә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та</w:t>
      </w:r>
      <w:r w:rsidR="0079513C" w:rsidRPr="000127C1">
        <w:rPr>
          <w:iCs/>
        </w:rPr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тә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 </w:t>
      </w:r>
      <w:r w:rsidRPr="000127C1">
        <w:rPr>
          <w:rFonts w:eastAsia="Calibri"/>
          <w:lang w:val="tt-RU" w:eastAsia="en-US"/>
        </w:rPr>
        <w:t>и ин</w:t>
      </w:r>
      <w:r w:rsidRPr="000127C1">
        <w:rPr>
          <w:rFonts w:eastAsia="Calibri"/>
          <w:lang w:eastAsia="en-US"/>
        </w:rPr>
        <w:t>тонация перечисления;</w:t>
      </w:r>
    </w:p>
    <w:p w14:paraId="44013B7B" w14:textId="76F2418C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сложносочиненные предложения</w:t>
      </w:r>
      <w:r w:rsidRPr="000127C1">
        <w:rPr>
          <w:rFonts w:eastAsia="Calibri"/>
          <w:lang w:val="tt-RU" w:eastAsia="en-US"/>
        </w:rPr>
        <w:t xml:space="preserve"> с союзами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һәм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ә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ләкин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 xml:space="preserve">,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да</w:t>
      </w:r>
      <w:r w:rsidR="0079513C" w:rsidRPr="000127C1">
        <w:rPr>
          <w:iCs/>
        </w:rPr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дә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>, та</w:t>
      </w:r>
      <w:r w:rsidR="0079513C" w:rsidRPr="000127C1">
        <w:rPr>
          <w:iCs/>
        </w:rPr>
        <w:t>»</w:t>
      </w:r>
      <w:r w:rsidR="00055FEC" w:rsidRPr="000127C1">
        <w:rPr>
          <w:rFonts w:eastAsia="Calibri"/>
          <w:iCs/>
          <w:lang w:val="tt-RU" w:eastAsia="en-US"/>
        </w:rPr>
        <w:t xml:space="preserve"> / </w:t>
      </w:r>
      <w:r w:rsidR="0079513C" w:rsidRPr="000127C1">
        <w:t>«</w:t>
      </w:r>
      <w:r w:rsidRPr="000127C1">
        <w:rPr>
          <w:rFonts w:eastAsia="Calibri"/>
          <w:iCs/>
          <w:lang w:val="tt-RU" w:eastAsia="en-US"/>
        </w:rPr>
        <w:t>тә</w:t>
      </w:r>
      <w:r w:rsidR="0079513C" w:rsidRPr="000127C1">
        <w:rPr>
          <w:iCs/>
        </w:rPr>
        <w:t>»</w:t>
      </w:r>
      <w:r w:rsidRPr="000127C1">
        <w:rPr>
          <w:rFonts w:eastAsia="Calibri"/>
          <w:iCs/>
          <w:lang w:val="tt-RU" w:eastAsia="en-US"/>
        </w:rPr>
        <w:t>, яки</w:t>
      </w:r>
      <w:r w:rsidR="0079513C" w:rsidRPr="000127C1">
        <w:rPr>
          <w:iCs/>
        </w:rPr>
        <w:t>»</w:t>
      </w:r>
      <w:r w:rsidRPr="000127C1">
        <w:rPr>
          <w:rFonts w:eastAsia="Calibri"/>
          <w:lang w:eastAsia="en-US"/>
        </w:rPr>
        <w:t>;</w:t>
      </w:r>
    </w:p>
    <w:p w14:paraId="7E53C4DB" w14:textId="15CF01F4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i/>
          <w:lang w:val="tt-RU"/>
        </w:rPr>
      </w:pPr>
      <w:r w:rsidRPr="000127C1">
        <w:rPr>
          <w:rFonts w:eastAsia="Calibri"/>
          <w:lang w:val="tt-RU" w:eastAsia="en-US"/>
        </w:rPr>
        <w:t>с</w:t>
      </w:r>
      <w:r w:rsidRPr="000127C1">
        <w:rPr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Pr="000127C1">
        <w:rPr>
          <w:iCs/>
          <w:lang w:val="tt-RU"/>
        </w:rPr>
        <w:t>-гач</w:t>
      </w:r>
      <w:r w:rsidR="00055FEC" w:rsidRPr="000127C1">
        <w:rPr>
          <w:iCs/>
          <w:lang w:val="tt-RU"/>
        </w:rPr>
        <w:t xml:space="preserve"> / </w:t>
      </w:r>
      <w:r w:rsidRPr="000127C1">
        <w:rPr>
          <w:iCs/>
          <w:lang w:val="tt-RU"/>
        </w:rPr>
        <w:t>-гәч, -кач</w:t>
      </w:r>
      <w:r w:rsidR="00055FEC" w:rsidRPr="000127C1">
        <w:rPr>
          <w:iCs/>
          <w:lang w:val="tt-RU"/>
        </w:rPr>
        <w:t xml:space="preserve"> / </w:t>
      </w:r>
      <w:r w:rsidRPr="000127C1">
        <w:rPr>
          <w:iCs/>
          <w:lang w:val="tt-RU"/>
        </w:rPr>
        <w:t>-кәч</w:t>
      </w:r>
      <w:r w:rsidRPr="000127C1">
        <w:rPr>
          <w:i/>
          <w:lang w:val="tt-RU"/>
        </w:rPr>
        <w:t>;</w:t>
      </w:r>
    </w:p>
    <w:p w14:paraId="6EB40A54" w14:textId="4774F47B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i/>
          <w:iCs/>
          <w:lang w:val="tt-RU"/>
        </w:rPr>
      </w:pPr>
      <w:r w:rsidRPr="000127C1">
        <w:rPr>
          <w:rFonts w:eastAsia="Calibri"/>
          <w:lang w:val="tt-RU" w:eastAsia="en-US"/>
        </w:rPr>
        <w:t>с</w:t>
      </w:r>
      <w:r w:rsidRPr="000127C1">
        <w:rPr>
          <w:lang w:val="tt-RU"/>
        </w:rPr>
        <w:t xml:space="preserve">ложноподчиненные предложения с придаточным цели, образованные с помощью глаголов повелительного наклонения </w:t>
      </w:r>
      <w:r w:rsidRPr="000127C1">
        <w:rPr>
          <w:rFonts w:eastAsia="Calibri"/>
          <w:lang w:val="en-US" w:eastAsia="en-US"/>
        </w:rPr>
        <w:t>III</w:t>
      </w:r>
      <w:r w:rsidRPr="000127C1">
        <w:rPr>
          <w:rFonts w:eastAsia="Calibri"/>
          <w:lang w:eastAsia="en-US"/>
        </w:rPr>
        <w:t xml:space="preserve"> лица </w:t>
      </w:r>
      <w:r w:rsidRPr="000127C1">
        <w:rPr>
          <w:rFonts w:eastAsia="Calibri"/>
          <w:lang w:val="tt-RU" w:eastAsia="en-US"/>
        </w:rPr>
        <w:t xml:space="preserve">ед. и мн. числа и послелога </w:t>
      </w:r>
      <w:r w:rsidR="00744493" w:rsidRPr="000127C1">
        <w:t>«</w:t>
      </w:r>
      <w:r w:rsidRPr="000127C1">
        <w:rPr>
          <w:rFonts w:eastAsia="Calibri"/>
          <w:lang w:val="tt-RU" w:eastAsia="en-US"/>
        </w:rPr>
        <w:t>өчен</w:t>
      </w:r>
      <w:r w:rsidR="00744493" w:rsidRPr="000127C1">
        <w:rPr>
          <w:iCs/>
        </w:rPr>
        <w:t>»</w:t>
      </w:r>
      <w:r w:rsidRPr="000127C1">
        <w:rPr>
          <w:rFonts w:eastAsia="Calibri"/>
          <w:i/>
          <w:iCs/>
          <w:lang w:val="tt-RU" w:eastAsia="en-US"/>
        </w:rPr>
        <w:t xml:space="preserve"> </w:t>
      </w:r>
      <w:r w:rsidRPr="000127C1">
        <w:rPr>
          <w:rFonts w:eastAsia="Calibri"/>
          <w:lang w:val="tt-RU" w:eastAsia="en-US"/>
        </w:rPr>
        <w:t>(булсын өчен</w:t>
      </w:r>
      <w:r w:rsidR="00744493" w:rsidRPr="000127C1">
        <w:rPr>
          <w:lang w:val="tt-RU"/>
        </w:rPr>
        <w:t>,</w:t>
      </w:r>
      <w:r w:rsidRPr="000127C1">
        <w:rPr>
          <w:lang w:val="tt-RU"/>
        </w:rPr>
        <w:t xml:space="preserve"> булсыннар өчен);</w:t>
      </w:r>
    </w:p>
    <w:p w14:paraId="0BFD33A0" w14:textId="618FEDD1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lang w:val="tt-RU"/>
        </w:rPr>
      </w:pPr>
      <w:r w:rsidRPr="000127C1">
        <w:rPr>
          <w:rFonts w:eastAsia="Calibri"/>
          <w:lang w:val="tt-RU" w:eastAsia="en-US"/>
        </w:rPr>
        <w:t>с</w:t>
      </w:r>
      <w:r w:rsidRPr="000127C1">
        <w:rPr>
          <w:lang w:val="tt-RU"/>
        </w:rPr>
        <w:t xml:space="preserve">ложноподчиненные предложения с придаточным причины, образованные с помощью союза </w:t>
      </w:r>
      <w:r w:rsidR="00BD5792" w:rsidRPr="000127C1">
        <w:t>«</w:t>
      </w:r>
      <w:r w:rsidRPr="000127C1">
        <w:rPr>
          <w:lang w:val="tt-RU"/>
        </w:rPr>
        <w:t>чөнки</w:t>
      </w:r>
      <w:r w:rsidR="00BD5792" w:rsidRPr="000127C1">
        <w:rPr>
          <w:iCs/>
        </w:rPr>
        <w:t>»</w:t>
      </w:r>
      <w:r w:rsidRPr="000127C1">
        <w:rPr>
          <w:lang w:val="tt-RU"/>
        </w:rPr>
        <w:t xml:space="preserve">; относительного слова </w:t>
      </w:r>
      <w:r w:rsidR="00BD5792" w:rsidRPr="000127C1">
        <w:t>«</w:t>
      </w:r>
      <w:r w:rsidRPr="000127C1">
        <w:rPr>
          <w:iCs/>
          <w:lang w:val="tt-RU"/>
        </w:rPr>
        <w:t>шуңа күрә</w:t>
      </w:r>
      <w:r w:rsidR="00BD5792" w:rsidRPr="000127C1">
        <w:rPr>
          <w:iCs/>
        </w:rPr>
        <w:t>»</w:t>
      </w:r>
      <w:r w:rsidRPr="000127C1">
        <w:rPr>
          <w:i/>
          <w:lang w:val="tt-RU"/>
        </w:rPr>
        <w:t>.</w:t>
      </w:r>
    </w:p>
    <w:p w14:paraId="0BB24563" w14:textId="31E80138" w:rsidR="0061138F" w:rsidRPr="000127C1" w:rsidRDefault="0061138F" w:rsidP="000127C1">
      <w:pPr>
        <w:numPr>
          <w:ilvl w:val="0"/>
          <w:numId w:val="43"/>
        </w:numPr>
        <w:tabs>
          <w:tab w:val="left" w:pos="1134"/>
        </w:tabs>
        <w:ind w:left="0" w:firstLine="709"/>
        <w:contextualSpacing/>
        <w:jc w:val="both"/>
        <w:rPr>
          <w:lang w:val="tt-RU"/>
        </w:rPr>
      </w:pPr>
      <w:r w:rsidRPr="000127C1">
        <w:rPr>
          <w:rFonts w:eastAsia="Calibri"/>
          <w:lang w:val="tt-RU" w:eastAsia="en-US"/>
        </w:rPr>
        <w:t>с</w:t>
      </w:r>
      <w:r w:rsidRPr="000127C1">
        <w:rPr>
          <w:lang w:val="tt-RU"/>
        </w:rPr>
        <w:t xml:space="preserve">ложноподчиненные предложения с придаточным условия, образованные с помощью союза </w:t>
      </w:r>
      <w:r w:rsidR="00BD5792" w:rsidRPr="000127C1">
        <w:t>«</w:t>
      </w:r>
      <w:r w:rsidRPr="000127C1">
        <w:rPr>
          <w:lang w:val="tt-RU"/>
        </w:rPr>
        <w:t>әгәр</w:t>
      </w:r>
      <w:r w:rsidR="00BD5792" w:rsidRPr="000127C1">
        <w:rPr>
          <w:iCs/>
        </w:rPr>
        <w:t>»</w:t>
      </w:r>
      <w:r w:rsidRPr="000127C1">
        <w:rPr>
          <w:i/>
          <w:iCs/>
          <w:lang w:val="tt-RU"/>
        </w:rPr>
        <w:t xml:space="preserve"> </w:t>
      </w:r>
      <w:r w:rsidRPr="000127C1">
        <w:rPr>
          <w:lang w:val="tt-RU"/>
        </w:rPr>
        <w:t>и глаголов условного наклонения (барса, килсә).</w:t>
      </w:r>
    </w:p>
    <w:p w14:paraId="1108CAAA" w14:textId="77777777" w:rsidR="00EB22BA" w:rsidRPr="000127C1" w:rsidRDefault="00EB22BA" w:rsidP="000127C1">
      <w:pPr>
        <w:jc w:val="both"/>
        <w:rPr>
          <w:rFonts w:eastAsia="Calibri"/>
          <w:b/>
          <w:bCs/>
          <w:lang w:val="tt-RU"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235F1727" w14:textId="23A371FF" w:rsidR="006C49AB" w:rsidRPr="000127C1" w:rsidRDefault="006C49AB" w:rsidP="000127C1">
      <w:pPr>
        <w:pStyle w:val="a5"/>
        <w:numPr>
          <w:ilvl w:val="0"/>
          <w:numId w:val="8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="Calibri"/>
          <w:color w:val="auto"/>
          <w:sz w:val="24"/>
          <w:szCs w:val="24"/>
          <w:lang w:eastAsia="en-US"/>
        </w:rPr>
        <w:t>нание и использование изученных формул татарского</w:t>
      </w:r>
      <w:r w:rsidR="00F14BCA" w:rsidRPr="000127C1">
        <w:rPr>
          <w:rFonts w:eastAsia="Calibri"/>
          <w:color w:val="auto"/>
          <w:sz w:val="24"/>
          <w:szCs w:val="24"/>
          <w:lang w:eastAsia="en-US"/>
        </w:rPr>
        <w:t xml:space="preserve"> </w:t>
      </w:r>
      <w:r w:rsidRPr="000127C1">
        <w:rPr>
          <w:rFonts w:eastAsia="Calibri"/>
          <w:color w:val="auto"/>
          <w:sz w:val="24"/>
          <w:szCs w:val="24"/>
          <w:lang w:eastAsia="en-US"/>
        </w:rPr>
        <w:t>речевого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="Calibri"/>
          <w:color w:val="auto"/>
          <w:sz w:val="24"/>
          <w:szCs w:val="24"/>
          <w:lang w:eastAsia="en-US"/>
        </w:rPr>
        <w:t>этикета в ситуациях общения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; </w:t>
      </w:r>
    </w:p>
    <w:p w14:paraId="63D9A7DB" w14:textId="77777777" w:rsidR="006C49AB" w:rsidRPr="000127C1" w:rsidRDefault="006C49AB" w:rsidP="000127C1">
      <w:pPr>
        <w:pStyle w:val="a5"/>
        <w:numPr>
          <w:ilvl w:val="0"/>
          <w:numId w:val="8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="Calibri"/>
          <w:color w:val="auto"/>
          <w:sz w:val="24"/>
          <w:szCs w:val="24"/>
          <w:lang w:eastAsia="en-US"/>
        </w:rPr>
        <w:t>нание и использование в устной и письменной речи активной фоновой лексики и реалий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="Calibri"/>
          <w:color w:val="auto"/>
          <w:sz w:val="24"/>
          <w:szCs w:val="24"/>
          <w:lang w:eastAsia="en-US"/>
        </w:rPr>
        <w:t>в рамках отобранного тематического содержания (народы России, национальные праздники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и </w:t>
      </w:r>
      <w:r w:rsidRPr="000127C1">
        <w:rPr>
          <w:rFonts w:eastAsia="Calibri"/>
          <w:color w:val="auto"/>
          <w:sz w:val="24"/>
          <w:szCs w:val="24"/>
          <w:lang w:eastAsia="en-US"/>
        </w:rPr>
        <w:t>традиции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народов, проживающих на территории Республики Татарстан</w:t>
      </w:r>
      <w:r w:rsidRPr="000127C1">
        <w:rPr>
          <w:rFonts w:eastAsia="Calibri"/>
          <w:color w:val="auto"/>
          <w:sz w:val="24"/>
          <w:szCs w:val="24"/>
          <w:lang w:eastAsia="en-US"/>
        </w:rPr>
        <w:t>)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; </w:t>
      </w:r>
    </w:p>
    <w:p w14:paraId="58C58476" w14:textId="4C645418" w:rsidR="006C49AB" w:rsidRPr="000127C1" w:rsidRDefault="006C49AB" w:rsidP="000127C1">
      <w:pPr>
        <w:pStyle w:val="a5"/>
        <w:numPr>
          <w:ilvl w:val="0"/>
          <w:numId w:val="8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з</w:t>
      </w:r>
      <w:r w:rsidRPr="000127C1">
        <w:rPr>
          <w:rFonts w:eastAsia="Calibri"/>
          <w:color w:val="auto"/>
          <w:sz w:val="24"/>
          <w:szCs w:val="24"/>
          <w:lang w:eastAsia="en-US"/>
        </w:rPr>
        <w:t>нание наиболее известных учебных заведений Республики Татарстан;</w:t>
      </w:r>
    </w:p>
    <w:p w14:paraId="7E096828" w14:textId="2C8383CF" w:rsidR="006C49AB" w:rsidRPr="000127C1" w:rsidRDefault="006C49AB" w:rsidP="000127C1">
      <w:pPr>
        <w:pStyle w:val="a5"/>
        <w:numPr>
          <w:ilvl w:val="0"/>
          <w:numId w:val="8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знакомство с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образцами татарской поэзии и прозы;</w:t>
      </w:r>
    </w:p>
    <w:p w14:paraId="33BEF0DA" w14:textId="49EDC310" w:rsidR="006C49AB" w:rsidRPr="000127C1" w:rsidRDefault="006C49AB" w:rsidP="000127C1">
      <w:pPr>
        <w:pStyle w:val="a5"/>
        <w:numPr>
          <w:ilvl w:val="0"/>
          <w:numId w:val="88"/>
        </w:numPr>
        <w:tabs>
          <w:tab w:val="left" w:pos="1134"/>
        </w:tabs>
        <w:spacing w:after="0" w:line="240" w:lineRule="auto"/>
        <w:ind w:left="0" w:firstLine="709"/>
        <w:rPr>
          <w:rFonts w:eastAsia="Calibri"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формирование умения представлять известных деятелей культуры и искусства татарского народа.</w:t>
      </w:r>
    </w:p>
    <w:p w14:paraId="1BFA27C0" w14:textId="77777777" w:rsidR="00EB22BA" w:rsidRPr="000127C1" w:rsidRDefault="00EB22BA" w:rsidP="000127C1">
      <w:pPr>
        <w:jc w:val="both"/>
        <w:rPr>
          <w:rFonts w:eastAsiaTheme="minorHAnsi"/>
          <w:b/>
          <w:bCs/>
          <w:lang w:val="tt-RU" w:eastAsia="en-US"/>
        </w:rPr>
      </w:pPr>
      <w:r w:rsidRPr="000127C1">
        <w:rPr>
          <w:rFonts w:eastAsiaTheme="minorHAnsi"/>
          <w:b/>
          <w:bCs/>
          <w:lang w:val="tt-RU" w:eastAsia="en-US"/>
        </w:rPr>
        <w:t>Компенсаторные умения</w:t>
      </w:r>
    </w:p>
    <w:p w14:paraId="3DC6CD3B" w14:textId="77777777" w:rsidR="00406FAF" w:rsidRPr="000127C1" w:rsidRDefault="00406FAF" w:rsidP="000127C1">
      <w:pPr>
        <w:numPr>
          <w:ilvl w:val="0"/>
          <w:numId w:val="44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val="tt-RU" w:eastAsia="en-US"/>
        </w:rPr>
        <w:t>использование в качестве опоры при порождении собственных высказываний ключевых слов, плана;</w:t>
      </w:r>
    </w:p>
    <w:p w14:paraId="0EBC234F" w14:textId="77777777" w:rsidR="00406FAF" w:rsidRPr="000127C1" w:rsidRDefault="00406FAF" w:rsidP="000127C1">
      <w:pPr>
        <w:numPr>
          <w:ilvl w:val="0"/>
          <w:numId w:val="44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val="tt-RU" w:eastAsia="en-US"/>
        </w:rPr>
        <w:t xml:space="preserve"> использование словарных замен в процессе устно-речевого общения;</w:t>
      </w:r>
    </w:p>
    <w:p w14:paraId="62A33D21" w14:textId="7F565EB8" w:rsidR="00406FAF" w:rsidRPr="000127C1" w:rsidRDefault="00406FAF" w:rsidP="000127C1">
      <w:pPr>
        <w:numPr>
          <w:ilvl w:val="0"/>
          <w:numId w:val="44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val="tt-RU" w:eastAsia="en-US"/>
        </w:rPr>
        <w:t>игнорирование информации, не являющейся необходимой для понимания основного содержания прочитанного</w:t>
      </w:r>
      <w:r w:rsidR="00055FEC" w:rsidRPr="000127C1">
        <w:rPr>
          <w:rFonts w:eastAsia="Calibri"/>
          <w:lang w:val="tt-RU" w:eastAsia="en-US"/>
        </w:rPr>
        <w:t xml:space="preserve"> / </w:t>
      </w:r>
      <w:r w:rsidRPr="000127C1">
        <w:rPr>
          <w:rFonts w:eastAsia="Calibri"/>
          <w:lang w:val="tt-RU" w:eastAsia="en-US"/>
        </w:rPr>
        <w:t>прослушанного текста или для нахождения в тексте запрашиваемой информации;</w:t>
      </w:r>
    </w:p>
    <w:p w14:paraId="4F65170B" w14:textId="0DB5EFC3" w:rsidR="005004CE" w:rsidRPr="000127C1" w:rsidRDefault="00406FAF" w:rsidP="000127C1">
      <w:pPr>
        <w:numPr>
          <w:ilvl w:val="0"/>
          <w:numId w:val="44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val="tt-RU" w:eastAsia="en-US"/>
        </w:rPr>
        <w:t>сравнение объектов, явлений, процессов, их элементов и основных функций в рамках изученной тематики.</w:t>
      </w:r>
    </w:p>
    <w:p w14:paraId="0C5CAE9F" w14:textId="77777777" w:rsidR="003F7F57" w:rsidRPr="000127C1" w:rsidRDefault="003F7F57" w:rsidP="000127C1">
      <w:pPr>
        <w:jc w:val="both"/>
      </w:pPr>
      <w:bookmarkStart w:id="16" w:name="_Toc105662360"/>
    </w:p>
    <w:p w14:paraId="0CEB53CC" w14:textId="09974C74" w:rsidR="0097508E" w:rsidRPr="000127C1" w:rsidRDefault="0097508E" w:rsidP="000127C1">
      <w:pPr>
        <w:jc w:val="both"/>
      </w:pPr>
      <w:r w:rsidRPr="000127C1">
        <w:t xml:space="preserve">ПЛАНИРУЕМЫЕ РЕЗУЛЬТАТЫ ОСВОЕНИЯ ПРОГРАММЫ УЧЕБНОГО ПРЕДМЕТА </w:t>
      </w:r>
      <w:r w:rsidRPr="000127C1">
        <w:rPr>
          <w:rFonts w:eastAsia="Calibri"/>
        </w:rPr>
        <w:t xml:space="preserve">«ГОСУДАРСТВЕННЫЙ </w:t>
      </w:r>
      <w:r w:rsidR="002955E3" w:rsidRPr="000127C1">
        <w:rPr>
          <w:rFonts w:eastAsia="Calibri"/>
        </w:rPr>
        <w:t xml:space="preserve">(ТАТАРСКИЙ) </w:t>
      </w:r>
      <w:r w:rsidRPr="000127C1">
        <w:rPr>
          <w:rFonts w:eastAsia="Calibri"/>
        </w:rPr>
        <w:t>ЯЗЫК РЕСПУБЛИКИ ТАТАРСТАН</w:t>
      </w:r>
      <w:r w:rsidR="00223955" w:rsidRPr="000127C1">
        <w:rPr>
          <w:rFonts w:eastAsia="Calibri"/>
        </w:rPr>
        <w:t>»</w:t>
      </w:r>
      <w:r w:rsidR="002955E3" w:rsidRPr="000127C1">
        <w:t xml:space="preserve"> </w:t>
      </w:r>
      <w:r w:rsidRPr="000127C1">
        <w:rPr>
          <w:rFonts w:eastAsia="Calibri"/>
        </w:rPr>
        <w:t xml:space="preserve">НА УРОВНЕ </w:t>
      </w:r>
      <w:r w:rsidR="009838BE" w:rsidRPr="000127C1">
        <w:rPr>
          <w:rFonts w:eastAsia="Calibri"/>
        </w:rPr>
        <w:t xml:space="preserve">ОСНОВНОГО </w:t>
      </w:r>
      <w:r w:rsidRPr="000127C1">
        <w:rPr>
          <w:rFonts w:eastAsia="Calibri"/>
        </w:rPr>
        <w:t>ОБЩЕГО ОБРАЗОВАНИЯ</w:t>
      </w:r>
      <w:bookmarkEnd w:id="16"/>
    </w:p>
    <w:p w14:paraId="3AFA71C1" w14:textId="77777777" w:rsidR="00223955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jc w:val="both"/>
        <w:outlineLvl w:val="0"/>
        <w:rPr>
          <w:b/>
          <w:bCs/>
        </w:rPr>
      </w:pPr>
      <w:bookmarkStart w:id="17" w:name="_Toc105662361"/>
      <w:r w:rsidRPr="000127C1">
        <w:rPr>
          <w:b/>
          <w:bCs/>
        </w:rPr>
        <w:t>Личностные результаты</w:t>
      </w:r>
      <w:bookmarkEnd w:id="17"/>
    </w:p>
    <w:p w14:paraId="2BF53C5E" w14:textId="4ACD3701" w:rsidR="00866231" w:rsidRPr="000127C1" w:rsidRDefault="00866231" w:rsidP="000127C1">
      <w:pPr>
        <w:pStyle w:val="afa"/>
        <w:ind w:left="0" w:firstLine="709"/>
        <w:rPr>
          <w:rFonts w:ascii="Times New Roman" w:hAnsi="Times New Roman" w:cs="Times New Roman"/>
          <w:sz w:val="24"/>
          <w:szCs w:val="24"/>
          <w:lang w:val="tt-RU"/>
        </w:rPr>
      </w:pPr>
      <w:r w:rsidRPr="000127C1">
        <w:rPr>
          <w:rFonts w:ascii="Times New Roman" w:hAnsi="Times New Roman" w:cs="Times New Roman"/>
          <w:sz w:val="24"/>
          <w:szCs w:val="24"/>
          <w:lang w:val="tt-RU"/>
        </w:rPr>
        <w:t>В результате изучения предмета «</w:t>
      </w:r>
      <w:r w:rsidR="00154C06" w:rsidRPr="000127C1">
        <w:rPr>
          <w:rFonts w:ascii="Times New Roman" w:hAnsi="Times New Roman" w:cs="Times New Roman"/>
          <w:sz w:val="24"/>
          <w:szCs w:val="24"/>
          <w:lang w:val="tt-RU"/>
        </w:rPr>
        <w:t>Государственный</w:t>
      </w:r>
      <w:r w:rsidRPr="000127C1">
        <w:rPr>
          <w:rFonts w:ascii="Times New Roman" w:hAnsi="Times New Roman" w:cs="Times New Roman"/>
          <w:sz w:val="24"/>
          <w:szCs w:val="24"/>
          <w:lang w:val="tt-RU"/>
        </w:rPr>
        <w:t xml:space="preserve"> (татарский) язык</w:t>
      </w:r>
      <w:r w:rsidR="00154C06" w:rsidRPr="000127C1">
        <w:rPr>
          <w:rFonts w:ascii="Times New Roman" w:hAnsi="Times New Roman" w:cs="Times New Roman"/>
          <w:sz w:val="24"/>
          <w:szCs w:val="24"/>
          <w:lang w:val="tt-RU"/>
        </w:rPr>
        <w:t xml:space="preserve"> Республики Татарстан</w:t>
      </w:r>
      <w:r w:rsidRPr="000127C1">
        <w:rPr>
          <w:rFonts w:ascii="Times New Roman" w:hAnsi="Times New Roman" w:cs="Times New Roman"/>
          <w:sz w:val="24"/>
          <w:szCs w:val="24"/>
          <w:lang w:val="tt-RU"/>
        </w:rPr>
        <w:t>» на уровне основного общего образования у выпускников будут сформированы следующие личностные результаты:</w:t>
      </w:r>
    </w:p>
    <w:p w14:paraId="3183171B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г</w:t>
      </w:r>
      <w:r w:rsidR="007A2F49" w:rsidRPr="000127C1">
        <w:rPr>
          <w:b/>
          <w:bCs/>
          <w:i/>
        </w:rPr>
        <w:t>ражданско</w:t>
      </w:r>
      <w:r w:rsidRPr="000127C1">
        <w:rPr>
          <w:b/>
          <w:bCs/>
          <w:i/>
        </w:rPr>
        <w:t>-патриотического</w:t>
      </w:r>
      <w:r w:rsidR="007A2F49" w:rsidRPr="000127C1">
        <w:rPr>
          <w:b/>
          <w:bCs/>
          <w:i/>
        </w:rPr>
        <w:t xml:space="preserve"> воспитания:</w:t>
      </w:r>
    </w:p>
    <w:p w14:paraId="0D1A2886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3F915B9F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активное участие в жизни семьи, Организации, местного сообщества, родного края, страны;</w:t>
      </w:r>
    </w:p>
    <w:p w14:paraId="4674AC6B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неприятие любых форм экстремизма, дискриминации;</w:t>
      </w:r>
    </w:p>
    <w:p w14:paraId="05074D8E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понимание роли различных социальных институтов в жизни человека;</w:t>
      </w:r>
    </w:p>
    <w:p w14:paraId="0436FB69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4C578ECF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представление о способах противодействия коррупции;</w:t>
      </w:r>
    </w:p>
    <w:p w14:paraId="560E86B8" w14:textId="77777777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065333CA" w14:textId="3993BD21" w:rsidR="007A2F49" w:rsidRPr="000127C1" w:rsidRDefault="007A2F49" w:rsidP="000127C1">
      <w:pPr>
        <w:pStyle w:val="a7"/>
        <w:numPr>
          <w:ilvl w:val="0"/>
          <w:numId w:val="4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готовность к участию в гуманитарной деятельности (волонтерство, помощь людям, нуждающимся в ней)</w:t>
      </w:r>
      <w:r w:rsidR="00154C06" w:rsidRPr="000127C1">
        <w:t>;</w:t>
      </w:r>
    </w:p>
    <w:p w14:paraId="40F671EC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п</w:t>
      </w:r>
      <w:r w:rsidR="007A2F49" w:rsidRPr="000127C1">
        <w:rPr>
          <w:b/>
          <w:bCs/>
          <w:i/>
        </w:rPr>
        <w:t>атриотического воспитания:</w:t>
      </w:r>
    </w:p>
    <w:p w14:paraId="497D44A6" w14:textId="77777777" w:rsidR="007A2F49" w:rsidRPr="000127C1" w:rsidRDefault="007A2F49" w:rsidP="000127C1">
      <w:pPr>
        <w:pStyle w:val="a7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65BF6CF1" w14:textId="77777777" w:rsidR="007A2F49" w:rsidRPr="000127C1" w:rsidRDefault="007A2F49" w:rsidP="000127C1">
      <w:pPr>
        <w:pStyle w:val="a7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ценностное отношение к достижениям свое</w:t>
      </w:r>
      <w:r w:rsidR="00F75692" w:rsidRPr="000127C1">
        <w:t>й Родины –</w:t>
      </w:r>
      <w:r w:rsidRPr="000127C1">
        <w:t xml:space="preserve"> России, к науке, искусству, спорту, технологиям, боевым подвигам и трудовым достижениям народа;</w:t>
      </w:r>
    </w:p>
    <w:p w14:paraId="7BC3552E" w14:textId="5CD55723" w:rsidR="007A2F49" w:rsidRPr="000127C1" w:rsidRDefault="007A2F49" w:rsidP="000127C1">
      <w:pPr>
        <w:pStyle w:val="a7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</w:t>
      </w:r>
      <w:r w:rsidR="00154C06" w:rsidRPr="000127C1">
        <w:t>;</w:t>
      </w:r>
    </w:p>
    <w:p w14:paraId="0FA7BAAD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д</w:t>
      </w:r>
      <w:r w:rsidR="007A2F49" w:rsidRPr="000127C1">
        <w:rPr>
          <w:b/>
          <w:bCs/>
          <w:i/>
        </w:rPr>
        <w:t>уховно-нравственного воспитания:</w:t>
      </w:r>
    </w:p>
    <w:p w14:paraId="30B14728" w14:textId="77777777" w:rsidR="007A2F49" w:rsidRPr="000127C1" w:rsidRDefault="007A2F49" w:rsidP="000127C1">
      <w:pPr>
        <w:pStyle w:val="a7"/>
        <w:numPr>
          <w:ilvl w:val="0"/>
          <w:numId w:val="4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ориентация на моральные ценности и нормы в ситуациях нравственного выбора;</w:t>
      </w:r>
    </w:p>
    <w:p w14:paraId="1C0387E0" w14:textId="77777777" w:rsidR="007A2F49" w:rsidRPr="000127C1" w:rsidRDefault="007A2F49" w:rsidP="000127C1">
      <w:pPr>
        <w:pStyle w:val="a7"/>
        <w:numPr>
          <w:ilvl w:val="0"/>
          <w:numId w:val="4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14:paraId="4E8054A5" w14:textId="7198F6DF" w:rsidR="007A2F49" w:rsidRPr="000127C1" w:rsidRDefault="007A2F49" w:rsidP="000127C1">
      <w:pPr>
        <w:pStyle w:val="a7"/>
        <w:numPr>
          <w:ilvl w:val="0"/>
          <w:numId w:val="4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активное неприятие асоциальных поступков, свобода и ответственность личности в условиях индивидуального и общественного пространства</w:t>
      </w:r>
      <w:r w:rsidR="00154C06" w:rsidRPr="000127C1">
        <w:t>;</w:t>
      </w:r>
    </w:p>
    <w:p w14:paraId="2C3C2798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э</w:t>
      </w:r>
      <w:r w:rsidR="007A2F49" w:rsidRPr="000127C1">
        <w:rPr>
          <w:b/>
          <w:bCs/>
          <w:i/>
        </w:rPr>
        <w:t>стетического воспитания:</w:t>
      </w:r>
    </w:p>
    <w:p w14:paraId="1AC7AA0B" w14:textId="77777777" w:rsidR="007A2F49" w:rsidRPr="000127C1" w:rsidRDefault="007A2F49" w:rsidP="000127C1">
      <w:pPr>
        <w:pStyle w:val="a7"/>
        <w:numPr>
          <w:ilvl w:val="0"/>
          <w:numId w:val="4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14:paraId="78D327D5" w14:textId="77777777" w:rsidR="007A2F49" w:rsidRPr="000127C1" w:rsidRDefault="007A2F49" w:rsidP="000127C1">
      <w:pPr>
        <w:pStyle w:val="a7"/>
        <w:numPr>
          <w:ilvl w:val="0"/>
          <w:numId w:val="4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57AC0D4A" w14:textId="0557AE14" w:rsidR="007A2F49" w:rsidRPr="000127C1" w:rsidRDefault="007A2F49" w:rsidP="000127C1">
      <w:pPr>
        <w:pStyle w:val="a7"/>
        <w:numPr>
          <w:ilvl w:val="0"/>
          <w:numId w:val="4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стремление к самовыражению в разных видах искусства</w:t>
      </w:r>
      <w:r w:rsidR="00154C06" w:rsidRPr="000127C1">
        <w:t>;</w:t>
      </w:r>
    </w:p>
    <w:p w14:paraId="7E86B3E9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ф</w:t>
      </w:r>
      <w:r w:rsidR="007A2F49" w:rsidRPr="000127C1">
        <w:rPr>
          <w:b/>
          <w:bCs/>
          <w:i/>
        </w:rPr>
        <w:t>изического воспитания, формирования культуры здоровья и эмоционального благополучия:</w:t>
      </w:r>
    </w:p>
    <w:p w14:paraId="10B0DE4B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осознание ценности жизни;</w:t>
      </w:r>
    </w:p>
    <w:p w14:paraId="6C4CA568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53726F88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682D8BD8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соблюдение правил безопасности, в том числе навыков безопасного поведения в интернет-среде;</w:t>
      </w:r>
    </w:p>
    <w:p w14:paraId="365ADCB3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56D182D6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умение принимать себя и других, не осуждая;</w:t>
      </w:r>
    </w:p>
    <w:p w14:paraId="3E953458" w14:textId="77777777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умение осознавать эмоциональное состояние себя и других, умение управлять собственным эмоциональным состоянием;</w:t>
      </w:r>
    </w:p>
    <w:p w14:paraId="7D05DD52" w14:textId="04E123D4" w:rsidR="007A2F49" w:rsidRPr="000127C1" w:rsidRDefault="007A2F49" w:rsidP="000127C1">
      <w:pPr>
        <w:pStyle w:val="a7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сформированность навыка рефлексии, признание своего права на ошибку и такого же права другого человека</w:t>
      </w:r>
      <w:r w:rsidR="00154C06" w:rsidRPr="000127C1">
        <w:t>;</w:t>
      </w:r>
    </w:p>
    <w:p w14:paraId="65088C52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т</w:t>
      </w:r>
      <w:r w:rsidR="007A2F49" w:rsidRPr="000127C1">
        <w:rPr>
          <w:b/>
          <w:bCs/>
          <w:i/>
        </w:rPr>
        <w:t>рудового воспитания:</w:t>
      </w:r>
    </w:p>
    <w:p w14:paraId="13FC179C" w14:textId="77777777" w:rsidR="007A2F49" w:rsidRPr="000127C1" w:rsidRDefault="007A2F49" w:rsidP="000127C1">
      <w:pPr>
        <w:pStyle w:val="a7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49226BC7" w14:textId="77777777" w:rsidR="007A2F49" w:rsidRPr="000127C1" w:rsidRDefault="007A2F49" w:rsidP="000127C1">
      <w:pPr>
        <w:pStyle w:val="a7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14:paraId="488D7C4C" w14:textId="77777777" w:rsidR="007A2F49" w:rsidRPr="000127C1" w:rsidRDefault="007A2F49" w:rsidP="000127C1">
      <w:pPr>
        <w:pStyle w:val="a7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76E642A0" w14:textId="77777777" w:rsidR="007A2F49" w:rsidRPr="000127C1" w:rsidRDefault="007A2F49" w:rsidP="000127C1">
      <w:pPr>
        <w:pStyle w:val="a7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готовность адаптироваться в профессиональной среде;</w:t>
      </w:r>
    </w:p>
    <w:p w14:paraId="7A96FE37" w14:textId="77777777" w:rsidR="007A2F49" w:rsidRPr="000127C1" w:rsidRDefault="007A2F49" w:rsidP="000127C1">
      <w:pPr>
        <w:pStyle w:val="a7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уважение к труду и результатам трудовой деятельности;</w:t>
      </w:r>
    </w:p>
    <w:p w14:paraId="0DA37B32" w14:textId="3A993EA1" w:rsidR="007A2F49" w:rsidRPr="000127C1" w:rsidRDefault="007A2F49" w:rsidP="000127C1">
      <w:pPr>
        <w:pStyle w:val="a7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</w:t>
      </w:r>
      <w:r w:rsidR="00154C06" w:rsidRPr="000127C1">
        <w:t>;</w:t>
      </w:r>
    </w:p>
    <w:p w14:paraId="53B9E057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э</w:t>
      </w:r>
      <w:r w:rsidR="007A2F49" w:rsidRPr="000127C1">
        <w:rPr>
          <w:b/>
          <w:bCs/>
          <w:i/>
        </w:rPr>
        <w:t>кологического воспитания:</w:t>
      </w:r>
    </w:p>
    <w:p w14:paraId="1CE045C5" w14:textId="77777777" w:rsidR="007A2F49" w:rsidRPr="000127C1" w:rsidRDefault="007A2F49" w:rsidP="000127C1">
      <w:pPr>
        <w:pStyle w:val="a7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62E15A13" w14:textId="77777777" w:rsidR="007A2F49" w:rsidRPr="000127C1" w:rsidRDefault="007A2F49" w:rsidP="000127C1">
      <w:pPr>
        <w:pStyle w:val="a7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7A497DFD" w14:textId="77777777" w:rsidR="007A2F49" w:rsidRPr="000127C1" w:rsidRDefault="007A2F49" w:rsidP="000127C1">
      <w:pPr>
        <w:pStyle w:val="a7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активное неприятие действий, приносящих вред окружающей среде;</w:t>
      </w:r>
    </w:p>
    <w:p w14:paraId="7073531C" w14:textId="77777777" w:rsidR="007A2F49" w:rsidRPr="000127C1" w:rsidRDefault="007A2F49" w:rsidP="000127C1">
      <w:pPr>
        <w:pStyle w:val="a7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13485149" w14:textId="5C2C0324" w:rsidR="007A2F49" w:rsidRPr="000127C1" w:rsidRDefault="007A2F49" w:rsidP="000127C1">
      <w:pPr>
        <w:pStyle w:val="a7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готовность к участию в практической деятельности экологической направленности</w:t>
      </w:r>
      <w:r w:rsidR="00154C06" w:rsidRPr="000127C1">
        <w:t>;</w:t>
      </w:r>
    </w:p>
    <w:p w14:paraId="58631796" w14:textId="77777777" w:rsidR="007A2F49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ц</w:t>
      </w:r>
      <w:r w:rsidR="007A2F49" w:rsidRPr="000127C1">
        <w:rPr>
          <w:b/>
          <w:bCs/>
          <w:i/>
        </w:rPr>
        <w:t>енности научного познания:</w:t>
      </w:r>
    </w:p>
    <w:p w14:paraId="6C8CCCED" w14:textId="77777777" w:rsidR="007A2F49" w:rsidRPr="000127C1" w:rsidRDefault="007A2F49" w:rsidP="000127C1">
      <w:pPr>
        <w:pStyle w:val="a7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709E8E77" w14:textId="77777777" w:rsidR="007A2F49" w:rsidRPr="000127C1" w:rsidRDefault="007A2F49" w:rsidP="000127C1">
      <w:pPr>
        <w:pStyle w:val="a7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овладение языковой и читательской культурой как средством познания мира;</w:t>
      </w:r>
    </w:p>
    <w:p w14:paraId="0DCC5A81" w14:textId="44619526" w:rsidR="007A2F49" w:rsidRPr="000127C1" w:rsidRDefault="007A2F49" w:rsidP="000127C1">
      <w:pPr>
        <w:pStyle w:val="a7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="00154C06" w:rsidRPr="000127C1">
        <w:t>;</w:t>
      </w:r>
    </w:p>
    <w:p w14:paraId="73B8B04C" w14:textId="3F4ED82B" w:rsidR="007A2F49" w:rsidRPr="000127C1" w:rsidRDefault="00154C06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i/>
        </w:rPr>
      </w:pPr>
      <w:r w:rsidRPr="000127C1">
        <w:rPr>
          <w:b/>
          <w:bCs/>
          <w:i/>
        </w:rPr>
        <w:t>л</w:t>
      </w:r>
      <w:r w:rsidR="007A2F49" w:rsidRPr="000127C1">
        <w:rPr>
          <w:b/>
          <w:bCs/>
          <w:i/>
        </w:rPr>
        <w:t>ичностные результаты, обеспечивающие адаптацию обучающегося к изменяющимся условиям социальной и природной среды, включают:</w:t>
      </w:r>
    </w:p>
    <w:p w14:paraId="0F503E9C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147EA8D6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способность обучающихся во взаимодействии в условиях неопределенности, открытость опыту и знаниям других;</w:t>
      </w:r>
    </w:p>
    <w:p w14:paraId="5A1FDC21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134CB548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00D35617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терминами и представлениями в области концепции устойчивого развития;</w:t>
      </w:r>
    </w:p>
    <w:p w14:paraId="469A560B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умение анализировать и выявлять взаимосвязи природы, общества и экономики;</w:t>
      </w:r>
    </w:p>
    <w:p w14:paraId="29E3CBD9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23101FB2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способность обучающихся осознавать стрессовую ситуацию, оценивать происходящие изменения и их последствия;</w:t>
      </w:r>
    </w:p>
    <w:p w14:paraId="3C9CBDAA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воспринимать стрессовую ситуацию как вызов, требующий контрмер;</w:t>
      </w:r>
    </w:p>
    <w:p w14:paraId="6424FFF7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оценивать ситуацию стресса, корректировать принимаемые решения и действия;</w:t>
      </w:r>
    </w:p>
    <w:p w14:paraId="7A7CA56E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1AE37316" w14:textId="77777777" w:rsidR="007A2F49" w:rsidRPr="000127C1" w:rsidRDefault="007A2F49" w:rsidP="000127C1">
      <w:pPr>
        <w:pStyle w:val="a7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быть готовым действовать в отсутствие гарантий успеха.</w:t>
      </w:r>
    </w:p>
    <w:p w14:paraId="22C2CBDD" w14:textId="77777777" w:rsidR="00223955" w:rsidRPr="000127C1" w:rsidRDefault="00223955" w:rsidP="000127C1">
      <w:pPr>
        <w:pStyle w:val="a7"/>
        <w:shd w:val="clear" w:color="auto" w:fill="FFFFFF"/>
        <w:spacing w:before="0" w:beforeAutospacing="0" w:after="0" w:afterAutospacing="0"/>
        <w:jc w:val="both"/>
        <w:outlineLvl w:val="0"/>
        <w:rPr>
          <w:b/>
          <w:bCs/>
        </w:rPr>
      </w:pPr>
      <w:bookmarkStart w:id="18" w:name="_Toc105662362"/>
      <w:r w:rsidRPr="000127C1">
        <w:rPr>
          <w:b/>
          <w:bCs/>
        </w:rPr>
        <w:t>Метапредметные результаты</w:t>
      </w:r>
      <w:bookmarkEnd w:id="18"/>
    </w:p>
    <w:p w14:paraId="577BD1BE" w14:textId="1072D920" w:rsidR="00733EB3" w:rsidRPr="000127C1" w:rsidRDefault="00733EB3" w:rsidP="000127C1">
      <w:pPr>
        <w:widowControl w:val="0"/>
        <w:tabs>
          <w:tab w:val="left" w:pos="567"/>
        </w:tabs>
        <w:ind w:firstLine="709"/>
        <w:jc w:val="both"/>
        <w:rPr>
          <w:bCs/>
          <w:lang w:val="tt-RU"/>
        </w:rPr>
      </w:pPr>
      <w:bookmarkStart w:id="19" w:name="_Hlk103352482"/>
      <w:r w:rsidRPr="000127C1">
        <w:rPr>
          <w:bCs/>
        </w:rPr>
        <w:t>В результате изучения предмета «Государственный (татарский) язык Республики Татарстан» в 5</w:t>
      </w:r>
      <w:r w:rsidRPr="000127C1">
        <w:t>–</w:t>
      </w:r>
      <w:r w:rsidRPr="000127C1">
        <w:rPr>
          <w:bCs/>
        </w:rPr>
        <w:t xml:space="preserve">9 классах обучающийся </w:t>
      </w:r>
      <w:r w:rsidRPr="000127C1">
        <w:rPr>
          <w:bCs/>
          <w:lang w:val="tt-RU"/>
        </w:rPr>
        <w:t xml:space="preserve">овладеет универсальными учебными </w:t>
      </w:r>
      <w:r w:rsidRPr="000127C1">
        <w:rPr>
          <w:b/>
          <w:lang w:val="tt-RU"/>
        </w:rPr>
        <w:t>познавательными</w:t>
      </w:r>
      <w:r w:rsidRPr="000127C1">
        <w:rPr>
          <w:bCs/>
          <w:lang w:val="tt-RU"/>
        </w:rPr>
        <w:t xml:space="preserve"> действиями:</w:t>
      </w:r>
    </w:p>
    <w:bookmarkEnd w:id="19"/>
    <w:p w14:paraId="5C9EC138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базовые логические действия:</w:t>
      </w:r>
    </w:p>
    <w:p w14:paraId="51676A8B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выявлять и характеризовать существенные признаки объектов (явлений);</w:t>
      </w:r>
    </w:p>
    <w:p w14:paraId="076F313D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4FC0A35D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2C47F516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предлагать критерии для выявления закономерностей и противоречий;</w:t>
      </w:r>
    </w:p>
    <w:p w14:paraId="5F921FB6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выявлять дефициты информации, данных, необходимых для решения поставленной задачи;</w:t>
      </w:r>
    </w:p>
    <w:p w14:paraId="03D77757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выявлять причинно-следственные связи при изучении явлений и процессов;</w:t>
      </w:r>
    </w:p>
    <w:p w14:paraId="7C09FF7F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269BA280" w14:textId="77777777" w:rsidR="007A2F49" w:rsidRPr="000127C1" w:rsidRDefault="007A2F49" w:rsidP="000127C1">
      <w:pPr>
        <w:pStyle w:val="a7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3BB5C99D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базовые исследовательские действия:</w:t>
      </w:r>
    </w:p>
    <w:p w14:paraId="48045FF4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использовать вопросы как исследовательский инструмент познания;</w:t>
      </w:r>
    </w:p>
    <w:p w14:paraId="6AE1FE43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7AE43C62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формировать гипотезу об истинности собственных суждений и суждений других, аргументировать свою позицию, мнение;</w:t>
      </w:r>
    </w:p>
    <w:p w14:paraId="20ED791C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514BE43D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оценивать на применимость и достоверность информации, полученной в ходе исследования (эксперимента);</w:t>
      </w:r>
    </w:p>
    <w:p w14:paraId="677FD36C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2DDEB937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54744ACC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i/>
        </w:rPr>
      </w:pPr>
      <w:r w:rsidRPr="000127C1">
        <w:rPr>
          <w:b/>
          <w:bCs/>
          <w:i/>
        </w:rPr>
        <w:t>работа с информацией:</w:t>
      </w:r>
    </w:p>
    <w:p w14:paraId="0C664975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4B1CBCB5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выбирать, анализировать, систематизировать и интерпретировать информацию различных видов и форм представления;</w:t>
      </w:r>
    </w:p>
    <w:p w14:paraId="2880563B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E78CD2E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5B643CF2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2F82E496" w14:textId="77777777" w:rsidR="007A2F49" w:rsidRPr="000127C1" w:rsidRDefault="007A2F49" w:rsidP="000127C1">
      <w:pPr>
        <w:pStyle w:val="a7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эффективно запоминать и систематизировать информацию.</w:t>
      </w:r>
    </w:p>
    <w:p w14:paraId="4B880BB5" w14:textId="77777777" w:rsidR="007A2F49" w:rsidRPr="000127C1" w:rsidRDefault="007A2F49" w:rsidP="000127C1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0127C1"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14:paraId="257911AE" w14:textId="1D6744ED" w:rsidR="00733EB3" w:rsidRPr="000127C1" w:rsidRDefault="00733EB3" w:rsidP="000127C1">
      <w:pPr>
        <w:widowControl w:val="0"/>
        <w:tabs>
          <w:tab w:val="left" w:pos="0"/>
        </w:tabs>
        <w:ind w:firstLine="709"/>
        <w:jc w:val="both"/>
        <w:rPr>
          <w:bCs/>
          <w:lang w:val="tt-RU"/>
        </w:rPr>
      </w:pPr>
      <w:bookmarkStart w:id="20" w:name="_Hlk103352637"/>
      <w:r w:rsidRPr="000127C1">
        <w:rPr>
          <w:bCs/>
          <w:lang w:val="tt-RU"/>
        </w:rPr>
        <w:t>В результате изучения предмета «Государственный (татарский) язык Республики Татарстан» в 5</w:t>
      </w:r>
      <w:r w:rsidRPr="000127C1">
        <w:t>–</w:t>
      </w:r>
      <w:r w:rsidRPr="000127C1">
        <w:rPr>
          <w:bCs/>
          <w:lang w:val="tt-RU"/>
        </w:rPr>
        <w:t xml:space="preserve">9 классах обучающийся овладеет универсальными учебными учебными </w:t>
      </w:r>
      <w:r w:rsidRPr="000127C1">
        <w:rPr>
          <w:b/>
          <w:lang w:val="tt-RU"/>
        </w:rPr>
        <w:t xml:space="preserve">коммуникативными </w:t>
      </w:r>
      <w:r w:rsidRPr="000127C1">
        <w:rPr>
          <w:bCs/>
          <w:lang w:val="tt-RU"/>
        </w:rPr>
        <w:t>действиями:</w:t>
      </w:r>
    </w:p>
    <w:bookmarkEnd w:id="20"/>
    <w:p w14:paraId="5CDBF661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общение:</w:t>
      </w:r>
    </w:p>
    <w:p w14:paraId="7D87BFCD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воспринимать и формулировать суждения, выражать эмоции в соответствии с целями и условиями общения;</w:t>
      </w:r>
    </w:p>
    <w:p w14:paraId="5BD61022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выражать себя (свою точку зрения) в устных и письменных текстах;</w:t>
      </w:r>
    </w:p>
    <w:p w14:paraId="3E35E183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34192D6A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4F018A5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49EE4350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сопоставлять свои суждения с суждениями других участников диалога, обнаруживать различие и сходство позиций;</w:t>
      </w:r>
    </w:p>
    <w:p w14:paraId="549937F1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публично представлять результаты выполненного опыта (эксперимента, исследования, проекта);</w:t>
      </w:r>
    </w:p>
    <w:p w14:paraId="1503F743" w14:textId="77777777" w:rsidR="007A2F49" w:rsidRPr="000127C1" w:rsidRDefault="007A2F49" w:rsidP="000127C1">
      <w:pPr>
        <w:pStyle w:val="a7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54318F98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совместная деятельность:</w:t>
      </w:r>
    </w:p>
    <w:p w14:paraId="0C5E9449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36B74BC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C6A1D52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уметь обобщать мнения нескольких людей, проявлять готовность руководить, выполнять поручения, подчиняться;</w:t>
      </w:r>
    </w:p>
    <w:p w14:paraId="3DF3C880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4C5FBE20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100DB37C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78AB5810" w14:textId="77777777" w:rsidR="007A2F49" w:rsidRPr="000127C1" w:rsidRDefault="007A2F49" w:rsidP="000127C1">
      <w:pPr>
        <w:pStyle w:val="a7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605E4A9B" w14:textId="77777777" w:rsidR="007A2F49" w:rsidRPr="000127C1" w:rsidRDefault="007A2F49" w:rsidP="000127C1">
      <w:pPr>
        <w:pStyle w:val="a7"/>
        <w:shd w:val="clear" w:color="auto" w:fill="FFFFFF"/>
        <w:tabs>
          <w:tab w:val="left" w:pos="1134"/>
        </w:tabs>
        <w:spacing w:before="0" w:beforeAutospacing="0" w:after="0" w:afterAutospacing="0"/>
        <w:ind w:firstLine="709"/>
        <w:jc w:val="both"/>
      </w:pPr>
      <w:r w:rsidRPr="000127C1"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14:paraId="34276BEB" w14:textId="08AD1C5C" w:rsidR="00733EB3" w:rsidRPr="000127C1" w:rsidRDefault="00733EB3" w:rsidP="000127C1">
      <w:pPr>
        <w:widowControl w:val="0"/>
        <w:tabs>
          <w:tab w:val="left" w:pos="0"/>
        </w:tabs>
        <w:ind w:firstLine="709"/>
        <w:jc w:val="both"/>
        <w:rPr>
          <w:bCs/>
          <w:lang w:val="tt-RU"/>
        </w:rPr>
      </w:pPr>
      <w:bookmarkStart w:id="21" w:name="_Hlk103352694"/>
      <w:r w:rsidRPr="000127C1">
        <w:rPr>
          <w:bCs/>
        </w:rPr>
        <w:t>В результате изучения предмета «Государственный (татарский) язык Республики Татарстан» в 5</w:t>
      </w:r>
      <w:r w:rsidRPr="000127C1">
        <w:t>–</w:t>
      </w:r>
      <w:r w:rsidRPr="000127C1">
        <w:rPr>
          <w:bCs/>
        </w:rPr>
        <w:t xml:space="preserve">9 классах обучающийся </w:t>
      </w:r>
      <w:r w:rsidRPr="000127C1">
        <w:rPr>
          <w:bCs/>
          <w:lang w:val="tt-RU"/>
        </w:rPr>
        <w:t xml:space="preserve">овладеет универсальными учебными </w:t>
      </w:r>
      <w:r w:rsidRPr="000127C1">
        <w:rPr>
          <w:b/>
          <w:lang w:val="tt-RU"/>
        </w:rPr>
        <w:t xml:space="preserve">регулятивными </w:t>
      </w:r>
      <w:r w:rsidRPr="000127C1">
        <w:rPr>
          <w:bCs/>
          <w:lang w:val="tt-RU"/>
        </w:rPr>
        <w:t>действиями:</w:t>
      </w:r>
    </w:p>
    <w:bookmarkEnd w:id="21"/>
    <w:p w14:paraId="53143055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самоорганизация:</w:t>
      </w:r>
    </w:p>
    <w:p w14:paraId="488F0D29" w14:textId="77777777" w:rsidR="007A2F49" w:rsidRPr="000127C1" w:rsidRDefault="007A2F49" w:rsidP="000127C1">
      <w:pPr>
        <w:pStyle w:val="a7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выявлять проблемы для решения в жизненных и учебных ситуациях;</w:t>
      </w:r>
    </w:p>
    <w:p w14:paraId="32F8C765" w14:textId="77777777" w:rsidR="007A2F49" w:rsidRPr="000127C1" w:rsidRDefault="007A2F49" w:rsidP="000127C1">
      <w:pPr>
        <w:pStyle w:val="a7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0D063DF1" w14:textId="77777777" w:rsidR="007A2F49" w:rsidRPr="000127C1" w:rsidRDefault="007A2F49" w:rsidP="000127C1">
      <w:pPr>
        <w:pStyle w:val="a7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43830EA2" w14:textId="77777777" w:rsidR="007A2F49" w:rsidRPr="000127C1" w:rsidRDefault="007A2F49" w:rsidP="000127C1">
      <w:pPr>
        <w:pStyle w:val="a7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15D52CA7" w14:textId="77777777" w:rsidR="007A2F49" w:rsidRPr="000127C1" w:rsidRDefault="007A2F49" w:rsidP="000127C1">
      <w:pPr>
        <w:pStyle w:val="a7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делать выбор и брать ответственность за решение;</w:t>
      </w:r>
    </w:p>
    <w:p w14:paraId="2E1EC74E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самоконтроль:</w:t>
      </w:r>
    </w:p>
    <w:p w14:paraId="6DD0BD7F" w14:textId="77777777" w:rsidR="007A2F49" w:rsidRPr="000127C1" w:rsidRDefault="007A2F49" w:rsidP="000127C1">
      <w:pPr>
        <w:pStyle w:val="a7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владеть способами самоконтроля, самомотивации и рефлексии;</w:t>
      </w:r>
    </w:p>
    <w:p w14:paraId="7C0299E2" w14:textId="77777777" w:rsidR="007A2F49" w:rsidRPr="000127C1" w:rsidRDefault="007A2F49" w:rsidP="000127C1">
      <w:pPr>
        <w:pStyle w:val="a7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давать адекватную оценку ситуации и предлагать план ее изменения;</w:t>
      </w:r>
    </w:p>
    <w:p w14:paraId="0AD670E9" w14:textId="77777777" w:rsidR="007A2F49" w:rsidRPr="000127C1" w:rsidRDefault="007A2F49" w:rsidP="000127C1">
      <w:pPr>
        <w:pStyle w:val="a7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5FB64D38" w14:textId="77777777" w:rsidR="007A2F49" w:rsidRPr="000127C1" w:rsidRDefault="007A2F49" w:rsidP="000127C1">
      <w:pPr>
        <w:pStyle w:val="a7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14:paraId="6FBD4E7C" w14:textId="77777777" w:rsidR="007A2F49" w:rsidRPr="000127C1" w:rsidRDefault="007A2F49" w:rsidP="000127C1">
      <w:pPr>
        <w:pStyle w:val="a7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4C78CF86" w14:textId="77777777" w:rsidR="007A2F49" w:rsidRPr="000127C1" w:rsidRDefault="007A2F49" w:rsidP="000127C1">
      <w:pPr>
        <w:pStyle w:val="a7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оценивать соответствие результата цели и условиям;</w:t>
      </w:r>
    </w:p>
    <w:p w14:paraId="51BE37D9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i/>
        </w:rPr>
      </w:pPr>
      <w:r w:rsidRPr="000127C1">
        <w:rPr>
          <w:b/>
          <w:bCs/>
          <w:i/>
        </w:rPr>
        <w:t>эмоциональный интеллект:</w:t>
      </w:r>
    </w:p>
    <w:p w14:paraId="09715674" w14:textId="77777777" w:rsidR="007A2F49" w:rsidRPr="000127C1" w:rsidRDefault="007A2F49" w:rsidP="000127C1">
      <w:pPr>
        <w:pStyle w:val="a7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различать, называть и управлять собственными эмоциями и эмоциями других;</w:t>
      </w:r>
    </w:p>
    <w:p w14:paraId="5C0E52B7" w14:textId="77777777" w:rsidR="007A2F49" w:rsidRPr="000127C1" w:rsidRDefault="007A2F49" w:rsidP="000127C1">
      <w:pPr>
        <w:pStyle w:val="a7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выявлять и анализировать причины эмоций;</w:t>
      </w:r>
    </w:p>
    <w:p w14:paraId="2C8827A0" w14:textId="77777777" w:rsidR="007A2F49" w:rsidRPr="000127C1" w:rsidRDefault="007A2F49" w:rsidP="000127C1">
      <w:pPr>
        <w:pStyle w:val="a7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ставить себя на место другого человека, понимать мотивы и намерения другого;</w:t>
      </w:r>
    </w:p>
    <w:p w14:paraId="7E64E33D" w14:textId="77777777" w:rsidR="007A2F49" w:rsidRPr="000127C1" w:rsidRDefault="007A2F49" w:rsidP="000127C1">
      <w:pPr>
        <w:pStyle w:val="a7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регулировать способ выражения эмоций;</w:t>
      </w:r>
    </w:p>
    <w:p w14:paraId="7F6E8B40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i/>
        </w:rPr>
      </w:pPr>
      <w:r w:rsidRPr="000127C1">
        <w:rPr>
          <w:b/>
          <w:bCs/>
          <w:i/>
        </w:rPr>
        <w:t>принятие себя и других:</w:t>
      </w:r>
    </w:p>
    <w:p w14:paraId="4EE10C43" w14:textId="77777777" w:rsidR="007A2F49" w:rsidRPr="000127C1" w:rsidRDefault="007A2F49" w:rsidP="000127C1">
      <w:pPr>
        <w:pStyle w:val="a7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осознанно относиться к другому человеку, его мнению;</w:t>
      </w:r>
    </w:p>
    <w:p w14:paraId="2AA0437A" w14:textId="77777777" w:rsidR="007A2F49" w:rsidRPr="000127C1" w:rsidRDefault="007A2F49" w:rsidP="000127C1">
      <w:pPr>
        <w:pStyle w:val="a7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признавать свое право на ошибку и такое же право другого;</w:t>
      </w:r>
    </w:p>
    <w:p w14:paraId="614970B1" w14:textId="77777777" w:rsidR="007A2F49" w:rsidRPr="000127C1" w:rsidRDefault="007A2F49" w:rsidP="000127C1">
      <w:pPr>
        <w:pStyle w:val="a7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принимать себя и других, не осуждая;</w:t>
      </w:r>
    </w:p>
    <w:p w14:paraId="59751A2E" w14:textId="77777777" w:rsidR="007A2F49" w:rsidRPr="000127C1" w:rsidRDefault="007A2F49" w:rsidP="000127C1">
      <w:pPr>
        <w:pStyle w:val="a7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открытость себе и другим;</w:t>
      </w:r>
    </w:p>
    <w:p w14:paraId="7C7A356B" w14:textId="77777777" w:rsidR="007A2F49" w:rsidRPr="000127C1" w:rsidRDefault="007A2F49" w:rsidP="000127C1">
      <w:pPr>
        <w:pStyle w:val="a7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/>
        <w:ind w:left="0" w:firstLine="709"/>
        <w:jc w:val="both"/>
      </w:pPr>
      <w:r w:rsidRPr="000127C1">
        <w:t>осознавать невозможность контролировать все вокруг.</w:t>
      </w:r>
    </w:p>
    <w:p w14:paraId="77603A7C" w14:textId="77777777" w:rsidR="007A2F49" w:rsidRPr="000127C1" w:rsidRDefault="007A2F49" w:rsidP="000127C1">
      <w:pPr>
        <w:pStyle w:val="a7"/>
        <w:shd w:val="clear" w:color="auto" w:fill="FFFFFF"/>
        <w:spacing w:before="0" w:beforeAutospacing="0" w:after="0" w:afterAutospacing="0"/>
        <w:ind w:firstLine="709"/>
        <w:jc w:val="both"/>
      </w:pPr>
      <w:r w:rsidRPr="000127C1"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41B0A78D" w14:textId="77777777" w:rsidR="0097508E" w:rsidRPr="000127C1" w:rsidRDefault="00A60189" w:rsidP="000127C1">
      <w:pPr>
        <w:pStyle w:val="1"/>
        <w:spacing w:before="0"/>
        <w:jc w:val="both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22" w:name="_Toc105662363"/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Предметные результаты</w:t>
      </w:r>
      <w:bookmarkEnd w:id="22"/>
    </w:p>
    <w:p w14:paraId="16DEA58F" w14:textId="20AB2776" w:rsidR="00FB79D3" w:rsidRPr="000127C1" w:rsidRDefault="000D0059" w:rsidP="000127C1">
      <w:pPr>
        <w:ind w:firstLine="708"/>
        <w:jc w:val="both"/>
      </w:pPr>
      <w:bookmarkStart w:id="23" w:name="_Hlk101430652"/>
      <w:r w:rsidRPr="000127C1">
        <w:rPr>
          <w:rFonts w:eastAsia="Calibri"/>
          <w:lang w:eastAsia="en-US"/>
        </w:rPr>
        <w:t>Изучение</w:t>
      </w:r>
      <w:r w:rsidR="00FB79D3" w:rsidRPr="000127C1">
        <w:rPr>
          <w:rFonts w:eastAsia="Calibri"/>
          <w:lang w:eastAsia="en-US"/>
        </w:rPr>
        <w:t xml:space="preserve"> учебно</w:t>
      </w:r>
      <w:r w:rsidRPr="000127C1">
        <w:rPr>
          <w:rFonts w:eastAsia="Calibri"/>
          <w:lang w:eastAsia="en-US"/>
        </w:rPr>
        <w:t>го</w:t>
      </w:r>
      <w:r w:rsidR="00FB79D3" w:rsidRPr="000127C1">
        <w:rPr>
          <w:rFonts w:eastAsia="Calibri"/>
          <w:lang w:eastAsia="en-US"/>
        </w:rPr>
        <w:t xml:space="preserve"> предмет</w:t>
      </w:r>
      <w:r w:rsidRPr="000127C1">
        <w:rPr>
          <w:rFonts w:eastAsia="Calibri"/>
          <w:lang w:eastAsia="en-US"/>
        </w:rPr>
        <w:t>а</w:t>
      </w:r>
      <w:r w:rsidR="00FB79D3" w:rsidRPr="000127C1">
        <w:rPr>
          <w:rFonts w:eastAsia="Calibri"/>
          <w:lang w:eastAsia="en-US"/>
        </w:rPr>
        <w:t xml:space="preserve"> </w:t>
      </w:r>
      <w:r w:rsidR="00FB79D3" w:rsidRPr="000127C1">
        <w:rPr>
          <w:rFonts w:eastAsia="Calibri"/>
          <w:bCs/>
          <w:lang w:eastAsia="en-US"/>
        </w:rPr>
        <w:t>«Государственный (татарский) язык Республики Татарстан»</w:t>
      </w:r>
      <w:r w:rsidR="00FB79D3" w:rsidRPr="000127C1">
        <w:rPr>
          <w:rFonts w:eastAsia="Calibri"/>
          <w:i/>
          <w:iCs/>
          <w:lang w:eastAsia="en-US"/>
        </w:rPr>
        <w:t xml:space="preserve"> </w:t>
      </w:r>
      <w:bookmarkEnd w:id="23"/>
      <w:r w:rsidRPr="000127C1">
        <w:rPr>
          <w:bCs/>
        </w:rPr>
        <w:t xml:space="preserve">в 5–9 классах </w:t>
      </w:r>
      <w:r w:rsidRPr="000127C1">
        <w:t>обеспечивает:</w:t>
      </w:r>
    </w:p>
    <w:p w14:paraId="76822A8D" w14:textId="77777777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7AA747A0" w14:textId="77777777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14:paraId="7E73AE3F" w14:textId="77777777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использование коммуникативно-эстетических возможностей татарского языка;</w:t>
      </w:r>
    </w:p>
    <w:p w14:paraId="36F0A118" w14:textId="7DCDB5A9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расширение и систематизация научных знаний</w:t>
      </w:r>
      <w:r w:rsidR="00F75692" w:rsidRPr="000127C1">
        <w:rPr>
          <w:rFonts w:eastAsia="Calibri"/>
          <w:lang w:eastAsia="en-US"/>
        </w:rPr>
        <w:t xml:space="preserve"> о татарском языке</w:t>
      </w:r>
      <w:r w:rsidRPr="000127C1">
        <w:rPr>
          <w:rFonts w:eastAsia="Calibri"/>
          <w:lang w:eastAsia="en-US"/>
        </w:rPr>
        <w:t>; осознание взаимосвязи его уровней и единиц; освоение базовых понятий лингвистики, основных единиц и грамматических категорий татарского языка</w:t>
      </w:r>
      <w:r w:rsidR="000401EF" w:rsidRPr="000127C1">
        <w:rPr>
          <w:rStyle w:val="af9"/>
          <w:rFonts w:eastAsia="Calibri"/>
          <w:lang w:eastAsia="en-US"/>
        </w:rPr>
        <w:footnoteReference w:id="1"/>
      </w:r>
      <w:r w:rsidRPr="000127C1">
        <w:rPr>
          <w:rFonts w:eastAsia="Calibri"/>
          <w:lang w:eastAsia="en-US"/>
        </w:rPr>
        <w:t>;</w:t>
      </w:r>
    </w:p>
    <w:p w14:paraId="4B4E818D" w14:textId="77777777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1DCCD0B9" w14:textId="77777777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556FFC28" w14:textId="77777777" w:rsidR="00FB79D3" w:rsidRPr="000127C1" w:rsidRDefault="00FB79D3" w:rsidP="000127C1">
      <w:pPr>
        <w:numPr>
          <w:ilvl w:val="0"/>
          <w:numId w:val="62"/>
        </w:numPr>
        <w:tabs>
          <w:tab w:val="left" w:pos="1134"/>
        </w:tabs>
        <w:ind w:left="0" w:firstLine="709"/>
        <w:contextualSpacing/>
        <w:jc w:val="both"/>
        <w:rPr>
          <w:rFonts w:eastAsia="Calibri"/>
          <w:lang w:eastAsia="en-US"/>
        </w:rPr>
      </w:pPr>
      <w:r w:rsidRPr="000127C1">
        <w:rPr>
          <w:rFonts w:eastAsia="Calibri"/>
          <w:lang w:eastAsia="en-US"/>
        </w:rPr>
        <w:t>формирование ответственности</w:t>
      </w:r>
      <w:r w:rsidR="00F75692" w:rsidRPr="000127C1">
        <w:rPr>
          <w:rFonts w:eastAsia="Calibri"/>
          <w:lang w:eastAsia="en-US"/>
        </w:rPr>
        <w:t xml:space="preserve"> за языковую культуру</w:t>
      </w:r>
      <w:r w:rsidRPr="000127C1">
        <w:rPr>
          <w:rFonts w:eastAsia="Calibri"/>
          <w:lang w:eastAsia="en-US"/>
        </w:rPr>
        <w:t xml:space="preserve"> как общечеловеческ</w:t>
      </w:r>
      <w:r w:rsidR="00F75692" w:rsidRPr="000127C1">
        <w:rPr>
          <w:rFonts w:eastAsia="Calibri"/>
          <w:lang w:eastAsia="en-US"/>
        </w:rPr>
        <w:t>ую</w:t>
      </w:r>
      <w:r w:rsidRPr="000127C1">
        <w:rPr>
          <w:rFonts w:eastAsia="Calibri"/>
          <w:lang w:eastAsia="en-US"/>
        </w:rPr>
        <w:t xml:space="preserve"> ценност</w:t>
      </w:r>
      <w:r w:rsidR="00F75692" w:rsidRPr="000127C1">
        <w:rPr>
          <w:rFonts w:eastAsia="Calibri"/>
          <w:lang w:eastAsia="en-US"/>
        </w:rPr>
        <w:t>ь</w:t>
      </w:r>
      <w:r w:rsidRPr="000127C1">
        <w:rPr>
          <w:rFonts w:eastAsia="Calibri"/>
          <w:lang w:eastAsia="en-US"/>
        </w:rPr>
        <w:t>.</w:t>
      </w:r>
    </w:p>
    <w:p w14:paraId="44297827" w14:textId="77777777" w:rsidR="00FB79D3" w:rsidRPr="000127C1" w:rsidRDefault="00FB79D3" w:rsidP="000127C1">
      <w:pPr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Предметные результаты по классам</w:t>
      </w:r>
    </w:p>
    <w:p w14:paraId="05F3400C" w14:textId="77777777" w:rsidR="0097508E" w:rsidRPr="000127C1" w:rsidRDefault="00DD1C01" w:rsidP="000127C1">
      <w:pPr>
        <w:pStyle w:val="1"/>
        <w:spacing w:before="0"/>
        <w:jc w:val="both"/>
        <w:rPr>
          <w:rFonts w:ascii="Times New Roman" w:eastAsia="Calibri" w:hAnsi="Times New Roman" w:cs="Times New Roman"/>
          <w:bCs w:val="0"/>
          <w:color w:val="auto"/>
          <w:sz w:val="24"/>
          <w:szCs w:val="24"/>
        </w:rPr>
      </w:pPr>
      <w:bookmarkStart w:id="24" w:name="_Toc105662364"/>
      <w:r w:rsidRPr="000127C1">
        <w:rPr>
          <w:rFonts w:ascii="Times New Roman" w:eastAsia="Calibri" w:hAnsi="Times New Roman" w:cs="Times New Roman"/>
          <w:bCs w:val="0"/>
          <w:color w:val="auto"/>
          <w:sz w:val="24"/>
          <w:szCs w:val="24"/>
        </w:rPr>
        <w:t>5</w:t>
      </w:r>
      <w:r w:rsidR="00FB79D3" w:rsidRPr="000127C1">
        <w:rPr>
          <w:rFonts w:ascii="Times New Roman" w:eastAsia="Calibri" w:hAnsi="Times New Roman" w:cs="Times New Roman"/>
          <w:bCs w:val="0"/>
          <w:color w:val="auto"/>
          <w:sz w:val="24"/>
          <w:szCs w:val="24"/>
        </w:rPr>
        <w:t xml:space="preserve"> класс</w:t>
      </w:r>
      <w:bookmarkEnd w:id="24"/>
    </w:p>
    <w:p w14:paraId="5FECB199" w14:textId="77777777" w:rsidR="002D45AC" w:rsidRPr="000127C1" w:rsidRDefault="002D45AC" w:rsidP="000127C1">
      <w:pPr>
        <w:ind w:firstLine="709"/>
        <w:jc w:val="both"/>
        <w:rPr>
          <w:rFonts w:eastAsia="Calibri"/>
        </w:rPr>
      </w:pPr>
      <w:r w:rsidRPr="000127C1">
        <w:rPr>
          <w:rFonts w:eastAsia="Calibri"/>
        </w:rPr>
        <w:t>Обучающийся научится:</w:t>
      </w:r>
    </w:p>
    <w:p w14:paraId="34BC4D2C" w14:textId="77777777" w:rsidR="00406FAF" w:rsidRPr="000127C1" w:rsidRDefault="00406FAF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Аудирование</w:t>
      </w:r>
    </w:p>
    <w:p w14:paraId="36E95924" w14:textId="77777777" w:rsidR="00406FAF" w:rsidRPr="000127C1" w:rsidRDefault="00406FAF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воспринимать на слух и понимать звучащие </w:t>
      </w:r>
      <w:r w:rsidRPr="000127C1">
        <w:rPr>
          <w:bCs/>
          <w:color w:val="auto"/>
          <w:sz w:val="24"/>
          <w:szCs w:val="24"/>
          <w:shd w:val="clear" w:color="auto" w:fill="FFFFFF"/>
        </w:rPr>
        <w:t>до 1 мину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ты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 пониманием основного содержания текстов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или </w:t>
      </w:r>
      <w:r w:rsidRPr="000127C1">
        <w:rPr>
          <w:color w:val="auto"/>
          <w:sz w:val="24"/>
          <w:szCs w:val="24"/>
          <w:shd w:val="clear" w:color="auto" w:fill="FFFFFF"/>
        </w:rPr>
        <w:t>запрашиваемой информации.</w:t>
      </w:r>
    </w:p>
    <w:p w14:paraId="66BF92AB" w14:textId="77777777" w:rsidR="009007EB" w:rsidRPr="000127C1" w:rsidRDefault="0097508E" w:rsidP="000127C1">
      <w:pPr>
        <w:ind w:firstLine="709"/>
        <w:jc w:val="both"/>
        <w:rPr>
          <w:rFonts w:eastAsia="Calibri"/>
          <w:b/>
        </w:rPr>
      </w:pPr>
      <w:r w:rsidRPr="000127C1">
        <w:rPr>
          <w:rFonts w:eastAsia="Calibri"/>
          <w:b/>
        </w:rPr>
        <w:t>Говорение</w:t>
      </w:r>
    </w:p>
    <w:p w14:paraId="5E6AA441" w14:textId="77777777" w:rsidR="0097508E" w:rsidRPr="000127C1" w:rsidRDefault="00404644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вести разные виды диалога в стандартных ситуациях общения (диалог этикетного характера, диалог-побуждение к действию, диалог-расспрос) объемом </w:t>
      </w:r>
      <w:r w:rsidR="005C6120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D05E7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F85BA5" w:rsidRPr="000127C1">
        <w:rPr>
          <w:bCs/>
          <w:color w:val="auto"/>
          <w:sz w:val="24"/>
          <w:szCs w:val="24"/>
          <w:shd w:val="clear" w:color="auto" w:fill="FFFFFF"/>
        </w:rPr>
        <w:t>6–</w:t>
      </w:r>
      <w:r w:rsidR="005C6120" w:rsidRPr="000127C1">
        <w:rPr>
          <w:bCs/>
          <w:color w:val="auto"/>
          <w:sz w:val="24"/>
          <w:szCs w:val="24"/>
          <w:shd w:val="clear" w:color="auto" w:fill="FFFFFF"/>
        </w:rPr>
        <w:t xml:space="preserve">7 </w:t>
      </w:r>
      <w:r w:rsidRPr="000127C1">
        <w:rPr>
          <w:bCs/>
          <w:color w:val="auto"/>
          <w:sz w:val="24"/>
          <w:szCs w:val="24"/>
          <w:shd w:val="clear" w:color="auto" w:fill="FFFFFF"/>
        </w:rPr>
        <w:t>реплик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3C2C2E4D" w14:textId="103E88C0" w:rsidR="00404644" w:rsidRPr="000127C1" w:rsidRDefault="00404644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создавать устные связные монологические высказывания (описание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характеристика, повествование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 xml:space="preserve">сообщение) объемом </w:t>
      </w:r>
      <w:r w:rsidR="00EA757B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F85BA5" w:rsidRPr="000127C1">
        <w:rPr>
          <w:bCs/>
          <w:color w:val="auto"/>
          <w:sz w:val="24"/>
          <w:szCs w:val="24"/>
          <w:shd w:val="clear" w:color="auto" w:fill="FFFFFF"/>
        </w:rPr>
        <w:t>6–</w:t>
      </w:r>
      <w:r w:rsidR="00EA757B" w:rsidRPr="000127C1">
        <w:rPr>
          <w:bCs/>
          <w:color w:val="auto"/>
          <w:sz w:val="24"/>
          <w:szCs w:val="24"/>
          <w:shd w:val="clear" w:color="auto" w:fill="FFFFFF"/>
        </w:rPr>
        <w:t>7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фраз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</w:t>
      </w:r>
      <w:r w:rsidR="00683BC4" w:rsidRPr="000127C1">
        <w:rPr>
          <w:color w:val="auto"/>
          <w:sz w:val="24"/>
          <w:szCs w:val="24"/>
          <w:shd w:val="clear" w:color="auto" w:fill="FFFFFF"/>
        </w:rPr>
        <w:t>чи;</w:t>
      </w:r>
    </w:p>
    <w:p w14:paraId="05F90DE7" w14:textId="229CE8BB" w:rsidR="00DA4DA9" w:rsidRPr="000127C1" w:rsidRDefault="00404644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передавать основное содержание прочитанного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EA757B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8A5F70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F85BA5" w:rsidRPr="000127C1">
        <w:rPr>
          <w:bCs/>
          <w:color w:val="auto"/>
          <w:sz w:val="24"/>
          <w:szCs w:val="24"/>
          <w:shd w:val="clear" w:color="auto" w:fill="FFFFFF"/>
        </w:rPr>
        <w:t>6–</w:t>
      </w:r>
      <w:r w:rsidR="00EA757B" w:rsidRPr="000127C1">
        <w:rPr>
          <w:bCs/>
          <w:color w:val="auto"/>
          <w:sz w:val="24"/>
          <w:szCs w:val="24"/>
          <w:shd w:val="clear" w:color="auto" w:fill="FFFFFF"/>
        </w:rPr>
        <w:t>7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фраз</w:t>
      </w:r>
      <w:r w:rsidR="00547D16" w:rsidRPr="000127C1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3E9706CC" w14:textId="0C4912B5" w:rsidR="008A5F70" w:rsidRPr="000127C1" w:rsidRDefault="00DA4DA9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bCs/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  <w:lang w:val="tt-RU"/>
        </w:rPr>
        <w:t>кратко излагать результаты вы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полненной проектной работы (объе</w:t>
      </w:r>
      <w:r w:rsidR="00683BC4" w:rsidRPr="000127C1">
        <w:rPr>
          <w:color w:val="auto"/>
          <w:sz w:val="24"/>
          <w:szCs w:val="24"/>
          <w:shd w:val="clear" w:color="auto" w:fill="FFFFFF"/>
          <w:lang w:val="tt-RU"/>
        </w:rPr>
        <w:t>м</w:t>
      </w:r>
      <w:r w:rsidR="00D548DD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683BC4" w:rsidRPr="000127C1">
        <w:rPr>
          <w:color w:val="auto"/>
          <w:sz w:val="24"/>
          <w:szCs w:val="24"/>
          <w:shd w:val="clear" w:color="auto" w:fill="FFFFFF"/>
          <w:lang w:val="tt-RU"/>
        </w:rPr>
        <w:t>–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8A5F70" w:rsidRPr="000127C1">
        <w:rPr>
          <w:color w:val="auto"/>
          <w:sz w:val="24"/>
          <w:szCs w:val="24"/>
          <w:shd w:val="clear" w:color="auto" w:fill="FFFFFF"/>
          <w:lang w:val="tt-RU"/>
        </w:rPr>
        <w:t>не менее</w:t>
      </w:r>
      <w:r w:rsidR="002955E3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F85BA5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6–</w:t>
      </w:r>
      <w:r w:rsidR="008A5F70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 xml:space="preserve">7 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фраз).</w:t>
      </w:r>
    </w:p>
    <w:p w14:paraId="3E2F4DD7" w14:textId="77777777" w:rsidR="0097508E" w:rsidRPr="000127C1" w:rsidRDefault="0097508E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Смысловое чтение</w:t>
      </w:r>
    </w:p>
    <w:p w14:paraId="37CA0C72" w14:textId="77777777" w:rsidR="00C34385" w:rsidRPr="000127C1" w:rsidRDefault="00404644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8A5F70" w:rsidRPr="000127C1">
        <w:rPr>
          <w:bCs/>
          <w:color w:val="auto"/>
          <w:sz w:val="24"/>
          <w:szCs w:val="24"/>
          <w:shd w:val="clear" w:color="auto" w:fill="FFFFFF"/>
        </w:rPr>
        <w:t>130</w:t>
      </w:r>
      <w:r w:rsidR="00F85BA5" w:rsidRPr="000127C1">
        <w:rPr>
          <w:bCs/>
          <w:color w:val="auto"/>
          <w:sz w:val="24"/>
          <w:szCs w:val="24"/>
          <w:shd w:val="clear" w:color="auto" w:fill="FFFFFF"/>
        </w:rPr>
        <w:t>–</w:t>
      </w:r>
      <w:r w:rsidR="008A5F70" w:rsidRPr="000127C1">
        <w:rPr>
          <w:bCs/>
          <w:color w:val="auto"/>
          <w:sz w:val="24"/>
          <w:szCs w:val="24"/>
          <w:shd w:val="clear" w:color="auto" w:fill="FFFFFF"/>
        </w:rPr>
        <w:t xml:space="preserve">140 </w:t>
      </w:r>
      <w:r w:rsidRPr="000127C1">
        <w:rPr>
          <w:bCs/>
          <w:color w:val="auto"/>
          <w:sz w:val="24"/>
          <w:szCs w:val="24"/>
          <w:shd w:val="clear" w:color="auto" w:fill="FFFFFF"/>
        </w:rPr>
        <w:t>слов</w:t>
      </w:r>
      <w:r w:rsidRPr="000127C1">
        <w:rPr>
          <w:color w:val="auto"/>
          <w:sz w:val="24"/>
          <w:szCs w:val="24"/>
          <w:shd w:val="clear" w:color="auto" w:fill="FFFFFF"/>
        </w:rPr>
        <w:t>,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92090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пониманием запрашиваемой информации,</w:t>
      </w:r>
      <w:r w:rsidR="00751E0D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683BC4" w:rsidRPr="000127C1">
        <w:rPr>
          <w:color w:val="auto"/>
          <w:sz w:val="24"/>
          <w:szCs w:val="24"/>
          <w:shd w:val="clear" w:color="auto" w:fill="FFFFFF"/>
        </w:rPr>
        <w:t>полным пониманием содержания;</w:t>
      </w:r>
    </w:p>
    <w:p w14:paraId="5D4C34FF" w14:textId="77777777" w:rsidR="0097508E" w:rsidRPr="000127C1" w:rsidRDefault="00404644" w:rsidP="000127C1">
      <w:pPr>
        <w:pStyle w:val="a5"/>
        <w:numPr>
          <w:ilvl w:val="0"/>
          <w:numId w:val="6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несплошные тексты (таблицы, диаграммы, схемы) и понимать </w:t>
      </w:r>
      <w:r w:rsidR="00683BC4" w:rsidRPr="000127C1">
        <w:rPr>
          <w:color w:val="auto"/>
          <w:sz w:val="24"/>
          <w:szCs w:val="24"/>
          <w:shd w:val="clear" w:color="auto" w:fill="FFFFFF"/>
        </w:rPr>
        <w:t>представленную в них информацию.</w:t>
      </w:r>
    </w:p>
    <w:p w14:paraId="4F9A14B2" w14:textId="5BE7C266" w:rsidR="0097508E" w:rsidRPr="000127C1" w:rsidRDefault="0097508E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Письм</w:t>
      </w:r>
      <w:r w:rsidR="00406FAF" w:rsidRPr="000127C1">
        <w:rPr>
          <w:rFonts w:eastAsia="Calibri"/>
          <w:b/>
          <w:bCs/>
        </w:rPr>
        <w:t>енная речь</w:t>
      </w:r>
    </w:p>
    <w:p w14:paraId="335C6ED4" w14:textId="77777777" w:rsidR="00553443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выписывать из текста слова, словосочетания, предложения в соответствии с</w:t>
      </w:r>
      <w:r w:rsidR="00CF447D" w:rsidRPr="000127C1">
        <w:rPr>
          <w:bCs/>
          <w:iCs/>
        </w:rPr>
        <w:t xml:space="preserve"> </w:t>
      </w:r>
      <w:r w:rsidRPr="000127C1">
        <w:rPr>
          <w:bCs/>
          <w:iCs/>
        </w:rPr>
        <w:t>коммуникативной задачей;</w:t>
      </w:r>
    </w:p>
    <w:p w14:paraId="67662980" w14:textId="77777777" w:rsidR="00553443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писать ответы на заданные вопросы с использованием изученного лексико-грамматического материала;</w:t>
      </w:r>
    </w:p>
    <w:p w14:paraId="23F17C92" w14:textId="77777777" w:rsidR="00553443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t>составлять и записывать текст по изученной теме;</w:t>
      </w:r>
    </w:p>
    <w:p w14:paraId="161C89B9" w14:textId="77777777" w:rsidR="00553443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t>выполнять письменные творческие задания;</w:t>
      </w:r>
    </w:p>
    <w:p w14:paraId="7432D15B" w14:textId="1DF9E03F" w:rsidR="005055C6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 xml:space="preserve">составлять личное </w:t>
      </w:r>
      <w:r w:rsidRPr="000127C1">
        <w:rPr>
          <w:bCs/>
          <w:iCs/>
          <w:lang w:val="tt-RU"/>
        </w:rPr>
        <w:t xml:space="preserve">письмо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042E42F4" w14:textId="77777777" w:rsidR="008A5F70" w:rsidRPr="000127C1" w:rsidRDefault="008A5F70" w:rsidP="000127C1">
      <w:pPr>
        <w:ind w:firstLine="709"/>
        <w:jc w:val="both"/>
        <w:rPr>
          <w:i/>
        </w:rPr>
      </w:pPr>
      <w:r w:rsidRPr="000127C1">
        <w:rPr>
          <w:bCs/>
          <w:iCs/>
        </w:rPr>
        <w:t>Объ</w:t>
      </w:r>
      <w:r w:rsidR="00D05E77" w:rsidRPr="000127C1">
        <w:rPr>
          <w:bCs/>
          <w:iCs/>
        </w:rPr>
        <w:t>ем сообщения –</w:t>
      </w:r>
      <w:r w:rsidRPr="000127C1">
        <w:rPr>
          <w:bCs/>
          <w:iCs/>
        </w:rPr>
        <w:t xml:space="preserve"> </w:t>
      </w:r>
      <w:r w:rsidR="00D05E77" w:rsidRPr="000127C1">
        <w:rPr>
          <w:iCs/>
        </w:rPr>
        <w:t>до 40 слов.</w:t>
      </w:r>
    </w:p>
    <w:p w14:paraId="7DCB32A6" w14:textId="77777777" w:rsidR="0097508E" w:rsidRPr="000127C1" w:rsidRDefault="0097508E" w:rsidP="000127C1">
      <w:pPr>
        <w:jc w:val="both"/>
        <w:rPr>
          <w:rFonts w:eastAsia="Calibri"/>
          <w:b/>
          <w:iCs/>
        </w:rPr>
      </w:pPr>
      <w:r w:rsidRPr="000127C1">
        <w:rPr>
          <w:rFonts w:eastAsia="Calibri"/>
          <w:b/>
          <w:iCs/>
        </w:rPr>
        <w:t>Языковые знания и навыки</w:t>
      </w:r>
    </w:p>
    <w:p w14:paraId="77630A5B" w14:textId="77777777" w:rsidR="0097508E" w:rsidRPr="000127C1" w:rsidRDefault="0097508E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Фонетическая сторона речи</w:t>
      </w:r>
    </w:p>
    <w:p w14:paraId="2D912F3C" w14:textId="77777777" w:rsidR="0097508E" w:rsidRPr="000127C1" w:rsidRDefault="00C34385" w:rsidP="000127C1">
      <w:pPr>
        <w:pStyle w:val="a5"/>
        <w:numPr>
          <w:ilvl w:val="0"/>
          <w:numId w:val="6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</w:t>
      </w:r>
      <w:r w:rsidR="00D05E77" w:rsidRPr="000127C1">
        <w:rPr>
          <w:color w:val="auto"/>
          <w:sz w:val="24"/>
          <w:szCs w:val="24"/>
          <w:shd w:val="clear" w:color="auto" w:fill="FFFFFF"/>
        </w:rPr>
        <w:t>ико-интонационных особенностей;</w:t>
      </w:r>
    </w:p>
    <w:p w14:paraId="35CDD31C" w14:textId="77777777" w:rsidR="0097508E" w:rsidRPr="000127C1" w:rsidRDefault="00C34385" w:rsidP="000127C1">
      <w:pPr>
        <w:pStyle w:val="a5"/>
        <w:numPr>
          <w:ilvl w:val="0"/>
          <w:numId w:val="6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в</w:t>
      </w:r>
      <w:r w:rsidR="003E0245" w:rsidRPr="000127C1">
        <w:rPr>
          <w:color w:val="auto"/>
          <w:sz w:val="24"/>
          <w:szCs w:val="24"/>
          <w:shd w:val="clear" w:color="auto" w:fill="FFFFFF"/>
        </w:rPr>
        <w:t xml:space="preserve">ыразительно </w:t>
      </w:r>
      <w:r w:rsidRPr="000127C1">
        <w:rPr>
          <w:color w:val="auto"/>
          <w:sz w:val="24"/>
          <w:szCs w:val="24"/>
          <w:shd w:val="clear" w:color="auto" w:fill="FFFFFF"/>
        </w:rPr>
        <w:t xml:space="preserve">читать вслух небольшие аутентичные тексты объемом до </w:t>
      </w:r>
      <w:r w:rsidR="00F62C76" w:rsidRPr="000127C1">
        <w:rPr>
          <w:color w:val="auto"/>
          <w:sz w:val="24"/>
          <w:szCs w:val="24"/>
          <w:shd w:val="clear" w:color="auto" w:fill="FFFFFF"/>
        </w:rPr>
        <w:t>7</w:t>
      </w:r>
      <w:r w:rsidR="00665E29" w:rsidRPr="000127C1">
        <w:rPr>
          <w:bCs/>
          <w:color w:val="auto"/>
          <w:sz w:val="24"/>
          <w:szCs w:val="24"/>
          <w:shd w:val="clear" w:color="auto" w:fill="FFFFFF"/>
        </w:rPr>
        <w:t>0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слов</w:t>
      </w:r>
      <w:r w:rsidRPr="000127C1">
        <w:rPr>
          <w:color w:val="auto"/>
          <w:sz w:val="24"/>
          <w:szCs w:val="24"/>
          <w:shd w:val="clear" w:color="auto" w:fill="FFFFFF"/>
        </w:rPr>
        <w:t>, построенные в основном на изученном языковом материале, с соблюдением правил чтения</w:t>
      </w:r>
      <w:r w:rsidR="00665E29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3428A97F" w14:textId="77777777" w:rsidR="0097508E" w:rsidRPr="000127C1" w:rsidRDefault="0097508E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Графика, орфография и пунктуация</w:t>
      </w:r>
    </w:p>
    <w:p w14:paraId="16FB3C30" w14:textId="77777777" w:rsidR="0097508E" w:rsidRPr="000127C1" w:rsidRDefault="00C34385" w:rsidP="000127C1">
      <w:pPr>
        <w:pStyle w:val="a5"/>
        <w:numPr>
          <w:ilvl w:val="0"/>
          <w:numId w:val="6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3F40C91E" w14:textId="77777777" w:rsidR="0097508E" w:rsidRPr="000127C1" w:rsidRDefault="00C34385" w:rsidP="000127C1">
      <w:pPr>
        <w:pStyle w:val="a5"/>
        <w:numPr>
          <w:ilvl w:val="0"/>
          <w:numId w:val="6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>использовать точку, вопросительный и восклицательный знаки в конце предложения, запятую при перечислении</w:t>
      </w:r>
      <w:r w:rsidR="00F56E27" w:rsidRPr="000127C1">
        <w:rPr>
          <w:color w:val="auto"/>
          <w:sz w:val="24"/>
          <w:szCs w:val="24"/>
          <w:shd w:val="clear" w:color="auto" w:fill="FFFFFF"/>
        </w:rPr>
        <w:t>, обращении.</w:t>
      </w:r>
    </w:p>
    <w:p w14:paraId="337048E9" w14:textId="77777777" w:rsidR="0097508E" w:rsidRPr="000127C1" w:rsidRDefault="0097508E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Лексическая сторона речи</w:t>
      </w:r>
    </w:p>
    <w:p w14:paraId="75A9D148" w14:textId="77777777" w:rsidR="0097508E" w:rsidRPr="000127C1" w:rsidRDefault="00CE1562" w:rsidP="000127C1">
      <w:pPr>
        <w:pStyle w:val="a5"/>
        <w:numPr>
          <w:ilvl w:val="0"/>
          <w:numId w:val="6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понима</w:t>
      </w:r>
      <w:r w:rsidR="00665E29" w:rsidRPr="000127C1">
        <w:rPr>
          <w:color w:val="auto"/>
          <w:sz w:val="24"/>
          <w:szCs w:val="24"/>
          <w:shd w:val="clear" w:color="auto" w:fill="FFFFFF"/>
        </w:rPr>
        <w:t>ть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основны</w:t>
      </w:r>
      <w:r w:rsidR="00665E29" w:rsidRPr="000127C1">
        <w:rPr>
          <w:color w:val="auto"/>
          <w:sz w:val="24"/>
          <w:szCs w:val="24"/>
          <w:shd w:val="clear" w:color="auto" w:fill="FFFFFF"/>
        </w:rPr>
        <w:t>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значени</w:t>
      </w:r>
      <w:r w:rsidR="00665E29" w:rsidRPr="000127C1">
        <w:rPr>
          <w:color w:val="auto"/>
          <w:sz w:val="24"/>
          <w:szCs w:val="24"/>
          <w:shd w:val="clear" w:color="auto" w:fill="FFFFFF"/>
        </w:rPr>
        <w:t>я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0ECEB1AB" w14:textId="77777777" w:rsidR="00D9480B" w:rsidRPr="000127C1" w:rsidRDefault="00EE76DC" w:rsidP="000127C1">
      <w:pPr>
        <w:pStyle w:val="a5"/>
        <w:numPr>
          <w:ilvl w:val="0"/>
          <w:numId w:val="6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>у</w:t>
      </w:r>
      <w:r w:rsidR="00751E0D" w:rsidRPr="000127C1">
        <w:rPr>
          <w:color w:val="auto"/>
          <w:sz w:val="24"/>
          <w:szCs w:val="24"/>
          <w:shd w:val="clear" w:color="auto" w:fill="FFFFFF"/>
        </w:rPr>
        <w:t>потребл</w:t>
      </w:r>
      <w:r w:rsidR="00665E29" w:rsidRPr="000127C1">
        <w:rPr>
          <w:color w:val="auto"/>
          <w:sz w:val="24"/>
          <w:szCs w:val="24"/>
          <w:shd w:val="clear" w:color="auto" w:fill="FFFFFF"/>
        </w:rPr>
        <w:t xml:space="preserve">ять </w:t>
      </w:r>
      <w:r w:rsidR="00751E0D" w:rsidRPr="000127C1">
        <w:rPr>
          <w:color w:val="auto"/>
          <w:sz w:val="24"/>
          <w:szCs w:val="24"/>
          <w:shd w:val="clear" w:color="auto" w:fill="FFFFFF"/>
        </w:rPr>
        <w:t xml:space="preserve">в устной и письменной речи </w:t>
      </w:r>
      <w:r w:rsidR="00A62851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не менее </w:t>
      </w:r>
      <w:r w:rsidR="00A62851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500</w:t>
      </w:r>
      <w:r w:rsidR="00A62851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751E0D" w:rsidRPr="000127C1">
        <w:rPr>
          <w:color w:val="auto"/>
          <w:sz w:val="24"/>
          <w:szCs w:val="24"/>
          <w:shd w:val="clear" w:color="auto" w:fill="FFFFFF"/>
        </w:rPr>
        <w:t>изученных лексических единиц</w:t>
      </w:r>
      <w:r w:rsidR="00D9480B" w:rsidRPr="000127C1">
        <w:rPr>
          <w:color w:val="auto"/>
          <w:sz w:val="24"/>
          <w:szCs w:val="24"/>
          <w:shd w:val="clear" w:color="auto" w:fill="FFFFFF"/>
        </w:rPr>
        <w:t>;</w:t>
      </w:r>
    </w:p>
    <w:p w14:paraId="2A82A000" w14:textId="77777777" w:rsidR="00FA154E" w:rsidRPr="000127C1" w:rsidRDefault="00FA154E" w:rsidP="000127C1">
      <w:pPr>
        <w:pStyle w:val="a5"/>
        <w:numPr>
          <w:ilvl w:val="0"/>
          <w:numId w:val="6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</w:t>
      </w:r>
      <w:r w:rsidR="00683BC4" w:rsidRPr="000127C1">
        <w:rPr>
          <w:color w:val="auto"/>
          <w:sz w:val="24"/>
          <w:szCs w:val="24"/>
          <w:shd w:val="clear" w:color="auto" w:fill="FFFFFF"/>
        </w:rPr>
        <w:t xml:space="preserve"> изученные синонимы и антонимы;</w:t>
      </w:r>
    </w:p>
    <w:p w14:paraId="7040E049" w14:textId="11327A51" w:rsidR="0097508E" w:rsidRPr="000127C1" w:rsidRDefault="00D9480B" w:rsidP="000127C1">
      <w:pPr>
        <w:pStyle w:val="a5"/>
        <w:numPr>
          <w:ilvl w:val="0"/>
          <w:numId w:val="65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аффиксов: имена существительные с аффиксами -чы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-че</w:t>
      </w:r>
      <w:r w:rsidR="007553BF" w:rsidRPr="000127C1">
        <w:rPr>
          <w:color w:val="auto"/>
          <w:sz w:val="24"/>
          <w:szCs w:val="24"/>
          <w:shd w:val="clear" w:color="auto" w:fill="FFFFFF"/>
        </w:rPr>
        <w:t xml:space="preserve">; </w:t>
      </w:r>
      <w:r w:rsidRPr="000127C1">
        <w:rPr>
          <w:color w:val="auto"/>
          <w:sz w:val="24"/>
          <w:szCs w:val="24"/>
          <w:shd w:val="clear" w:color="auto" w:fill="FFFFFF"/>
        </w:rPr>
        <w:t>имена прилагательные с аффиксами</w:t>
      </w:r>
      <w:r w:rsidR="00657F47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-лы</w:t>
      </w:r>
      <w:r w:rsidR="00055FEC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-ле</w:t>
      </w:r>
      <w:r w:rsidR="00AC1819" w:rsidRPr="000127C1">
        <w:rPr>
          <w:color w:val="auto"/>
          <w:sz w:val="24"/>
          <w:szCs w:val="24"/>
          <w:shd w:val="clear" w:color="auto" w:fill="FFFFFF"/>
          <w:lang w:val="tt-RU"/>
        </w:rPr>
        <w:t>, -сыз</w:t>
      </w:r>
      <w:r w:rsidR="00055FEC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/ </w:t>
      </w:r>
      <w:r w:rsidR="00AC1819" w:rsidRPr="000127C1">
        <w:rPr>
          <w:color w:val="auto"/>
          <w:sz w:val="24"/>
          <w:szCs w:val="24"/>
          <w:shd w:val="clear" w:color="auto" w:fill="FFFFFF"/>
          <w:lang w:val="tt-RU"/>
        </w:rPr>
        <w:t>-сез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.</w:t>
      </w:r>
    </w:p>
    <w:p w14:paraId="0354C21B" w14:textId="77777777" w:rsidR="0061138F" w:rsidRPr="000127C1" w:rsidRDefault="0061138F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Грамматическая сторона речи</w:t>
      </w:r>
    </w:p>
    <w:p w14:paraId="65A749FE" w14:textId="77777777" w:rsidR="0061138F" w:rsidRPr="000127C1" w:rsidRDefault="0061138F" w:rsidP="000127C1">
      <w:pPr>
        <w:ind w:firstLine="709"/>
        <w:jc w:val="both"/>
        <w:rPr>
          <w:shd w:val="clear" w:color="auto" w:fill="FFFFFF"/>
        </w:rPr>
      </w:pPr>
      <w:r w:rsidRPr="000127C1">
        <w:rPr>
          <w:shd w:val="clear" w:color="auto" w:fill="FFFFFF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14:paraId="5DCE7A5A" w14:textId="77777777" w:rsidR="0061138F" w:rsidRPr="000127C1" w:rsidRDefault="0061138F" w:rsidP="000127C1">
      <w:pPr>
        <w:pStyle w:val="a5"/>
        <w:numPr>
          <w:ilvl w:val="0"/>
          <w:numId w:val="6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val="tt-RU"/>
        </w:rPr>
        <w:t>имена существительные ед. и мн. числа в разных падежах;</w:t>
      </w:r>
    </w:p>
    <w:p w14:paraId="5538C0CF" w14:textId="77777777" w:rsidR="0061138F" w:rsidRPr="000127C1" w:rsidRDefault="0061138F" w:rsidP="000127C1">
      <w:pPr>
        <w:pStyle w:val="a5"/>
        <w:numPr>
          <w:ilvl w:val="0"/>
          <w:numId w:val="6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>имена существительные с</w:t>
      </w:r>
      <w:r w:rsidRPr="000127C1">
        <w:rPr>
          <w:color w:val="auto"/>
          <w:spacing w:val="1"/>
          <w:sz w:val="24"/>
          <w:szCs w:val="24"/>
          <w:lang w:eastAsia="en-US"/>
        </w:rPr>
        <w:t xml:space="preserve"> аффиксами </w:t>
      </w:r>
      <w:r w:rsidRPr="000127C1">
        <w:rPr>
          <w:color w:val="auto"/>
          <w:sz w:val="24"/>
          <w:szCs w:val="24"/>
          <w:lang w:eastAsia="en-US"/>
        </w:rPr>
        <w:t>принадлеж</w:t>
      </w:r>
      <w:r w:rsidRPr="000127C1">
        <w:rPr>
          <w:color w:val="auto"/>
          <w:sz w:val="24"/>
          <w:szCs w:val="24"/>
          <w:lang w:val="tt-RU" w:eastAsia="en-US"/>
        </w:rPr>
        <w:t>н</w:t>
      </w:r>
      <w:r w:rsidRPr="000127C1">
        <w:rPr>
          <w:color w:val="auto"/>
          <w:sz w:val="24"/>
          <w:szCs w:val="24"/>
          <w:lang w:eastAsia="en-US"/>
        </w:rPr>
        <w:t xml:space="preserve">ости </w:t>
      </w:r>
      <w:r w:rsidRPr="000127C1">
        <w:rPr>
          <w:color w:val="auto"/>
          <w:sz w:val="24"/>
          <w:szCs w:val="24"/>
          <w:lang w:val="en-US" w:eastAsia="en-US"/>
        </w:rPr>
        <w:t>I</w:t>
      </w:r>
      <w:r w:rsidRPr="000127C1">
        <w:rPr>
          <w:color w:val="auto"/>
          <w:sz w:val="24"/>
          <w:szCs w:val="24"/>
          <w:lang w:eastAsia="en-US"/>
        </w:rPr>
        <w:t xml:space="preserve">, </w:t>
      </w:r>
      <w:r w:rsidRPr="000127C1">
        <w:rPr>
          <w:color w:val="auto"/>
          <w:sz w:val="24"/>
          <w:szCs w:val="24"/>
          <w:lang w:val="en-US" w:eastAsia="en-US"/>
        </w:rPr>
        <w:t>II</w:t>
      </w:r>
      <w:r w:rsidRPr="000127C1">
        <w:rPr>
          <w:color w:val="auto"/>
          <w:sz w:val="24"/>
          <w:szCs w:val="24"/>
          <w:lang w:eastAsia="en-US"/>
        </w:rPr>
        <w:t xml:space="preserve">, </w:t>
      </w:r>
      <w:r w:rsidRPr="000127C1">
        <w:rPr>
          <w:color w:val="auto"/>
          <w:sz w:val="24"/>
          <w:szCs w:val="24"/>
          <w:lang w:val="en-US" w:eastAsia="en-US"/>
        </w:rPr>
        <w:t>III</w:t>
      </w:r>
      <w:r w:rsidRPr="000127C1">
        <w:rPr>
          <w:color w:val="auto"/>
          <w:sz w:val="24"/>
          <w:szCs w:val="24"/>
          <w:lang w:eastAsia="en-US"/>
        </w:rPr>
        <w:t xml:space="preserve"> лица единственного и множественного числа;</w:t>
      </w:r>
    </w:p>
    <w:p w14:paraId="56D7C2F4" w14:textId="77777777" w:rsidR="00A5134A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val="tt-RU"/>
        </w:rPr>
        <w:t xml:space="preserve">наречия времени: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sz w:val="24"/>
          <w:szCs w:val="24"/>
          <w:lang w:val="tt-RU"/>
        </w:rPr>
        <w:t>былтыр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sz w:val="24"/>
          <w:szCs w:val="24"/>
          <w:lang w:val="tt-RU"/>
        </w:rPr>
        <w:t xml:space="preserve">,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sz w:val="24"/>
          <w:szCs w:val="24"/>
          <w:lang w:val="tt-RU"/>
        </w:rPr>
        <w:t>быел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sz w:val="24"/>
          <w:szCs w:val="24"/>
          <w:lang w:val="tt-RU"/>
        </w:rPr>
        <w:t xml:space="preserve">,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sz w:val="24"/>
          <w:szCs w:val="24"/>
          <w:lang w:val="tt-RU"/>
        </w:rPr>
        <w:t>иртән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sz w:val="24"/>
          <w:szCs w:val="24"/>
          <w:lang w:val="tt-RU"/>
        </w:rPr>
        <w:t xml:space="preserve">,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sz w:val="24"/>
          <w:szCs w:val="24"/>
          <w:lang w:val="tt-RU"/>
        </w:rPr>
        <w:t>көндез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sz w:val="24"/>
          <w:szCs w:val="24"/>
          <w:lang w:val="tt-RU"/>
        </w:rPr>
        <w:t xml:space="preserve">,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sz w:val="24"/>
          <w:szCs w:val="24"/>
          <w:lang w:val="tt-RU"/>
        </w:rPr>
        <w:t>кичен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i/>
          <w:sz w:val="24"/>
          <w:szCs w:val="24"/>
          <w:lang w:val="tt-RU"/>
        </w:rPr>
        <w:t xml:space="preserve">; </w:t>
      </w:r>
      <w:r w:rsidR="00A5134A" w:rsidRPr="000127C1">
        <w:rPr>
          <w:sz w:val="24"/>
          <w:szCs w:val="24"/>
          <w:lang w:val="tt-RU"/>
        </w:rPr>
        <w:t xml:space="preserve">сравнения-уподобления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iCs/>
          <w:sz w:val="24"/>
          <w:szCs w:val="24"/>
          <w:lang w:val="tt-RU"/>
        </w:rPr>
        <w:t>татарча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iCs/>
          <w:sz w:val="24"/>
          <w:szCs w:val="24"/>
          <w:lang w:val="tt-RU"/>
        </w:rPr>
        <w:t xml:space="preserve">,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iCs/>
          <w:sz w:val="24"/>
          <w:szCs w:val="24"/>
          <w:lang w:val="tt-RU"/>
        </w:rPr>
        <w:t>русча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iCs/>
          <w:sz w:val="24"/>
          <w:szCs w:val="24"/>
          <w:lang w:val="tt-RU"/>
        </w:rPr>
        <w:t xml:space="preserve">, </w:t>
      </w:r>
      <w:r w:rsidR="00A5134A" w:rsidRPr="000127C1">
        <w:rPr>
          <w:spacing w:val="1"/>
          <w:sz w:val="24"/>
          <w:szCs w:val="24"/>
          <w:lang w:eastAsia="en-US"/>
        </w:rPr>
        <w:t>«</w:t>
      </w:r>
      <w:r w:rsidR="00A5134A" w:rsidRPr="000127C1">
        <w:rPr>
          <w:iCs/>
          <w:sz w:val="24"/>
          <w:szCs w:val="24"/>
          <w:lang w:val="tt-RU"/>
        </w:rPr>
        <w:t>инглизчә</w:t>
      </w:r>
      <w:r w:rsidR="00A5134A" w:rsidRPr="000127C1">
        <w:rPr>
          <w:sz w:val="24"/>
          <w:szCs w:val="24"/>
          <w:lang w:eastAsia="en-US"/>
        </w:rPr>
        <w:t>»</w:t>
      </w:r>
      <w:r w:rsidR="00A5134A" w:rsidRPr="000127C1">
        <w:rPr>
          <w:iCs/>
          <w:sz w:val="24"/>
          <w:szCs w:val="24"/>
          <w:lang w:val="tt-RU"/>
        </w:rPr>
        <w:t>;</w:t>
      </w:r>
    </w:p>
    <w:p w14:paraId="10130A05" w14:textId="2C33B5F2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rFonts w:eastAsia="Calibri"/>
          <w:iCs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 xml:space="preserve">глаголы повелительного наклонения </w:t>
      </w:r>
      <w:r w:rsidRPr="000127C1">
        <w:rPr>
          <w:rFonts w:eastAsia="Calibri"/>
          <w:color w:val="auto"/>
          <w:sz w:val="24"/>
          <w:szCs w:val="24"/>
          <w:lang w:val="en-US" w:eastAsia="en-US"/>
        </w:rPr>
        <w:t>II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лица единственного и множественного числа в </w:t>
      </w:r>
      <w:r w:rsidRPr="000127C1">
        <w:rPr>
          <w:color w:val="auto"/>
          <w:sz w:val="24"/>
          <w:szCs w:val="24"/>
        </w:rPr>
        <w:t>утвердительной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и отрицательной формах: 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бар! – барыгыз! – ба'рма! – ба'рмагыз!;</w:t>
      </w:r>
    </w:p>
    <w:p w14:paraId="4574100C" w14:textId="1C385416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г</w:t>
      </w:r>
      <w:r w:rsidRPr="000127C1">
        <w:rPr>
          <w:color w:val="auto"/>
          <w:sz w:val="24"/>
          <w:szCs w:val="24"/>
        </w:rPr>
        <w:t>лаголы прошедшего о</w:t>
      </w:r>
      <w:r w:rsidRPr="000127C1">
        <w:rPr>
          <w:color w:val="auto"/>
          <w:sz w:val="24"/>
          <w:szCs w:val="24"/>
          <w:lang w:val="tt-RU"/>
        </w:rPr>
        <w:t xml:space="preserve">пределенного </w:t>
      </w:r>
      <w:r w:rsidRPr="000127C1">
        <w:rPr>
          <w:color w:val="auto"/>
          <w:sz w:val="24"/>
          <w:szCs w:val="24"/>
        </w:rPr>
        <w:t xml:space="preserve">времени I, II, III лица единственного </w:t>
      </w:r>
      <w:r w:rsidRPr="000127C1">
        <w:rPr>
          <w:color w:val="auto"/>
          <w:sz w:val="24"/>
          <w:szCs w:val="24"/>
          <w:lang w:val="tt-RU"/>
        </w:rPr>
        <w:t xml:space="preserve">и множественного </w:t>
      </w:r>
      <w:r w:rsidRPr="000127C1">
        <w:rPr>
          <w:color w:val="auto"/>
          <w:sz w:val="24"/>
          <w:szCs w:val="24"/>
        </w:rPr>
        <w:t xml:space="preserve">числа в утвердительной </w:t>
      </w:r>
      <w:r w:rsidRPr="000127C1">
        <w:rPr>
          <w:color w:val="auto"/>
          <w:sz w:val="24"/>
          <w:szCs w:val="24"/>
          <w:lang w:val="tt-RU"/>
        </w:rPr>
        <w:t>и отрицател</w:t>
      </w:r>
      <w:r w:rsidRPr="000127C1">
        <w:rPr>
          <w:color w:val="auto"/>
          <w:sz w:val="24"/>
          <w:szCs w:val="24"/>
        </w:rPr>
        <w:t>ьной формах;</w:t>
      </w:r>
    </w:p>
    <w:p w14:paraId="109878F9" w14:textId="44514760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глаголы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</w:t>
      </w:r>
      <w:r w:rsidRPr="000127C1">
        <w:rPr>
          <w:color w:val="auto"/>
          <w:sz w:val="24"/>
          <w:szCs w:val="24"/>
          <w:lang w:val="tt-RU"/>
        </w:rPr>
        <w:t>п</w:t>
      </w:r>
      <w:r w:rsidRPr="000127C1">
        <w:rPr>
          <w:color w:val="auto"/>
          <w:sz w:val="24"/>
          <w:szCs w:val="24"/>
        </w:rPr>
        <w:t>рошедшего неопределенного времени в III лице единственного</w:t>
      </w:r>
      <w:r w:rsidRPr="000127C1">
        <w:rPr>
          <w:color w:val="auto"/>
          <w:sz w:val="24"/>
          <w:szCs w:val="24"/>
          <w:lang w:val="tt-RU"/>
        </w:rPr>
        <w:t xml:space="preserve"> числа;</w:t>
      </w:r>
    </w:p>
    <w:p w14:paraId="4465AF6A" w14:textId="4F43FACE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инфинитив с модал</w:t>
      </w:r>
      <w:r w:rsidRPr="000127C1">
        <w:rPr>
          <w:color w:val="auto"/>
          <w:sz w:val="24"/>
          <w:szCs w:val="24"/>
        </w:rPr>
        <w:t>ь</w:t>
      </w:r>
      <w:r w:rsidRPr="000127C1">
        <w:rPr>
          <w:color w:val="auto"/>
          <w:sz w:val="24"/>
          <w:szCs w:val="24"/>
          <w:lang w:val="tt-RU"/>
        </w:rPr>
        <w:t xml:space="preserve">ными словами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color w:val="auto"/>
          <w:sz w:val="24"/>
          <w:szCs w:val="24"/>
        </w:rPr>
        <w:t>кирәк</w:t>
      </w:r>
      <w:r w:rsidR="00D548DD" w:rsidRPr="000127C1">
        <w:rPr>
          <w:color w:val="auto"/>
          <w:sz w:val="24"/>
          <w:szCs w:val="24"/>
        </w:rPr>
        <w:t>»</w:t>
      </w:r>
      <w:r w:rsidR="00055FEC" w:rsidRPr="000127C1">
        <w:rPr>
          <w:color w:val="auto"/>
          <w:sz w:val="24"/>
          <w:szCs w:val="24"/>
        </w:rPr>
        <w:t xml:space="preserve"> /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color w:val="auto"/>
          <w:sz w:val="24"/>
          <w:szCs w:val="24"/>
        </w:rPr>
        <w:t>кирәкми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color w:val="auto"/>
          <w:sz w:val="24"/>
          <w:szCs w:val="24"/>
        </w:rPr>
        <w:t xml:space="preserve">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color w:val="auto"/>
          <w:sz w:val="24"/>
          <w:szCs w:val="24"/>
        </w:rPr>
        <w:t>ярый</w:t>
      </w:r>
      <w:r w:rsidR="00D548DD" w:rsidRPr="000127C1">
        <w:rPr>
          <w:color w:val="auto"/>
          <w:sz w:val="24"/>
          <w:szCs w:val="24"/>
        </w:rPr>
        <w:t>»</w:t>
      </w:r>
      <w:r w:rsidR="00055FEC" w:rsidRPr="000127C1">
        <w:rPr>
          <w:color w:val="auto"/>
          <w:sz w:val="24"/>
          <w:szCs w:val="24"/>
        </w:rPr>
        <w:t xml:space="preserve"> /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color w:val="auto"/>
          <w:sz w:val="24"/>
          <w:szCs w:val="24"/>
        </w:rPr>
        <w:t>ярамый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i/>
          <w:color w:val="auto"/>
          <w:sz w:val="24"/>
          <w:szCs w:val="24"/>
        </w:rPr>
        <w:t>;</w:t>
      </w:r>
    </w:p>
    <w:p w14:paraId="0C074FE0" w14:textId="2330C904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</w:rPr>
        <w:t>аналитическая форма глагол</w:t>
      </w:r>
      <w:r w:rsidRPr="000127C1">
        <w:rPr>
          <w:color w:val="auto"/>
          <w:sz w:val="24"/>
          <w:szCs w:val="24"/>
          <w:lang w:val="tt-RU"/>
        </w:rPr>
        <w:t>а, выражающая возможность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Pr="000127C1">
        <w:rPr>
          <w:color w:val="auto"/>
          <w:sz w:val="24"/>
          <w:szCs w:val="24"/>
          <w:lang w:val="tt-RU"/>
        </w:rPr>
        <w:t xml:space="preserve">невозможность,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укый беләм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 (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 xml:space="preserve">белмим),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сөйләшә алам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 (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алмыйм);</w:t>
      </w:r>
    </w:p>
    <w:p w14:paraId="0F8FFA1A" w14:textId="15866E86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послелоги</w:t>
      </w:r>
      <w:r w:rsidR="00F14BCA" w:rsidRPr="000127C1">
        <w:rPr>
          <w:color w:val="auto"/>
          <w:sz w:val="24"/>
          <w:szCs w:val="24"/>
          <w:lang w:val="tt-RU"/>
        </w:rPr>
        <w:t xml:space="preserve">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өчен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аша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i/>
          <w:color w:val="auto"/>
          <w:sz w:val="24"/>
          <w:szCs w:val="24"/>
          <w:lang w:val="tt-RU"/>
        </w:rPr>
        <w:t xml:space="preserve"> </w:t>
      </w:r>
      <w:r w:rsidRPr="000127C1">
        <w:rPr>
          <w:iCs/>
          <w:color w:val="auto"/>
          <w:sz w:val="24"/>
          <w:szCs w:val="24"/>
          <w:lang w:val="tt-RU"/>
        </w:rPr>
        <w:t>с существительными и местоимениями;</w:t>
      </w:r>
    </w:p>
    <w:p w14:paraId="217A73FD" w14:textId="3A106D1A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послело</w:t>
      </w:r>
      <w:r w:rsidRPr="000127C1">
        <w:rPr>
          <w:color w:val="auto"/>
          <w:sz w:val="24"/>
          <w:szCs w:val="24"/>
        </w:rPr>
        <w:t>жные слова</w:t>
      </w:r>
      <w:r w:rsidRPr="000127C1">
        <w:rPr>
          <w:color w:val="auto"/>
          <w:sz w:val="24"/>
          <w:szCs w:val="24"/>
          <w:lang w:val="tt-RU"/>
        </w:rPr>
        <w:t>:</w:t>
      </w:r>
      <w:r w:rsidRPr="000127C1">
        <w:rPr>
          <w:color w:val="auto"/>
          <w:sz w:val="24"/>
          <w:szCs w:val="24"/>
        </w:rPr>
        <w:t xml:space="preserve">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янында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 xml:space="preserve">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өстендә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 xml:space="preserve">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астында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, эчендә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rFonts w:eastAsia="Calibri"/>
          <w:i/>
          <w:color w:val="auto"/>
          <w:sz w:val="24"/>
          <w:szCs w:val="24"/>
          <w:lang w:val="tt-RU" w:eastAsia="en-US"/>
        </w:rPr>
        <w:t>;</w:t>
      </w:r>
    </w:p>
    <w:p w14:paraId="71C081C1" w14:textId="77777777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сочинительные союзы</w:t>
      </w:r>
      <w:r w:rsidRPr="000127C1">
        <w:rPr>
          <w:i/>
          <w:color w:val="auto"/>
          <w:sz w:val="24"/>
          <w:szCs w:val="24"/>
          <w:lang w:val="tt-RU"/>
        </w:rPr>
        <w:t>;</w:t>
      </w:r>
    </w:p>
    <w:p w14:paraId="013EC8F2" w14:textId="430AF030" w:rsidR="0061138F" w:rsidRPr="000127C1" w:rsidRDefault="0061138F" w:rsidP="000127C1">
      <w:pPr>
        <w:pStyle w:val="a5"/>
        <w:widowControl w:val="0"/>
        <w:numPr>
          <w:ilvl w:val="0"/>
          <w:numId w:val="67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 xml:space="preserve">вводные слова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минемчә</w:t>
      </w:r>
      <w:r w:rsidR="00D548DD" w:rsidRPr="000127C1">
        <w:rPr>
          <w:color w:val="auto"/>
          <w:sz w:val="24"/>
          <w:szCs w:val="24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D548DD" w:rsidRPr="000127C1">
        <w:rPr>
          <w:color w:val="auto"/>
          <w:sz w:val="24"/>
          <w:szCs w:val="24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синеңчә</w:t>
      </w:r>
      <w:r w:rsidR="00D548DD" w:rsidRPr="000127C1">
        <w:rPr>
          <w:color w:val="auto"/>
          <w:sz w:val="24"/>
          <w:szCs w:val="24"/>
        </w:rPr>
        <w:t>»</w:t>
      </w:r>
      <w:r w:rsidR="00D548DD" w:rsidRPr="000127C1">
        <w:rPr>
          <w:iCs/>
          <w:color w:val="auto"/>
          <w:sz w:val="24"/>
          <w:szCs w:val="24"/>
          <w:lang w:val="en-US"/>
        </w:rPr>
        <w:t>;</w:t>
      </w:r>
    </w:p>
    <w:p w14:paraId="60AF9ABE" w14:textId="77777777" w:rsidR="0061138F" w:rsidRPr="000127C1" w:rsidRDefault="0061138F" w:rsidP="000127C1">
      <w:pPr>
        <w:pStyle w:val="a5"/>
        <w:numPr>
          <w:ilvl w:val="0"/>
          <w:numId w:val="67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 xml:space="preserve">различать </w:t>
      </w:r>
      <w:r w:rsidRPr="000127C1">
        <w:rPr>
          <w:color w:val="auto"/>
          <w:sz w:val="24"/>
          <w:szCs w:val="24"/>
          <w:shd w:val="clear" w:color="auto" w:fill="FFFFFF"/>
        </w:rPr>
        <w:t>особенности структуры простых предложений и различных коммуникативных типов предложений.</w:t>
      </w:r>
    </w:p>
    <w:p w14:paraId="3D83A5C9" w14:textId="77777777" w:rsidR="0097508E" w:rsidRPr="000127C1" w:rsidRDefault="0097508E" w:rsidP="000127C1">
      <w:pPr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59E0B3AF" w14:textId="77777777" w:rsidR="005055C6" w:rsidRPr="000127C1" w:rsidRDefault="005055C6" w:rsidP="000127C1">
      <w:pPr>
        <w:numPr>
          <w:ilvl w:val="0"/>
          <w:numId w:val="66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образцы татарского речевого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>этикета в ситуациях общения</w:t>
      </w:r>
      <w:r w:rsidRPr="000127C1">
        <w:rPr>
          <w:rFonts w:eastAsia="Calibri"/>
          <w:lang w:val="tt-RU" w:eastAsia="en-US"/>
        </w:rPr>
        <w:t>;</w:t>
      </w:r>
    </w:p>
    <w:p w14:paraId="1C5A20B6" w14:textId="77777777" w:rsidR="005055C6" w:rsidRPr="000127C1" w:rsidRDefault="005055C6" w:rsidP="000127C1">
      <w:pPr>
        <w:numPr>
          <w:ilvl w:val="0"/>
          <w:numId w:val="66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в устной и письменной речи наиболее употребительную тематическую фоновую лексику и реалии</w:t>
      </w:r>
      <w:r w:rsidRPr="000127C1">
        <w:rPr>
          <w:rFonts w:eastAsia="Calibri"/>
          <w:lang w:val="tt-RU" w:eastAsia="en-US"/>
        </w:rPr>
        <w:t>;</w:t>
      </w:r>
    </w:p>
    <w:p w14:paraId="48A59B51" w14:textId="77777777" w:rsidR="005055C6" w:rsidRPr="000127C1" w:rsidRDefault="005055C6" w:rsidP="000127C1">
      <w:pPr>
        <w:numPr>
          <w:ilvl w:val="0"/>
          <w:numId w:val="66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val="tt-RU" w:eastAsia="en-US"/>
        </w:rPr>
        <w:t>знать образцы д</w:t>
      </w:r>
      <w:r w:rsidRPr="000127C1">
        <w:rPr>
          <w:rFonts w:eastAsia="Calibri"/>
          <w:lang w:eastAsia="en-US"/>
        </w:rPr>
        <w:t xml:space="preserve">етской поэзии и прозы на </w:t>
      </w:r>
      <w:r w:rsidRPr="000127C1">
        <w:rPr>
          <w:rFonts w:eastAsia="Calibri"/>
          <w:lang w:val="tt-RU" w:eastAsia="en-US"/>
        </w:rPr>
        <w:t xml:space="preserve">татарском </w:t>
      </w:r>
      <w:r w:rsidRPr="000127C1">
        <w:rPr>
          <w:rFonts w:eastAsia="Calibri"/>
          <w:lang w:eastAsia="en-US"/>
        </w:rPr>
        <w:t>языке;</w:t>
      </w:r>
    </w:p>
    <w:p w14:paraId="14444AEB" w14:textId="77777777" w:rsidR="005055C6" w:rsidRPr="000127C1" w:rsidRDefault="005055C6" w:rsidP="000127C1">
      <w:pPr>
        <w:numPr>
          <w:ilvl w:val="0"/>
          <w:numId w:val="66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val="tt-RU" w:eastAsia="en-US"/>
        </w:rPr>
        <w:t>кратко представлять Республику Татарстан как часть России на татарском языке.</w:t>
      </w:r>
    </w:p>
    <w:p w14:paraId="54F4C2DA" w14:textId="77777777" w:rsidR="0097508E" w:rsidRPr="000127C1" w:rsidRDefault="00DD1C01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5" w:name="_Toc105662365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6</w:t>
      </w:r>
      <w:r w:rsidR="00683BC4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класс</w:t>
      </w:r>
      <w:bookmarkEnd w:id="25"/>
    </w:p>
    <w:p w14:paraId="1D4A1388" w14:textId="1DA1C178" w:rsidR="00565CA0" w:rsidRPr="000127C1" w:rsidRDefault="00565CA0" w:rsidP="000127C1">
      <w:pPr>
        <w:ind w:firstLine="709"/>
        <w:jc w:val="both"/>
        <w:rPr>
          <w:rFonts w:eastAsia="Calibri"/>
        </w:rPr>
      </w:pPr>
      <w:r w:rsidRPr="000127C1">
        <w:rPr>
          <w:rFonts w:eastAsia="Calibri"/>
        </w:rPr>
        <w:t>Обучающийся научится:</w:t>
      </w:r>
    </w:p>
    <w:p w14:paraId="67C63547" w14:textId="77777777" w:rsidR="005055C6" w:rsidRPr="000127C1" w:rsidRDefault="005055C6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Аудирование</w:t>
      </w:r>
    </w:p>
    <w:p w14:paraId="39F6C992" w14:textId="77777777" w:rsidR="005055C6" w:rsidRPr="000127C1" w:rsidRDefault="005055C6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воспринимать на слух и понимать звучащие до </w:t>
      </w:r>
      <w:r w:rsidRPr="000127C1">
        <w:rPr>
          <w:bCs/>
          <w:color w:val="auto"/>
          <w:sz w:val="24"/>
          <w:szCs w:val="24"/>
          <w:shd w:val="clear" w:color="auto" w:fill="FFFFFF"/>
        </w:rPr>
        <w:t>1,5 мину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ты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 пониманием основного содержания текстов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или </w:t>
      </w:r>
      <w:r w:rsidRPr="000127C1">
        <w:rPr>
          <w:color w:val="auto"/>
          <w:sz w:val="24"/>
          <w:szCs w:val="24"/>
          <w:shd w:val="clear" w:color="auto" w:fill="FFFFFF"/>
        </w:rPr>
        <w:t>запрашиваемой информации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.</w:t>
      </w:r>
    </w:p>
    <w:p w14:paraId="0CAB21FD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Говорение</w:t>
      </w:r>
    </w:p>
    <w:p w14:paraId="1C43A747" w14:textId="77777777" w:rsidR="002833FD" w:rsidRPr="000127C1" w:rsidRDefault="002833FD" w:rsidP="000127C1">
      <w:pPr>
        <w:pStyle w:val="a5"/>
        <w:numPr>
          <w:ilvl w:val="0"/>
          <w:numId w:val="6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вести разные виды диалога в станда</w:t>
      </w:r>
      <w:r w:rsidR="00482E51" w:rsidRPr="000127C1">
        <w:rPr>
          <w:color w:val="auto"/>
          <w:sz w:val="24"/>
          <w:szCs w:val="24"/>
          <w:shd w:val="clear" w:color="auto" w:fill="FFFFFF"/>
        </w:rPr>
        <w:t>ртных ситуациях общения (диалог-</w:t>
      </w:r>
      <w:r w:rsidRPr="000127C1">
        <w:rPr>
          <w:color w:val="auto"/>
          <w:sz w:val="24"/>
          <w:szCs w:val="24"/>
          <w:shd w:val="clear" w:color="auto" w:fill="FFFFFF"/>
        </w:rPr>
        <w:t xml:space="preserve">побуждение к действию, диалог-расспрос, диалог-обмен мнениями) объемом </w:t>
      </w:r>
      <w:r w:rsidR="00A6690C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683BC4" w:rsidRPr="000127C1">
        <w:rPr>
          <w:bCs/>
          <w:color w:val="auto"/>
          <w:sz w:val="24"/>
          <w:szCs w:val="24"/>
          <w:shd w:val="clear" w:color="auto" w:fill="FFFFFF"/>
        </w:rPr>
        <w:t>7–</w:t>
      </w:r>
      <w:r w:rsidR="00A6690C" w:rsidRPr="000127C1">
        <w:rPr>
          <w:bCs/>
          <w:color w:val="auto"/>
          <w:sz w:val="24"/>
          <w:szCs w:val="24"/>
          <w:shd w:val="clear" w:color="auto" w:fill="FFFFFF"/>
        </w:rPr>
        <w:t>8</w:t>
      </w:r>
      <w:r w:rsidR="00D92090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реплик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6A750364" w14:textId="19B5FCEA" w:rsidR="002833FD" w:rsidRPr="000127C1" w:rsidRDefault="002833FD" w:rsidP="000127C1">
      <w:pPr>
        <w:pStyle w:val="a5"/>
        <w:numPr>
          <w:ilvl w:val="0"/>
          <w:numId w:val="6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создавать устные связные монологические высказывания (описание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характеристика, повествование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сообщение) объемом</w:t>
      </w:r>
      <w:r w:rsidR="00657F4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A6690C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683BC4" w:rsidRPr="000127C1">
        <w:rPr>
          <w:bCs/>
          <w:color w:val="auto"/>
          <w:sz w:val="24"/>
          <w:szCs w:val="24"/>
          <w:shd w:val="clear" w:color="auto" w:fill="FFFFFF"/>
        </w:rPr>
        <w:t>7–</w:t>
      </w:r>
      <w:r w:rsidR="00A417A3" w:rsidRPr="000127C1">
        <w:rPr>
          <w:bCs/>
          <w:color w:val="auto"/>
          <w:sz w:val="24"/>
          <w:szCs w:val="24"/>
          <w:shd w:val="clear" w:color="auto" w:fill="FFFFFF"/>
        </w:rPr>
        <w:t>8</w:t>
      </w:r>
      <w:r w:rsidR="004B3271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речи; </w:t>
      </w:r>
    </w:p>
    <w:p w14:paraId="261000CD" w14:textId="1955FD66" w:rsidR="00DA4DA9" w:rsidRPr="000127C1" w:rsidRDefault="002833FD" w:rsidP="000127C1">
      <w:pPr>
        <w:pStyle w:val="a5"/>
        <w:numPr>
          <w:ilvl w:val="0"/>
          <w:numId w:val="6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передавать основное содержание прочитанного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A417A3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D05E7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482E51" w:rsidRPr="000127C1">
        <w:rPr>
          <w:bCs/>
          <w:color w:val="auto"/>
          <w:sz w:val="24"/>
          <w:szCs w:val="24"/>
          <w:shd w:val="clear" w:color="auto" w:fill="FFFFFF"/>
        </w:rPr>
        <w:t>7–</w:t>
      </w:r>
      <w:r w:rsidR="00A417A3" w:rsidRPr="000127C1">
        <w:rPr>
          <w:bCs/>
          <w:color w:val="auto"/>
          <w:sz w:val="24"/>
          <w:szCs w:val="24"/>
          <w:shd w:val="clear" w:color="auto" w:fill="FFFFFF"/>
        </w:rPr>
        <w:t>8</w:t>
      </w:r>
      <w:r w:rsidR="00D05E77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="00547D16" w:rsidRPr="000127C1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4EFB7A69" w14:textId="44D64E06" w:rsidR="00A417A3" w:rsidRPr="000127C1" w:rsidRDefault="00DA4DA9" w:rsidP="000127C1">
      <w:pPr>
        <w:pStyle w:val="a5"/>
        <w:numPr>
          <w:ilvl w:val="0"/>
          <w:numId w:val="68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  <w:lang w:val="tt-RU"/>
        </w:rPr>
        <w:t>кратко излагать результаты вы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полненной проектной работы (объе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м</w:t>
      </w:r>
      <w:r w:rsidR="006B2685" w:rsidRPr="000127C1">
        <w:rPr>
          <w:color w:val="auto"/>
          <w:sz w:val="24"/>
          <w:szCs w:val="24"/>
          <w:shd w:val="clear" w:color="auto" w:fill="FFFFFF"/>
        </w:rPr>
        <w:t> 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–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A417A3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не менее </w:t>
      </w:r>
      <w:r w:rsidR="00482E51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7–</w:t>
      </w:r>
      <w:r w:rsidR="00A417A3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8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 xml:space="preserve"> фраз).</w:t>
      </w:r>
    </w:p>
    <w:p w14:paraId="273DA67B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Смысловое чтение</w:t>
      </w:r>
    </w:p>
    <w:p w14:paraId="0328934E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A417A3" w:rsidRPr="000127C1">
        <w:rPr>
          <w:color w:val="auto"/>
          <w:sz w:val="24"/>
          <w:szCs w:val="24"/>
          <w:shd w:val="clear" w:color="auto" w:fill="FFFFFF"/>
        </w:rPr>
        <w:t>1</w:t>
      </w:r>
      <w:r w:rsidR="004B3271" w:rsidRPr="000127C1">
        <w:rPr>
          <w:bCs/>
          <w:color w:val="auto"/>
          <w:sz w:val="24"/>
          <w:szCs w:val="24"/>
          <w:shd w:val="clear" w:color="auto" w:fill="FFFFFF"/>
        </w:rPr>
        <w:t>50</w:t>
      </w:r>
      <w:r w:rsidR="00482E51" w:rsidRPr="000127C1">
        <w:rPr>
          <w:bCs/>
          <w:color w:val="auto"/>
          <w:sz w:val="24"/>
          <w:szCs w:val="24"/>
          <w:shd w:val="clear" w:color="auto" w:fill="FFFFFF"/>
        </w:rPr>
        <w:t>–</w:t>
      </w:r>
      <w:r w:rsidR="00A417A3" w:rsidRPr="000127C1">
        <w:rPr>
          <w:bCs/>
          <w:color w:val="auto"/>
          <w:sz w:val="24"/>
          <w:szCs w:val="24"/>
          <w:shd w:val="clear" w:color="auto" w:fill="FFFFFF"/>
        </w:rPr>
        <w:t>160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слов,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92090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пониманием запрашиваемой информации,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полным понимание</w:t>
      </w:r>
      <w:r w:rsidR="00D92090" w:rsidRPr="000127C1">
        <w:rPr>
          <w:color w:val="auto"/>
          <w:sz w:val="24"/>
          <w:szCs w:val="24"/>
          <w:shd w:val="clear" w:color="auto" w:fill="FFFFFF"/>
        </w:rPr>
        <w:t>м содержания;</w:t>
      </w:r>
    </w:p>
    <w:p w14:paraId="46A7C9EA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несплошные тексты (таблицы, диаграммы, схемы) и понимать </w:t>
      </w:r>
      <w:r w:rsidR="00482E51" w:rsidRPr="000127C1">
        <w:rPr>
          <w:color w:val="auto"/>
          <w:sz w:val="24"/>
          <w:szCs w:val="24"/>
          <w:shd w:val="clear" w:color="auto" w:fill="FFFFFF"/>
        </w:rPr>
        <w:t>представленную в них информацию.</w:t>
      </w:r>
    </w:p>
    <w:p w14:paraId="34E1AB4A" w14:textId="77777777" w:rsidR="005055C6" w:rsidRPr="000127C1" w:rsidRDefault="005055C6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Письменная речь</w:t>
      </w:r>
    </w:p>
    <w:p w14:paraId="2B3BAF14" w14:textId="4A5A8513" w:rsidR="005055C6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contextualSpacing/>
        <w:jc w:val="both"/>
      </w:pPr>
      <w:r w:rsidRPr="000127C1">
        <w:t>составлять и записывать текст по изученной теме;</w:t>
      </w:r>
    </w:p>
    <w:p w14:paraId="2BB86177" w14:textId="77777777" w:rsidR="005055C6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contextualSpacing/>
        <w:jc w:val="both"/>
      </w:pPr>
      <w:r w:rsidRPr="000127C1">
        <w:t>выполнять письменные творческие задания;</w:t>
      </w:r>
    </w:p>
    <w:p w14:paraId="4E114495" w14:textId="173B759E" w:rsidR="005055C6" w:rsidRPr="000127C1" w:rsidRDefault="005055C6" w:rsidP="000127C1">
      <w:pPr>
        <w:numPr>
          <w:ilvl w:val="0"/>
          <w:numId w:val="69"/>
        </w:numPr>
        <w:tabs>
          <w:tab w:val="left" w:pos="1134"/>
        </w:tabs>
        <w:ind w:left="0" w:firstLine="709"/>
        <w:jc w:val="both"/>
      </w:pPr>
      <w:r w:rsidRPr="000127C1">
        <w:rPr>
          <w:bCs/>
          <w:iCs/>
        </w:rPr>
        <w:t xml:space="preserve">составлять личное </w:t>
      </w:r>
      <w:r w:rsidRPr="000127C1">
        <w:rPr>
          <w:bCs/>
          <w:iCs/>
          <w:lang w:val="tt-RU"/>
        </w:rPr>
        <w:t xml:space="preserve">письмо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733038AB" w14:textId="507501C9" w:rsidR="00A417A3" w:rsidRPr="000127C1" w:rsidRDefault="00A417A3" w:rsidP="000127C1">
      <w:pPr>
        <w:ind w:firstLine="709"/>
        <w:jc w:val="both"/>
        <w:rPr>
          <w:i/>
        </w:rPr>
      </w:pPr>
      <w:r w:rsidRPr="000127C1">
        <w:rPr>
          <w:bCs/>
          <w:iCs/>
        </w:rPr>
        <w:t>Объ</w:t>
      </w:r>
      <w:r w:rsidR="00D05E77" w:rsidRPr="000127C1">
        <w:rPr>
          <w:bCs/>
          <w:iCs/>
        </w:rPr>
        <w:t>ем сообщения –</w:t>
      </w:r>
      <w:r w:rsidRPr="000127C1">
        <w:rPr>
          <w:bCs/>
          <w:iCs/>
        </w:rPr>
        <w:t xml:space="preserve"> </w:t>
      </w:r>
      <w:r w:rsidRPr="000127C1">
        <w:rPr>
          <w:iCs/>
        </w:rPr>
        <w:t xml:space="preserve">до </w:t>
      </w:r>
      <w:r w:rsidR="00AB0693" w:rsidRPr="000127C1">
        <w:rPr>
          <w:iCs/>
        </w:rPr>
        <w:t>5</w:t>
      </w:r>
      <w:r w:rsidR="00D05E77" w:rsidRPr="000127C1">
        <w:rPr>
          <w:iCs/>
        </w:rPr>
        <w:t>0 слов.</w:t>
      </w:r>
    </w:p>
    <w:p w14:paraId="1BFAF361" w14:textId="77777777" w:rsidR="002833FD" w:rsidRPr="000127C1" w:rsidRDefault="002833FD" w:rsidP="000127C1">
      <w:pPr>
        <w:jc w:val="both"/>
        <w:rPr>
          <w:rFonts w:eastAsia="Calibri"/>
          <w:b/>
          <w:iCs/>
        </w:rPr>
      </w:pPr>
      <w:r w:rsidRPr="000127C1">
        <w:rPr>
          <w:rFonts w:eastAsia="Calibri"/>
          <w:b/>
          <w:iCs/>
        </w:rPr>
        <w:t>Языковые знания и навыки</w:t>
      </w:r>
    </w:p>
    <w:p w14:paraId="0557A270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Фонетическая сторона речи</w:t>
      </w:r>
    </w:p>
    <w:p w14:paraId="0DFF6022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</w:t>
      </w:r>
      <w:r w:rsidR="00482E51" w:rsidRPr="000127C1">
        <w:rPr>
          <w:color w:val="auto"/>
          <w:sz w:val="24"/>
          <w:szCs w:val="24"/>
          <w:shd w:val="clear" w:color="auto" w:fill="FFFFFF"/>
        </w:rPr>
        <w:t>ико-интонационных особенностей;</w:t>
      </w:r>
    </w:p>
    <w:p w14:paraId="1917A9BB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в</w:t>
      </w:r>
      <w:r w:rsidR="003E0245" w:rsidRPr="000127C1">
        <w:rPr>
          <w:color w:val="auto"/>
          <w:sz w:val="24"/>
          <w:szCs w:val="24"/>
          <w:shd w:val="clear" w:color="auto" w:fill="FFFFFF"/>
        </w:rPr>
        <w:t xml:space="preserve">ыразительно </w:t>
      </w:r>
      <w:r w:rsidRPr="000127C1">
        <w:rPr>
          <w:color w:val="auto"/>
          <w:sz w:val="24"/>
          <w:szCs w:val="24"/>
          <w:shd w:val="clear" w:color="auto" w:fill="FFFFFF"/>
        </w:rPr>
        <w:t xml:space="preserve">читать вслух небольшие аутентичные тексты объемом 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до </w:t>
      </w:r>
      <w:r w:rsidR="00A417A3" w:rsidRPr="000127C1">
        <w:rPr>
          <w:bCs/>
          <w:color w:val="auto"/>
          <w:sz w:val="24"/>
          <w:szCs w:val="24"/>
          <w:shd w:val="clear" w:color="auto" w:fill="FFFFFF"/>
        </w:rPr>
        <w:t>8</w:t>
      </w:r>
      <w:r w:rsidR="003E0245" w:rsidRPr="000127C1">
        <w:rPr>
          <w:bCs/>
          <w:color w:val="auto"/>
          <w:sz w:val="24"/>
          <w:szCs w:val="24"/>
          <w:shd w:val="clear" w:color="auto" w:fill="FFFFFF"/>
        </w:rPr>
        <w:t>0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слов</w:t>
      </w:r>
      <w:r w:rsidRPr="000127C1">
        <w:rPr>
          <w:color w:val="auto"/>
          <w:sz w:val="24"/>
          <w:szCs w:val="24"/>
          <w:shd w:val="clear" w:color="auto" w:fill="FFFFFF"/>
        </w:rPr>
        <w:t>, построенные в основном на изученном языковом материале, с соблюдением правил чтения и соответствующей интонацией</w:t>
      </w:r>
      <w:r w:rsidR="003E0245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3BD7394F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Графика, орфография и пунктуация</w:t>
      </w:r>
    </w:p>
    <w:p w14:paraId="4ABE6563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05447111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использовать точку, вопросительный и восклицательный знаки в конце предложения, запятую при перечислении</w:t>
      </w:r>
      <w:r w:rsidR="00CC0A8F" w:rsidRPr="000127C1">
        <w:rPr>
          <w:color w:val="auto"/>
          <w:sz w:val="24"/>
          <w:szCs w:val="24"/>
          <w:shd w:val="clear" w:color="auto" w:fill="FFFFFF"/>
        </w:rPr>
        <w:t>, обращении</w:t>
      </w:r>
      <w:r w:rsidR="003E4246" w:rsidRPr="000127C1">
        <w:rPr>
          <w:color w:val="auto"/>
          <w:sz w:val="24"/>
          <w:szCs w:val="24"/>
          <w:shd w:val="clear" w:color="auto" w:fill="FFFFFF"/>
          <w:lang w:val="tt-RU"/>
        </w:rPr>
        <w:t>.</w:t>
      </w:r>
    </w:p>
    <w:p w14:paraId="2DB25472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Лексическая сторона речи</w:t>
      </w:r>
    </w:p>
    <w:p w14:paraId="2D5E66E4" w14:textId="60D07B69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понима</w:t>
      </w:r>
      <w:r w:rsidR="003E0245" w:rsidRPr="000127C1">
        <w:rPr>
          <w:color w:val="auto"/>
          <w:sz w:val="24"/>
          <w:szCs w:val="24"/>
          <w:shd w:val="clear" w:color="auto" w:fill="FFFFFF"/>
        </w:rPr>
        <w:t>ть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основны</w:t>
      </w:r>
      <w:r w:rsidR="003E0245" w:rsidRPr="000127C1">
        <w:rPr>
          <w:color w:val="auto"/>
          <w:sz w:val="24"/>
          <w:szCs w:val="24"/>
          <w:shd w:val="clear" w:color="auto" w:fill="FFFFFF"/>
        </w:rPr>
        <w:t>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значени</w:t>
      </w:r>
      <w:r w:rsidR="003E0245" w:rsidRPr="000127C1">
        <w:rPr>
          <w:color w:val="auto"/>
          <w:sz w:val="24"/>
          <w:szCs w:val="24"/>
          <w:shd w:val="clear" w:color="auto" w:fill="FFFFFF"/>
        </w:rPr>
        <w:t>я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199E0BA0" w14:textId="77777777" w:rsidR="00361707" w:rsidRPr="000127C1" w:rsidRDefault="00361707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</w:t>
      </w:r>
      <w:r w:rsidR="00D92090" w:rsidRPr="000127C1">
        <w:rPr>
          <w:color w:val="auto"/>
          <w:sz w:val="24"/>
          <w:szCs w:val="24"/>
          <w:shd w:val="clear" w:color="auto" w:fill="FFFFFF"/>
        </w:rPr>
        <w:t xml:space="preserve"> изученные синонимы и антонимы;</w:t>
      </w:r>
    </w:p>
    <w:p w14:paraId="5F30C7F3" w14:textId="77777777" w:rsidR="00C33374" w:rsidRPr="000127C1" w:rsidRDefault="00C33374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6D739269" w14:textId="77777777" w:rsidR="002833FD" w:rsidRPr="000127C1" w:rsidRDefault="002833FD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>у</w:t>
      </w:r>
      <w:r w:rsidRPr="000127C1">
        <w:rPr>
          <w:color w:val="auto"/>
          <w:sz w:val="24"/>
          <w:szCs w:val="24"/>
          <w:shd w:val="clear" w:color="auto" w:fill="FFFFFF"/>
        </w:rPr>
        <w:t>потребл</w:t>
      </w:r>
      <w:r w:rsidR="003E0245" w:rsidRPr="000127C1">
        <w:rPr>
          <w:color w:val="auto"/>
          <w:sz w:val="24"/>
          <w:szCs w:val="24"/>
          <w:shd w:val="clear" w:color="auto" w:fill="FFFFFF"/>
        </w:rPr>
        <w:t xml:space="preserve">ять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в устной и письменной речи 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не менее </w:t>
      </w:r>
      <w:r w:rsidR="003E0245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6</w:t>
      </w:r>
      <w:r w:rsidR="00A417A3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</w:t>
      </w:r>
      <w:r w:rsidR="003E0245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изученных лексических единиц</w:t>
      </w:r>
      <w:r w:rsidR="003E0245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2A401CA3" w14:textId="77777777" w:rsidR="0061138F" w:rsidRPr="000127C1" w:rsidRDefault="0061138F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Грамматическая сторона речи</w:t>
      </w:r>
    </w:p>
    <w:p w14:paraId="78975501" w14:textId="37F2C288" w:rsidR="0061138F" w:rsidRPr="000127C1" w:rsidRDefault="0061138F" w:rsidP="000127C1">
      <w:pPr>
        <w:ind w:firstLine="709"/>
        <w:jc w:val="both"/>
        <w:rPr>
          <w:shd w:val="clear" w:color="auto" w:fill="FFFFFF"/>
        </w:rPr>
      </w:pPr>
      <w:r w:rsidRPr="000127C1">
        <w:rPr>
          <w:shd w:val="clear" w:color="auto" w:fill="FFFFFF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14:paraId="60A5059E" w14:textId="0CE460D1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личные местоимения в притяжательном, направительном падежах</w:t>
      </w:r>
      <w:r w:rsidR="00E73C58" w:rsidRPr="000127C1">
        <w:rPr>
          <w:rFonts w:eastAsia="Calibri"/>
          <w:color w:val="auto"/>
          <w:sz w:val="24"/>
          <w:szCs w:val="24"/>
          <w:lang w:eastAsia="en-US"/>
        </w:rPr>
        <w:t xml:space="preserve">,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безнең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–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безгә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сезнең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–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сезгә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аларның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–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аларга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;</w:t>
      </w:r>
    </w:p>
    <w:p w14:paraId="35D55AC9" w14:textId="6F4E9085" w:rsidR="0061138F" w:rsidRPr="000127C1" w:rsidRDefault="0061138F" w:rsidP="000127C1">
      <w:pPr>
        <w:pStyle w:val="a5"/>
        <w:widowControl w:val="0"/>
        <w:numPr>
          <w:ilvl w:val="0"/>
          <w:numId w:val="6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/>
          <w:iCs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производные имена существительные с аффиксами</w:t>
      </w:r>
      <w:r w:rsidR="00E73C58" w:rsidRPr="000127C1">
        <w:rPr>
          <w:color w:val="auto"/>
          <w:sz w:val="24"/>
          <w:szCs w:val="24"/>
          <w:lang w:val="tt-RU"/>
        </w:rPr>
        <w:t xml:space="preserve">, </w:t>
      </w:r>
      <w:r w:rsidRPr="000127C1">
        <w:rPr>
          <w:color w:val="auto"/>
          <w:sz w:val="24"/>
          <w:szCs w:val="24"/>
          <w:lang w:val="tt-RU"/>
        </w:rPr>
        <w:t>-</w:t>
      </w:r>
      <w:r w:rsidRPr="000127C1">
        <w:rPr>
          <w:color w:val="auto"/>
          <w:sz w:val="24"/>
          <w:szCs w:val="24"/>
        </w:rPr>
        <w:t>лык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 xml:space="preserve">-лек, </w:t>
      </w:r>
      <w:r w:rsidR="006B2685" w:rsidRPr="000127C1">
        <w:rPr>
          <w:color w:val="auto"/>
          <w:sz w:val="24"/>
          <w:szCs w:val="24"/>
        </w:rPr>
        <w:t>-</w:t>
      </w:r>
      <w:r w:rsidRPr="000127C1">
        <w:rPr>
          <w:color w:val="auto"/>
          <w:sz w:val="24"/>
          <w:szCs w:val="24"/>
        </w:rPr>
        <w:t>даш</w:t>
      </w:r>
      <w:r w:rsidR="00055FEC" w:rsidRPr="000127C1">
        <w:rPr>
          <w:color w:val="auto"/>
          <w:sz w:val="24"/>
          <w:szCs w:val="24"/>
        </w:rPr>
        <w:t xml:space="preserve"> / </w:t>
      </w:r>
      <w:r w:rsidRPr="000127C1">
        <w:rPr>
          <w:color w:val="auto"/>
          <w:sz w:val="24"/>
          <w:szCs w:val="24"/>
        </w:rPr>
        <w:t>-д</w:t>
      </w:r>
      <w:r w:rsidRPr="000127C1">
        <w:rPr>
          <w:color w:val="auto"/>
          <w:sz w:val="24"/>
          <w:szCs w:val="24"/>
          <w:lang w:val="tt-RU"/>
        </w:rPr>
        <w:t>әш, -таш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Pr="000127C1">
        <w:rPr>
          <w:color w:val="auto"/>
          <w:sz w:val="24"/>
          <w:szCs w:val="24"/>
          <w:lang w:val="tt-RU"/>
        </w:rPr>
        <w:t>-тәш (дуслык, сыйныфташ);</w:t>
      </w:r>
    </w:p>
    <w:p w14:paraId="5508A96F" w14:textId="2C38C70F" w:rsidR="0061138F" w:rsidRPr="000127C1" w:rsidRDefault="0061138F" w:rsidP="000127C1">
      <w:pPr>
        <w:pStyle w:val="a5"/>
        <w:widowControl w:val="0"/>
        <w:numPr>
          <w:ilvl w:val="0"/>
          <w:numId w:val="6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парные, сложные и составные имена существительные</w:t>
      </w:r>
      <w:r w:rsidR="00E73C58" w:rsidRPr="000127C1">
        <w:rPr>
          <w:color w:val="auto"/>
          <w:sz w:val="24"/>
          <w:szCs w:val="24"/>
          <w:lang w:val="tt-RU"/>
        </w:rPr>
        <w:t>,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әти-әни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 xml:space="preserve">бала-чага;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даруханә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җир җиләге</w:t>
      </w:r>
      <w:r w:rsidR="00E73C58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4858EE0D" w14:textId="77777777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 xml:space="preserve">степени сравнения имен прилагательных: </w:t>
      </w:r>
      <w:r w:rsidRPr="000127C1">
        <w:rPr>
          <w:color w:val="auto"/>
          <w:sz w:val="24"/>
          <w:szCs w:val="24"/>
        </w:rPr>
        <w:t>положительн</w:t>
      </w:r>
      <w:r w:rsidRPr="000127C1">
        <w:rPr>
          <w:color w:val="auto"/>
          <w:sz w:val="24"/>
          <w:szCs w:val="24"/>
          <w:lang w:val="tt-RU"/>
        </w:rPr>
        <w:t>ая,</w:t>
      </w:r>
      <w:r w:rsidRPr="000127C1">
        <w:rPr>
          <w:color w:val="auto"/>
          <w:sz w:val="24"/>
          <w:szCs w:val="24"/>
        </w:rPr>
        <w:t xml:space="preserve"> сравнительн</w:t>
      </w:r>
      <w:r w:rsidRPr="000127C1">
        <w:rPr>
          <w:color w:val="auto"/>
          <w:sz w:val="24"/>
          <w:szCs w:val="24"/>
          <w:lang w:val="tt-RU"/>
        </w:rPr>
        <w:t>ая,</w:t>
      </w:r>
      <w:r w:rsidRPr="000127C1">
        <w:rPr>
          <w:color w:val="auto"/>
          <w:sz w:val="24"/>
          <w:szCs w:val="24"/>
        </w:rPr>
        <w:t xml:space="preserve"> превосходная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16B143B0" w14:textId="2AE401F9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производные 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имена прилагательные с аффиксами 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-гы</w:t>
      </w:r>
      <w:r w:rsidR="00055FEC" w:rsidRPr="000127C1">
        <w:rPr>
          <w:rFonts w:eastAsia="Calibri"/>
          <w:color w:val="auto"/>
          <w:sz w:val="24"/>
          <w:szCs w:val="24"/>
          <w:lang w:eastAsia="en-US"/>
        </w:rPr>
        <w:t xml:space="preserve"> / </w:t>
      </w:r>
      <w:r w:rsidRPr="000127C1">
        <w:rPr>
          <w:rFonts w:eastAsia="Calibri"/>
          <w:color w:val="auto"/>
          <w:sz w:val="24"/>
          <w:szCs w:val="24"/>
          <w:lang w:eastAsia="en-US"/>
        </w:rPr>
        <w:t>-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ге, -кы</w:t>
      </w:r>
      <w:r w:rsidR="00055FEC"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/ 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-ке 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(җәйге, кышкы)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;</w:t>
      </w:r>
    </w:p>
    <w:p w14:paraId="297E7E0C" w14:textId="319EE22D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г</w:t>
      </w:r>
      <w:r w:rsidRPr="000127C1">
        <w:rPr>
          <w:color w:val="auto"/>
          <w:sz w:val="24"/>
          <w:szCs w:val="24"/>
        </w:rPr>
        <w:t>лаголы прошедшего о</w:t>
      </w:r>
      <w:r w:rsidRPr="000127C1">
        <w:rPr>
          <w:color w:val="auto"/>
          <w:sz w:val="24"/>
          <w:szCs w:val="24"/>
          <w:lang w:val="tt-RU"/>
        </w:rPr>
        <w:t xml:space="preserve">пределенного </w:t>
      </w:r>
      <w:r w:rsidRPr="000127C1">
        <w:rPr>
          <w:color w:val="auto"/>
          <w:sz w:val="24"/>
          <w:szCs w:val="24"/>
        </w:rPr>
        <w:t>и прошедшего неопределенного</w:t>
      </w:r>
      <w:r w:rsidR="00F14BCA" w:rsidRPr="000127C1">
        <w:rPr>
          <w:color w:val="auto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 xml:space="preserve">времени в утвердительной </w:t>
      </w:r>
      <w:r w:rsidRPr="000127C1">
        <w:rPr>
          <w:color w:val="auto"/>
          <w:sz w:val="24"/>
          <w:szCs w:val="24"/>
          <w:lang w:val="tt-RU"/>
        </w:rPr>
        <w:t>и отрицател</w:t>
      </w:r>
      <w:r w:rsidRPr="000127C1">
        <w:rPr>
          <w:color w:val="auto"/>
          <w:sz w:val="24"/>
          <w:szCs w:val="24"/>
        </w:rPr>
        <w:t>ьной формах;</w:t>
      </w:r>
    </w:p>
    <w:p w14:paraId="74B6544B" w14:textId="77777777" w:rsidR="0061138F" w:rsidRPr="000127C1" w:rsidRDefault="0061138F" w:rsidP="000127C1">
      <w:pPr>
        <w:pStyle w:val="a5"/>
        <w:widowControl w:val="0"/>
        <w:numPr>
          <w:ilvl w:val="0"/>
          <w:numId w:val="6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>г</w:t>
      </w:r>
      <w:r w:rsidRPr="000127C1">
        <w:rPr>
          <w:color w:val="auto"/>
          <w:sz w:val="24"/>
          <w:szCs w:val="24"/>
        </w:rPr>
        <w:t xml:space="preserve">лаголы </w:t>
      </w:r>
      <w:r w:rsidRPr="000127C1">
        <w:rPr>
          <w:color w:val="auto"/>
          <w:sz w:val="24"/>
          <w:szCs w:val="24"/>
          <w:lang w:val="tt-RU"/>
        </w:rPr>
        <w:t>будуще</w:t>
      </w:r>
      <w:r w:rsidRPr="000127C1">
        <w:rPr>
          <w:color w:val="auto"/>
          <w:sz w:val="24"/>
          <w:szCs w:val="24"/>
        </w:rPr>
        <w:t>го о</w:t>
      </w:r>
      <w:r w:rsidRPr="000127C1">
        <w:rPr>
          <w:color w:val="auto"/>
          <w:sz w:val="24"/>
          <w:szCs w:val="24"/>
          <w:lang w:val="tt-RU"/>
        </w:rPr>
        <w:t xml:space="preserve">пределенного </w:t>
      </w:r>
      <w:r w:rsidRPr="000127C1">
        <w:rPr>
          <w:color w:val="auto"/>
          <w:sz w:val="24"/>
          <w:szCs w:val="24"/>
        </w:rPr>
        <w:t xml:space="preserve">времени I, II, III лица единственного </w:t>
      </w:r>
      <w:r w:rsidRPr="000127C1">
        <w:rPr>
          <w:color w:val="auto"/>
          <w:sz w:val="24"/>
          <w:szCs w:val="24"/>
          <w:lang w:val="tt-RU"/>
        </w:rPr>
        <w:t xml:space="preserve">и множественного </w:t>
      </w:r>
      <w:r w:rsidRPr="000127C1">
        <w:rPr>
          <w:color w:val="auto"/>
          <w:sz w:val="24"/>
          <w:szCs w:val="24"/>
        </w:rPr>
        <w:t xml:space="preserve">числа в утвердительной </w:t>
      </w:r>
      <w:r w:rsidRPr="000127C1">
        <w:rPr>
          <w:color w:val="auto"/>
          <w:sz w:val="24"/>
          <w:szCs w:val="24"/>
          <w:lang w:val="tt-RU"/>
        </w:rPr>
        <w:t>и отрицател</w:t>
      </w:r>
      <w:r w:rsidRPr="000127C1">
        <w:rPr>
          <w:color w:val="auto"/>
          <w:sz w:val="24"/>
          <w:szCs w:val="24"/>
        </w:rPr>
        <w:t>ьной формах;</w:t>
      </w:r>
    </w:p>
    <w:p w14:paraId="11CCBB75" w14:textId="77777777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 xml:space="preserve">глаголы повелительного наклонения </w:t>
      </w:r>
      <w:r w:rsidRPr="000127C1">
        <w:rPr>
          <w:rFonts w:eastAsia="Calibri"/>
          <w:color w:val="auto"/>
          <w:sz w:val="24"/>
          <w:szCs w:val="24"/>
          <w:lang w:val="en-US" w:eastAsia="en-US"/>
        </w:rPr>
        <w:t>II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бар! – барыгыз! – ба'рма! – ба'рмагыз!;</w:t>
      </w:r>
    </w:p>
    <w:p w14:paraId="764034DE" w14:textId="60161E4D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конструкция глагол повел. наклонения </w:t>
      </w:r>
      <w:r w:rsidRPr="000127C1">
        <w:rPr>
          <w:rFonts w:eastAsia="Calibri"/>
          <w:iCs/>
          <w:color w:val="auto"/>
          <w:sz w:val="24"/>
          <w:szCs w:val="24"/>
          <w:lang w:val="en-US" w:eastAsia="en-US"/>
        </w:rPr>
        <w:t>II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 xml:space="preserve"> лица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+ частица әле (булыш әле, әйтегез әле);</w:t>
      </w:r>
    </w:p>
    <w:p w14:paraId="18391FCA" w14:textId="2E437ADF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 xml:space="preserve">наречия меры и степени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күп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аз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>,</w:t>
      </w:r>
      <w:r w:rsidRPr="000127C1">
        <w:rPr>
          <w:color w:val="auto"/>
          <w:sz w:val="24"/>
          <w:szCs w:val="24"/>
          <w:lang w:val="tt-RU"/>
        </w:rPr>
        <w:t xml:space="preserve"> времени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хәзер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башта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аннан соң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 xml:space="preserve">места </w:t>
      </w:r>
      <w:r w:rsidRPr="000127C1">
        <w:rPr>
          <w:iCs/>
          <w:color w:val="auto"/>
          <w:sz w:val="24"/>
          <w:szCs w:val="24"/>
          <w:lang w:val="tt-RU"/>
        </w:rPr>
        <w:t>уңда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E73C58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сулда</w:t>
      </w:r>
      <w:r w:rsidR="00E73C58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62853484" w14:textId="67C61FD5" w:rsidR="0061138F" w:rsidRPr="000127C1" w:rsidRDefault="0061138F" w:rsidP="000127C1">
      <w:pPr>
        <w:pStyle w:val="a5"/>
        <w:widowControl w:val="0"/>
        <w:numPr>
          <w:ilvl w:val="0"/>
          <w:numId w:val="6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аналитическая форма глагола, выра</w:t>
      </w:r>
      <w:r w:rsidRPr="000127C1">
        <w:rPr>
          <w:color w:val="auto"/>
          <w:sz w:val="24"/>
          <w:szCs w:val="24"/>
        </w:rPr>
        <w:t>жающая желание</w:t>
      </w:r>
      <w:r w:rsidR="00C25A26" w:rsidRPr="000127C1">
        <w:rPr>
          <w:color w:val="auto"/>
          <w:sz w:val="24"/>
          <w:szCs w:val="24"/>
        </w:rPr>
        <w:t xml:space="preserve">, </w:t>
      </w:r>
      <w:r w:rsidR="00C25A26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</w:rPr>
        <w:t>барасым</w:t>
      </w:r>
      <w:r w:rsidR="00C25A26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iCs/>
          <w:color w:val="auto"/>
          <w:sz w:val="24"/>
          <w:szCs w:val="24"/>
        </w:rPr>
        <w:t>кил</w:t>
      </w:r>
      <w:r w:rsidRPr="000127C1">
        <w:rPr>
          <w:iCs/>
          <w:color w:val="auto"/>
          <w:sz w:val="24"/>
          <w:szCs w:val="24"/>
          <w:lang w:val="tt-RU"/>
        </w:rPr>
        <w:t>ә</w:t>
      </w:r>
      <w:r w:rsidR="00C25A26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 (</w:t>
      </w:r>
      <w:r w:rsidR="00C25A26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килми</w:t>
      </w:r>
      <w:r w:rsidR="00C25A26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), </w:t>
      </w:r>
      <w:r w:rsidR="00C25A26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уйныйсым килә</w:t>
      </w:r>
      <w:r w:rsidR="00C25A26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 (</w:t>
      </w:r>
      <w:r w:rsidR="00C25A26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килми</w:t>
      </w:r>
      <w:r w:rsidR="00C25A26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>);</w:t>
      </w:r>
    </w:p>
    <w:p w14:paraId="2B3C8545" w14:textId="77777777" w:rsidR="0061138F" w:rsidRPr="000127C1" w:rsidRDefault="0061138F" w:rsidP="000127C1">
      <w:pPr>
        <w:pStyle w:val="a5"/>
        <w:widowControl w:val="0"/>
        <w:numPr>
          <w:ilvl w:val="0"/>
          <w:numId w:val="6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Cs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 xml:space="preserve">глаголы условного наклонения </w:t>
      </w:r>
      <w:r w:rsidRPr="000127C1">
        <w:rPr>
          <w:color w:val="auto"/>
          <w:sz w:val="24"/>
          <w:szCs w:val="24"/>
          <w:lang w:val="en-US"/>
        </w:rPr>
        <w:t>I</w:t>
      </w:r>
      <w:r w:rsidRPr="000127C1">
        <w:rPr>
          <w:color w:val="auto"/>
          <w:sz w:val="24"/>
          <w:szCs w:val="24"/>
        </w:rPr>
        <w:t xml:space="preserve">, </w:t>
      </w:r>
      <w:r w:rsidRPr="000127C1">
        <w:rPr>
          <w:color w:val="auto"/>
          <w:sz w:val="24"/>
          <w:szCs w:val="24"/>
          <w:lang w:val="en-US"/>
        </w:rPr>
        <w:t>II</w:t>
      </w:r>
      <w:r w:rsidRPr="000127C1">
        <w:rPr>
          <w:color w:val="auto"/>
          <w:sz w:val="24"/>
          <w:szCs w:val="24"/>
        </w:rPr>
        <w:t xml:space="preserve">, </w:t>
      </w:r>
      <w:r w:rsidRPr="000127C1">
        <w:rPr>
          <w:color w:val="auto"/>
          <w:sz w:val="24"/>
          <w:szCs w:val="24"/>
          <w:lang w:val="en-US"/>
        </w:rPr>
        <w:t>III</w:t>
      </w:r>
      <w:r w:rsidRPr="000127C1">
        <w:rPr>
          <w:color w:val="auto"/>
          <w:sz w:val="24"/>
          <w:szCs w:val="24"/>
        </w:rPr>
        <w:t xml:space="preserve"> лица единственного </w:t>
      </w:r>
      <w:r w:rsidRPr="000127C1">
        <w:rPr>
          <w:color w:val="auto"/>
          <w:sz w:val="24"/>
          <w:szCs w:val="24"/>
          <w:lang w:val="tt-RU"/>
        </w:rPr>
        <w:t xml:space="preserve">и множественного </w:t>
      </w:r>
      <w:r w:rsidRPr="000127C1">
        <w:rPr>
          <w:color w:val="auto"/>
          <w:sz w:val="24"/>
          <w:szCs w:val="24"/>
        </w:rPr>
        <w:t>числа</w:t>
      </w:r>
      <w:r w:rsidRPr="000127C1">
        <w:rPr>
          <w:color w:val="auto"/>
          <w:sz w:val="24"/>
          <w:szCs w:val="24"/>
          <w:lang w:val="tt-RU"/>
        </w:rPr>
        <w:t xml:space="preserve"> в у</w:t>
      </w:r>
      <w:r w:rsidRPr="000127C1">
        <w:rPr>
          <w:color w:val="auto"/>
          <w:sz w:val="24"/>
          <w:szCs w:val="24"/>
        </w:rPr>
        <w:t>твердительн</w:t>
      </w:r>
      <w:r w:rsidRPr="000127C1">
        <w:rPr>
          <w:color w:val="auto"/>
          <w:sz w:val="24"/>
          <w:szCs w:val="24"/>
          <w:lang w:val="tt-RU"/>
        </w:rPr>
        <w:t xml:space="preserve">ой </w:t>
      </w:r>
      <w:r w:rsidRPr="000127C1">
        <w:rPr>
          <w:color w:val="auto"/>
          <w:sz w:val="24"/>
          <w:szCs w:val="24"/>
        </w:rPr>
        <w:t>и отрицательн</w:t>
      </w:r>
      <w:r w:rsidRPr="000127C1">
        <w:rPr>
          <w:color w:val="auto"/>
          <w:sz w:val="24"/>
          <w:szCs w:val="24"/>
          <w:lang w:val="tt-RU"/>
        </w:rPr>
        <w:t xml:space="preserve">ой </w:t>
      </w:r>
      <w:r w:rsidRPr="000127C1">
        <w:rPr>
          <w:color w:val="auto"/>
          <w:sz w:val="24"/>
          <w:szCs w:val="24"/>
        </w:rPr>
        <w:t>форма</w:t>
      </w:r>
      <w:r w:rsidRPr="000127C1">
        <w:rPr>
          <w:color w:val="auto"/>
          <w:sz w:val="24"/>
          <w:szCs w:val="24"/>
          <w:lang w:val="tt-RU"/>
        </w:rPr>
        <w:t>х</w:t>
      </w:r>
      <w:r w:rsidRPr="000127C1">
        <w:rPr>
          <w:color w:val="auto"/>
          <w:sz w:val="24"/>
          <w:szCs w:val="24"/>
        </w:rPr>
        <w:t xml:space="preserve">: </w:t>
      </w:r>
      <w:r w:rsidRPr="000127C1">
        <w:rPr>
          <w:iCs/>
          <w:color w:val="auto"/>
          <w:sz w:val="24"/>
          <w:szCs w:val="24"/>
        </w:rPr>
        <w:t>барса – бармаса, килс</w:t>
      </w:r>
      <w:r w:rsidRPr="000127C1">
        <w:rPr>
          <w:iCs/>
          <w:color w:val="auto"/>
          <w:sz w:val="24"/>
          <w:szCs w:val="24"/>
          <w:lang w:val="tt-RU"/>
        </w:rPr>
        <w:t>ә</w:t>
      </w:r>
      <w:r w:rsidRPr="000127C1">
        <w:rPr>
          <w:iCs/>
          <w:color w:val="auto"/>
          <w:sz w:val="24"/>
          <w:szCs w:val="24"/>
        </w:rPr>
        <w:t xml:space="preserve"> – кил</w:t>
      </w:r>
      <w:r w:rsidRPr="000127C1">
        <w:rPr>
          <w:iCs/>
          <w:color w:val="auto"/>
          <w:sz w:val="24"/>
          <w:szCs w:val="24"/>
          <w:lang w:val="tt-RU"/>
        </w:rPr>
        <w:t>мәсә;</w:t>
      </w:r>
    </w:p>
    <w:p w14:paraId="4BD16F53" w14:textId="4F0FFF16" w:rsidR="0061138F" w:rsidRPr="000127C1" w:rsidRDefault="0061138F" w:rsidP="000127C1">
      <w:pPr>
        <w:pStyle w:val="a5"/>
        <w:widowControl w:val="0"/>
        <w:numPr>
          <w:ilvl w:val="0"/>
          <w:numId w:val="6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 xml:space="preserve">вводные слова </w:t>
      </w:r>
      <w:r w:rsidR="00C25A26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әлбәттә</w:t>
      </w:r>
      <w:r w:rsidR="00C25A26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color w:val="auto"/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мәсәлән</w:t>
      </w:r>
      <w:r w:rsidR="00C25A26" w:rsidRPr="000127C1">
        <w:rPr>
          <w:color w:val="auto"/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3CA89307" w14:textId="7A741860" w:rsidR="0061138F" w:rsidRPr="000127C1" w:rsidRDefault="0061138F" w:rsidP="000127C1">
      <w:pPr>
        <w:pStyle w:val="a5"/>
        <w:numPr>
          <w:ilvl w:val="0"/>
          <w:numId w:val="69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 xml:space="preserve">различать </w:t>
      </w:r>
      <w:r w:rsidRPr="000127C1">
        <w:rPr>
          <w:color w:val="auto"/>
          <w:sz w:val="24"/>
          <w:szCs w:val="24"/>
          <w:shd w:val="clear" w:color="auto" w:fill="FFFFFF"/>
        </w:rPr>
        <w:t>особенности структуры простых предложений и различных коммуникативных типов предложений.</w:t>
      </w:r>
    </w:p>
    <w:p w14:paraId="3C47C03F" w14:textId="77777777" w:rsidR="002833FD" w:rsidRPr="000127C1" w:rsidRDefault="002833FD" w:rsidP="000127C1">
      <w:pPr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2B51FD19" w14:textId="77777777" w:rsidR="00565CA0" w:rsidRPr="000127C1" w:rsidRDefault="00565CA0" w:rsidP="000127C1">
      <w:pPr>
        <w:numPr>
          <w:ilvl w:val="0"/>
          <w:numId w:val="70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образцы татарского речевого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>этикета в ситуациях устного и письменного общения</w:t>
      </w:r>
      <w:r w:rsidRPr="000127C1">
        <w:rPr>
          <w:rFonts w:eastAsia="Calibri"/>
          <w:lang w:val="tt-RU" w:eastAsia="en-US"/>
        </w:rPr>
        <w:t>;</w:t>
      </w:r>
    </w:p>
    <w:p w14:paraId="0367635B" w14:textId="77777777" w:rsidR="00565CA0" w:rsidRPr="000127C1" w:rsidRDefault="00565CA0" w:rsidP="000127C1">
      <w:pPr>
        <w:numPr>
          <w:ilvl w:val="0"/>
          <w:numId w:val="70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в устной и письменной речи тематическую фоновую лексику и реалии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>в рамках отобранного тематического содержания</w:t>
      </w:r>
      <w:r w:rsidRPr="000127C1">
        <w:rPr>
          <w:rFonts w:eastAsia="Calibri"/>
          <w:lang w:val="tt-RU" w:eastAsia="en-US"/>
        </w:rPr>
        <w:t>;</w:t>
      </w:r>
    </w:p>
    <w:p w14:paraId="65689857" w14:textId="1151FE5B" w:rsidR="006C49AB" w:rsidRPr="000127C1" w:rsidRDefault="00565CA0" w:rsidP="000127C1">
      <w:pPr>
        <w:numPr>
          <w:ilvl w:val="0"/>
          <w:numId w:val="70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val="tt-RU" w:eastAsia="en-US"/>
        </w:rPr>
        <w:t>знать</w:t>
      </w:r>
      <w:r w:rsidR="00836170" w:rsidRPr="000127C1">
        <w:rPr>
          <w:rFonts w:eastAsia="Calibri"/>
          <w:lang w:eastAsia="en-US"/>
        </w:rPr>
        <w:t xml:space="preserve"> доступные в языковом отношении</w:t>
      </w:r>
      <w:r w:rsidRPr="000127C1">
        <w:rPr>
          <w:rFonts w:eastAsia="Calibri"/>
          <w:lang w:val="tt-RU" w:eastAsia="en-US"/>
        </w:rPr>
        <w:t xml:space="preserve"> образцы </w:t>
      </w:r>
      <w:r w:rsidRPr="000127C1">
        <w:rPr>
          <w:rFonts w:eastAsia="Calibri"/>
          <w:lang w:eastAsia="en-US"/>
        </w:rPr>
        <w:t xml:space="preserve">детской поэзии и прозы на </w:t>
      </w:r>
      <w:r w:rsidRPr="000127C1">
        <w:rPr>
          <w:rFonts w:eastAsia="Calibri"/>
          <w:lang w:val="tt-RU" w:eastAsia="en-US"/>
        </w:rPr>
        <w:t xml:space="preserve">татарском </w:t>
      </w:r>
      <w:r w:rsidRPr="000127C1">
        <w:rPr>
          <w:rFonts w:eastAsia="Calibri"/>
          <w:lang w:eastAsia="en-US"/>
        </w:rPr>
        <w:t>языке;</w:t>
      </w:r>
    </w:p>
    <w:p w14:paraId="37E007C8" w14:textId="012C4E14" w:rsidR="00565CA0" w:rsidRPr="000127C1" w:rsidRDefault="00565CA0" w:rsidP="000127C1">
      <w:pPr>
        <w:numPr>
          <w:ilvl w:val="0"/>
          <w:numId w:val="70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t>представлять свой родной край как часть России; народов, про</w:t>
      </w:r>
      <w:r w:rsidR="00836170" w:rsidRPr="000127C1">
        <w:t xml:space="preserve">живающих в Республике Татарстан, </w:t>
      </w:r>
      <w:r w:rsidR="00836170" w:rsidRPr="000127C1">
        <w:rPr>
          <w:rFonts w:eastAsia="Calibri"/>
          <w:lang w:val="tt-RU" w:eastAsia="en-US"/>
        </w:rPr>
        <w:t>национальные праздники, традиции.</w:t>
      </w:r>
    </w:p>
    <w:p w14:paraId="400534FB" w14:textId="77777777" w:rsidR="0097508E" w:rsidRPr="000127C1" w:rsidRDefault="00DD1C01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6" w:name="_Toc105662366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7</w:t>
      </w:r>
      <w:r w:rsidR="00482E51"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класс</w:t>
      </w:r>
      <w:bookmarkEnd w:id="26"/>
    </w:p>
    <w:p w14:paraId="22CE4BE4" w14:textId="77777777" w:rsidR="00A67051" w:rsidRPr="000127C1" w:rsidRDefault="00A67051" w:rsidP="000127C1">
      <w:pPr>
        <w:ind w:firstLine="709"/>
        <w:jc w:val="both"/>
        <w:rPr>
          <w:rFonts w:eastAsia="Calibri"/>
        </w:rPr>
      </w:pPr>
      <w:r w:rsidRPr="000127C1">
        <w:rPr>
          <w:rFonts w:eastAsia="Calibri"/>
        </w:rPr>
        <w:t>Обучающийся научится:</w:t>
      </w:r>
    </w:p>
    <w:p w14:paraId="52C05C55" w14:textId="77777777" w:rsidR="00565CA0" w:rsidRPr="000127C1" w:rsidRDefault="00565CA0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Аудирование</w:t>
      </w:r>
    </w:p>
    <w:p w14:paraId="38A30E72" w14:textId="77777777" w:rsidR="00565CA0" w:rsidRPr="000127C1" w:rsidRDefault="00565CA0" w:rsidP="000127C1">
      <w:pPr>
        <w:pStyle w:val="a5"/>
        <w:numPr>
          <w:ilvl w:val="0"/>
          <w:numId w:val="7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воспринимать на слух и понимать звучащие </w:t>
      </w:r>
      <w:r w:rsidRPr="000127C1">
        <w:rPr>
          <w:bCs/>
          <w:color w:val="auto"/>
          <w:sz w:val="24"/>
          <w:szCs w:val="24"/>
          <w:shd w:val="clear" w:color="auto" w:fill="FFFFFF"/>
        </w:rPr>
        <w:t>до 1,5 мину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ты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 пониманием основного содержания текстов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или </w:t>
      </w:r>
      <w:r w:rsidRPr="000127C1">
        <w:rPr>
          <w:color w:val="auto"/>
          <w:sz w:val="24"/>
          <w:szCs w:val="24"/>
          <w:shd w:val="clear" w:color="auto" w:fill="FFFFFF"/>
        </w:rPr>
        <w:t>запрашиваемой информации</w:t>
      </w:r>
    </w:p>
    <w:p w14:paraId="06F7E4AD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Говорение</w:t>
      </w:r>
    </w:p>
    <w:p w14:paraId="6F0C69C2" w14:textId="77777777" w:rsidR="002833FD" w:rsidRPr="000127C1" w:rsidRDefault="002833FD" w:rsidP="000127C1">
      <w:pPr>
        <w:pStyle w:val="a5"/>
        <w:numPr>
          <w:ilvl w:val="0"/>
          <w:numId w:val="7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="00A417A3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482E51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482E51" w:rsidRPr="000127C1">
        <w:rPr>
          <w:bCs/>
          <w:color w:val="auto"/>
          <w:sz w:val="24"/>
          <w:szCs w:val="24"/>
          <w:shd w:val="clear" w:color="auto" w:fill="FFFFFF"/>
        </w:rPr>
        <w:t>8–</w:t>
      </w:r>
      <w:r w:rsidR="00A417A3" w:rsidRPr="000127C1">
        <w:rPr>
          <w:bCs/>
          <w:color w:val="auto"/>
          <w:sz w:val="24"/>
          <w:szCs w:val="24"/>
          <w:shd w:val="clear" w:color="auto" w:fill="FFFFFF"/>
        </w:rPr>
        <w:t>9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реплик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4A42180F" w14:textId="1AC6369E" w:rsidR="002833FD" w:rsidRPr="000127C1" w:rsidRDefault="002833FD" w:rsidP="000127C1">
      <w:pPr>
        <w:pStyle w:val="a5"/>
        <w:numPr>
          <w:ilvl w:val="0"/>
          <w:numId w:val="7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создавать устные связные монологические высказывания (описание</w:t>
      </w:r>
      <w:r w:rsidR="006B2685" w:rsidRPr="000127C1">
        <w:rPr>
          <w:color w:val="auto"/>
          <w:sz w:val="24"/>
          <w:szCs w:val="24"/>
          <w:shd w:val="clear" w:color="auto" w:fill="FFFFFF"/>
        </w:rPr>
        <w:t> 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/ </w:t>
      </w:r>
      <w:r w:rsidRPr="000127C1">
        <w:rPr>
          <w:color w:val="auto"/>
          <w:sz w:val="24"/>
          <w:szCs w:val="24"/>
          <w:shd w:val="clear" w:color="auto" w:fill="FFFFFF"/>
        </w:rPr>
        <w:t>характеристика, повествование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сообщение</w:t>
      </w:r>
      <w:r w:rsidR="00565CA0" w:rsidRPr="000127C1">
        <w:rPr>
          <w:color w:val="auto"/>
          <w:sz w:val="24"/>
          <w:szCs w:val="24"/>
          <w:shd w:val="clear" w:color="auto" w:fill="FFFFFF"/>
        </w:rPr>
        <w:t>, рассуждение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) объемом </w:t>
      </w:r>
      <w:r w:rsidR="00AB0693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482E51" w:rsidRPr="000127C1">
        <w:rPr>
          <w:bCs/>
          <w:color w:val="auto"/>
          <w:sz w:val="24"/>
          <w:szCs w:val="24"/>
          <w:shd w:val="clear" w:color="auto" w:fill="FFFFFF"/>
        </w:rPr>
        <w:t>8–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9</w:t>
      </w:r>
      <w:r w:rsidR="00482E51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 вербальными и (или) невербальными опорами или без них в рамках</w:t>
      </w:r>
      <w:r w:rsidR="00482E51" w:rsidRPr="000127C1">
        <w:rPr>
          <w:color w:val="auto"/>
          <w:sz w:val="24"/>
          <w:szCs w:val="24"/>
          <w:shd w:val="clear" w:color="auto" w:fill="FFFFFF"/>
        </w:rPr>
        <w:t xml:space="preserve"> тематического содержания речи;</w:t>
      </w:r>
    </w:p>
    <w:p w14:paraId="64A1D688" w14:textId="565DBAB7" w:rsidR="00DA4DA9" w:rsidRPr="000127C1" w:rsidRDefault="002833FD" w:rsidP="000127C1">
      <w:pPr>
        <w:pStyle w:val="a5"/>
        <w:numPr>
          <w:ilvl w:val="0"/>
          <w:numId w:val="7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передавать основное содержание прочитанного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AB0693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482E51" w:rsidRPr="000127C1">
        <w:rPr>
          <w:bCs/>
          <w:color w:val="auto"/>
          <w:sz w:val="24"/>
          <w:szCs w:val="24"/>
          <w:shd w:val="clear" w:color="auto" w:fill="FFFFFF"/>
        </w:rPr>
        <w:t>8–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9</w:t>
      </w:r>
      <w:r w:rsidR="003E0245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.</w:t>
      </w:r>
    </w:p>
    <w:p w14:paraId="2FB00C81" w14:textId="0531B162" w:rsidR="00AB0693" w:rsidRPr="000127C1" w:rsidRDefault="00DA4DA9" w:rsidP="000127C1">
      <w:pPr>
        <w:pStyle w:val="a5"/>
        <w:numPr>
          <w:ilvl w:val="0"/>
          <w:numId w:val="70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  <w:lang w:val="tt-RU"/>
        </w:rPr>
        <w:t>кратко излагать результаты вы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полненной проектной работы (объе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м</w:t>
      </w:r>
      <w:r w:rsidR="006B2685" w:rsidRPr="000127C1">
        <w:rPr>
          <w:color w:val="auto"/>
          <w:sz w:val="24"/>
          <w:szCs w:val="24"/>
          <w:shd w:val="clear" w:color="auto" w:fill="FFFFFF"/>
          <w:lang w:val="tt-RU"/>
        </w:rPr>
        <w:t> 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–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AB0693" w:rsidRPr="000127C1">
        <w:rPr>
          <w:color w:val="auto"/>
          <w:sz w:val="24"/>
          <w:szCs w:val="24"/>
          <w:shd w:val="clear" w:color="auto" w:fill="FFFFFF"/>
          <w:lang w:val="tt-RU"/>
        </w:rPr>
        <w:t>не менее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AB0693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8</w:t>
      </w:r>
      <w:r w:rsidR="00482E51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–</w:t>
      </w:r>
      <w:r w:rsidR="00AB0693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9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 xml:space="preserve"> фраз).</w:t>
      </w:r>
    </w:p>
    <w:p w14:paraId="71DFD5F0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Смысловое чтение</w:t>
      </w:r>
    </w:p>
    <w:p w14:paraId="331F59F7" w14:textId="1FCE5EB2" w:rsidR="002833FD" w:rsidRPr="000127C1" w:rsidRDefault="002833FD" w:rsidP="000127C1">
      <w:pPr>
        <w:pStyle w:val="a5"/>
        <w:numPr>
          <w:ilvl w:val="0"/>
          <w:numId w:val="7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DB60FE" w:rsidRPr="000127C1">
        <w:rPr>
          <w:bCs/>
          <w:color w:val="auto"/>
          <w:sz w:val="24"/>
          <w:szCs w:val="24"/>
          <w:shd w:val="clear" w:color="auto" w:fill="FFFFFF"/>
        </w:rPr>
        <w:t>180–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200</w:t>
      </w:r>
      <w:r w:rsidR="000C48E9" w:rsidRPr="000127C1">
        <w:rPr>
          <w:bCs/>
          <w:color w:val="auto"/>
          <w:sz w:val="24"/>
          <w:szCs w:val="24"/>
          <w:shd w:val="clear" w:color="auto" w:fill="FFFFFF"/>
        </w:rPr>
        <w:t xml:space="preserve"> слов,</w:t>
      </w:r>
      <w:r w:rsidR="00D05E7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657F4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пониманием запрашиваемой информации,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482E51" w:rsidRPr="000127C1">
        <w:rPr>
          <w:color w:val="auto"/>
          <w:sz w:val="24"/>
          <w:szCs w:val="24"/>
          <w:shd w:val="clear" w:color="auto" w:fill="FFFFFF"/>
        </w:rPr>
        <w:t>полным пониманием содержания;</w:t>
      </w:r>
    </w:p>
    <w:p w14:paraId="54CB2348" w14:textId="77777777" w:rsidR="002833FD" w:rsidRPr="000127C1" w:rsidRDefault="002833FD" w:rsidP="000127C1">
      <w:pPr>
        <w:pStyle w:val="a5"/>
        <w:numPr>
          <w:ilvl w:val="0"/>
          <w:numId w:val="71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>читать несплошные тексты (таблицы, диаграммы, схемы) и понимать представленную в них информацию</w:t>
      </w:r>
      <w:r w:rsidR="000C48E9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10157719" w14:textId="1EDB92A3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Письм</w:t>
      </w:r>
      <w:r w:rsidR="00CD36CA" w:rsidRPr="000127C1">
        <w:rPr>
          <w:rFonts w:eastAsia="Calibri"/>
          <w:b/>
          <w:bCs/>
        </w:rPr>
        <w:t>енная речь</w:t>
      </w:r>
    </w:p>
    <w:p w14:paraId="04523029" w14:textId="77777777" w:rsidR="00565CA0" w:rsidRPr="000127C1" w:rsidRDefault="00565CA0" w:rsidP="000127C1">
      <w:pPr>
        <w:numPr>
          <w:ilvl w:val="0"/>
          <w:numId w:val="71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писать о себе основные сведения в соответствии с языковыми нормами;</w:t>
      </w:r>
    </w:p>
    <w:p w14:paraId="600E448A" w14:textId="77777777" w:rsidR="00565CA0" w:rsidRPr="000127C1" w:rsidRDefault="00565CA0" w:rsidP="000127C1">
      <w:pPr>
        <w:numPr>
          <w:ilvl w:val="0"/>
          <w:numId w:val="71"/>
        </w:numPr>
        <w:tabs>
          <w:tab w:val="left" w:pos="284"/>
          <w:tab w:val="left" w:pos="993"/>
        </w:tabs>
        <w:ind w:left="0" w:firstLine="709"/>
        <w:contextualSpacing/>
        <w:jc w:val="both"/>
        <w:rPr>
          <w:bCs/>
          <w:iCs/>
        </w:rPr>
      </w:pPr>
      <w:r w:rsidRPr="000127C1">
        <w:rPr>
          <w:bCs/>
          <w:iCs/>
        </w:rPr>
        <w:t>писать ответы на заданные вопросы с использованием изученного лексико-грамматического материала;</w:t>
      </w:r>
    </w:p>
    <w:p w14:paraId="1E6840CC" w14:textId="6ECA97A7" w:rsidR="00565CA0" w:rsidRPr="000127C1" w:rsidRDefault="00CD36CA" w:rsidP="000127C1">
      <w:pPr>
        <w:numPr>
          <w:ilvl w:val="0"/>
          <w:numId w:val="71"/>
        </w:numPr>
        <w:tabs>
          <w:tab w:val="left" w:pos="1134"/>
        </w:tabs>
        <w:ind w:left="0" w:firstLine="709"/>
        <w:contextualSpacing/>
        <w:jc w:val="both"/>
      </w:pPr>
      <w:r w:rsidRPr="000127C1">
        <w:t>самостоятельно</w:t>
      </w:r>
      <w:r w:rsidR="00565CA0" w:rsidRPr="000127C1">
        <w:t xml:space="preserve"> составлять и написать связный текст по изучаемой теме;</w:t>
      </w:r>
    </w:p>
    <w:p w14:paraId="14FD7497" w14:textId="77777777" w:rsidR="00C25A26" w:rsidRPr="000127C1" w:rsidRDefault="00565CA0" w:rsidP="000127C1">
      <w:pPr>
        <w:numPr>
          <w:ilvl w:val="0"/>
          <w:numId w:val="71"/>
        </w:numPr>
        <w:tabs>
          <w:tab w:val="left" w:pos="1134"/>
        </w:tabs>
        <w:ind w:left="0" w:firstLine="709"/>
        <w:contextualSpacing/>
        <w:jc w:val="both"/>
      </w:pPr>
      <w:r w:rsidRPr="000127C1">
        <w:t>выполнять письменные творческие задания;</w:t>
      </w:r>
    </w:p>
    <w:p w14:paraId="00AEB514" w14:textId="3DF5AD13" w:rsidR="00565CA0" w:rsidRPr="000127C1" w:rsidRDefault="00565CA0" w:rsidP="000127C1">
      <w:pPr>
        <w:numPr>
          <w:ilvl w:val="0"/>
          <w:numId w:val="71"/>
        </w:numPr>
        <w:tabs>
          <w:tab w:val="left" w:pos="1134"/>
        </w:tabs>
        <w:ind w:left="0" w:firstLine="709"/>
        <w:contextualSpacing/>
        <w:jc w:val="both"/>
      </w:pPr>
      <w:r w:rsidRPr="000127C1">
        <w:rPr>
          <w:bCs/>
          <w:iCs/>
        </w:rPr>
        <w:t xml:space="preserve">составлять личное </w:t>
      </w:r>
      <w:r w:rsidRPr="000127C1">
        <w:rPr>
          <w:bCs/>
          <w:iCs/>
          <w:lang w:val="tt-RU"/>
        </w:rPr>
        <w:t xml:space="preserve">письмо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496567C1" w14:textId="77777777" w:rsidR="00565CA0" w:rsidRPr="000127C1" w:rsidRDefault="00565CA0" w:rsidP="000127C1">
      <w:pPr>
        <w:ind w:firstLine="709"/>
        <w:jc w:val="both"/>
        <w:rPr>
          <w:b/>
          <w:i/>
        </w:rPr>
      </w:pPr>
      <w:r w:rsidRPr="000127C1">
        <w:rPr>
          <w:bCs/>
          <w:iCs/>
        </w:rPr>
        <w:t xml:space="preserve">Объем сообщения – </w:t>
      </w:r>
      <w:r w:rsidRPr="000127C1">
        <w:rPr>
          <w:iCs/>
        </w:rPr>
        <w:t>до 60 слов.</w:t>
      </w:r>
    </w:p>
    <w:p w14:paraId="0D3BA37E" w14:textId="77777777" w:rsidR="002833FD" w:rsidRPr="000127C1" w:rsidRDefault="002833FD" w:rsidP="000127C1">
      <w:pPr>
        <w:jc w:val="both"/>
        <w:rPr>
          <w:rFonts w:eastAsia="Calibri"/>
          <w:b/>
          <w:iCs/>
        </w:rPr>
      </w:pPr>
      <w:r w:rsidRPr="000127C1">
        <w:rPr>
          <w:rFonts w:eastAsia="Calibri"/>
          <w:b/>
          <w:iCs/>
        </w:rPr>
        <w:t>Языковые знания и навыки</w:t>
      </w:r>
    </w:p>
    <w:p w14:paraId="43FBC4FB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Фонетическая сторона речи</w:t>
      </w:r>
    </w:p>
    <w:p w14:paraId="2CC0B178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</w:t>
      </w:r>
      <w:r w:rsidR="00D05E77" w:rsidRPr="000127C1">
        <w:rPr>
          <w:color w:val="auto"/>
          <w:sz w:val="24"/>
          <w:szCs w:val="24"/>
          <w:shd w:val="clear" w:color="auto" w:fill="FFFFFF"/>
        </w:rPr>
        <w:t>ико-интонационных особенностей;</w:t>
      </w:r>
    </w:p>
    <w:p w14:paraId="77650BBA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в</w:t>
      </w:r>
      <w:r w:rsidR="00F664B2" w:rsidRPr="000127C1">
        <w:rPr>
          <w:color w:val="auto"/>
          <w:sz w:val="24"/>
          <w:szCs w:val="24"/>
          <w:shd w:val="clear" w:color="auto" w:fill="FFFFFF"/>
        </w:rPr>
        <w:t xml:space="preserve">ыразительно </w:t>
      </w:r>
      <w:r w:rsidRPr="000127C1">
        <w:rPr>
          <w:color w:val="auto"/>
          <w:sz w:val="24"/>
          <w:szCs w:val="24"/>
          <w:shd w:val="clear" w:color="auto" w:fill="FFFFFF"/>
        </w:rPr>
        <w:t xml:space="preserve">читать вслух небольшие аутентичные тексты объемом 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до 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9</w:t>
      </w:r>
      <w:r w:rsidR="00437DC2" w:rsidRPr="000127C1">
        <w:rPr>
          <w:bCs/>
          <w:color w:val="auto"/>
          <w:sz w:val="24"/>
          <w:szCs w:val="24"/>
          <w:shd w:val="clear" w:color="auto" w:fill="FFFFFF"/>
        </w:rPr>
        <w:t xml:space="preserve">0 </w:t>
      </w:r>
      <w:r w:rsidRPr="000127C1">
        <w:rPr>
          <w:bCs/>
          <w:color w:val="auto"/>
          <w:sz w:val="24"/>
          <w:szCs w:val="24"/>
          <w:shd w:val="clear" w:color="auto" w:fill="FFFFFF"/>
        </w:rPr>
        <w:t>слов</w:t>
      </w:r>
      <w:r w:rsidRPr="000127C1">
        <w:rPr>
          <w:color w:val="auto"/>
          <w:sz w:val="24"/>
          <w:szCs w:val="24"/>
          <w:shd w:val="clear" w:color="auto" w:fill="FFFFFF"/>
        </w:rPr>
        <w:t>, построенные в основном на изученном языковом материале, с соблюдением правил чтения и соответствующей интонацией</w:t>
      </w:r>
      <w:r w:rsidR="00BB5552" w:rsidRPr="000127C1">
        <w:rPr>
          <w:color w:val="auto"/>
          <w:sz w:val="24"/>
          <w:szCs w:val="24"/>
          <w:shd w:val="clear" w:color="auto" w:fill="FFFFFF"/>
          <w:lang w:val="tt-RU"/>
        </w:rPr>
        <w:t>.</w:t>
      </w:r>
    </w:p>
    <w:p w14:paraId="7A7FD52E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Графика, орфография и пунктуация</w:t>
      </w:r>
    </w:p>
    <w:p w14:paraId="1522343C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5C3A9246" w14:textId="77777777" w:rsidR="002833FD" w:rsidRPr="000127C1" w:rsidRDefault="00BB5552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>правильно расставлять знаки препинания в простых и сложных предложениях</w:t>
      </w:r>
      <w:r w:rsidR="000F090A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4E0A7546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Лексическая сторона речи</w:t>
      </w:r>
    </w:p>
    <w:p w14:paraId="0241E336" w14:textId="142F9382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понима</w:t>
      </w:r>
      <w:r w:rsidR="00437DC2" w:rsidRPr="000127C1">
        <w:rPr>
          <w:color w:val="auto"/>
          <w:sz w:val="24"/>
          <w:szCs w:val="24"/>
          <w:shd w:val="clear" w:color="auto" w:fill="FFFFFF"/>
        </w:rPr>
        <w:t>ть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основны</w:t>
      </w:r>
      <w:r w:rsidR="00437DC2" w:rsidRPr="000127C1">
        <w:rPr>
          <w:color w:val="auto"/>
          <w:sz w:val="24"/>
          <w:szCs w:val="24"/>
          <w:shd w:val="clear" w:color="auto" w:fill="FFFFFF"/>
        </w:rPr>
        <w:t>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значени</w:t>
      </w:r>
      <w:r w:rsidR="00437DC2" w:rsidRPr="000127C1">
        <w:rPr>
          <w:color w:val="auto"/>
          <w:sz w:val="24"/>
          <w:szCs w:val="24"/>
          <w:shd w:val="clear" w:color="auto" w:fill="FFFFFF"/>
        </w:rPr>
        <w:t>я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34B64DDC" w14:textId="77777777" w:rsidR="00361707" w:rsidRPr="000127C1" w:rsidRDefault="00361707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</w:t>
      </w:r>
      <w:r w:rsidR="00DB60FE" w:rsidRPr="000127C1">
        <w:rPr>
          <w:color w:val="auto"/>
          <w:sz w:val="24"/>
          <w:szCs w:val="24"/>
          <w:shd w:val="clear" w:color="auto" w:fill="FFFFFF"/>
        </w:rPr>
        <w:t xml:space="preserve"> изученные синонимы и антонимы;</w:t>
      </w:r>
    </w:p>
    <w:p w14:paraId="50D5B017" w14:textId="77777777" w:rsidR="00C33374" w:rsidRPr="000127C1" w:rsidRDefault="00C33374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30D1318E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>у</w:t>
      </w:r>
      <w:r w:rsidRPr="000127C1">
        <w:rPr>
          <w:color w:val="auto"/>
          <w:sz w:val="24"/>
          <w:szCs w:val="24"/>
          <w:shd w:val="clear" w:color="auto" w:fill="FFFFFF"/>
        </w:rPr>
        <w:t>потребл</w:t>
      </w:r>
      <w:r w:rsidR="00437DC2" w:rsidRPr="000127C1">
        <w:rPr>
          <w:color w:val="auto"/>
          <w:sz w:val="24"/>
          <w:szCs w:val="24"/>
          <w:shd w:val="clear" w:color="auto" w:fill="FFFFFF"/>
        </w:rPr>
        <w:t>ять</w:t>
      </w:r>
      <w:r w:rsidR="00657F4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в устной и письменной речи 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не менее </w:t>
      </w:r>
      <w:r w:rsidR="00AB0693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7</w:t>
      </w:r>
      <w:r w:rsidR="000F090A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00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изученных лексических единиц</w:t>
      </w:r>
      <w:r w:rsidR="000F090A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1562C301" w14:textId="77777777" w:rsidR="0061138F" w:rsidRPr="000127C1" w:rsidRDefault="0061138F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Грамматическая сторона речи</w:t>
      </w:r>
    </w:p>
    <w:p w14:paraId="08DFACCC" w14:textId="5ECE907D" w:rsidR="0061138F" w:rsidRPr="000127C1" w:rsidRDefault="0061138F" w:rsidP="000127C1">
      <w:pPr>
        <w:ind w:firstLine="709"/>
        <w:jc w:val="both"/>
        <w:rPr>
          <w:shd w:val="clear" w:color="auto" w:fill="FFFFFF"/>
        </w:rPr>
      </w:pPr>
      <w:r w:rsidRPr="000127C1">
        <w:rPr>
          <w:shd w:val="clear" w:color="auto" w:fill="FFFFFF"/>
        </w:rPr>
        <w:t xml:space="preserve">Употреблять в устной и письменной речи изученные морфологические формы и синтаксические конструкции в </w:t>
      </w:r>
      <w:r w:rsidR="00C25A26" w:rsidRPr="000127C1">
        <w:rPr>
          <w:shd w:val="clear" w:color="auto" w:fill="FFFFFF"/>
        </w:rPr>
        <w:t>«</w:t>
      </w:r>
      <w:r w:rsidRPr="000127C1">
        <w:rPr>
          <w:shd w:val="clear" w:color="auto" w:fill="FFFFFF"/>
        </w:rPr>
        <w:t>рамках</w:t>
      </w:r>
      <w:r w:rsidR="00C25A26" w:rsidRPr="000127C1">
        <w:rPr>
          <w:shd w:val="clear" w:color="auto" w:fill="FFFFFF"/>
        </w:rPr>
        <w:t>»</w:t>
      </w:r>
      <w:r w:rsidRPr="000127C1">
        <w:rPr>
          <w:shd w:val="clear" w:color="auto" w:fill="FFFFFF"/>
        </w:rPr>
        <w:t xml:space="preserve"> тематического содержания речи:</w:t>
      </w:r>
    </w:p>
    <w:p w14:paraId="07F4C0C4" w14:textId="370696B4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производные </w:t>
      </w:r>
      <w:r w:rsidRPr="000127C1">
        <w:rPr>
          <w:rFonts w:eastAsia="Calibri"/>
          <w:color w:val="auto"/>
          <w:sz w:val="24"/>
          <w:szCs w:val="24"/>
          <w:lang w:eastAsia="en-US"/>
        </w:rPr>
        <w:t>имена прилагательные с аффиксами -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чан</w:t>
      </w:r>
      <w:r w:rsidR="00055FEC" w:rsidRPr="000127C1">
        <w:rPr>
          <w:rFonts w:eastAsia="Calibri"/>
          <w:color w:val="auto"/>
          <w:sz w:val="24"/>
          <w:szCs w:val="24"/>
          <w:lang w:eastAsia="en-US"/>
        </w:rPr>
        <w:t xml:space="preserve"> / </w:t>
      </w:r>
      <w:r w:rsidRPr="000127C1">
        <w:rPr>
          <w:rFonts w:eastAsia="Calibri"/>
          <w:color w:val="auto"/>
          <w:sz w:val="24"/>
          <w:szCs w:val="24"/>
          <w:lang w:eastAsia="en-US"/>
        </w:rPr>
        <w:t>-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чән (эшчән, максатчан)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;</w:t>
      </w:r>
    </w:p>
    <w:p w14:paraId="5393CA96" w14:textId="77777777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временные формы глаголов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изъявительного наклонения</w:t>
      </w:r>
      <w:r w:rsidRPr="000127C1">
        <w:rPr>
          <w:rFonts w:eastAsia="Calibri"/>
          <w:color w:val="auto"/>
          <w:sz w:val="24"/>
          <w:szCs w:val="24"/>
          <w:lang w:eastAsia="en-US"/>
        </w:rPr>
        <w:t>;</w:t>
      </w:r>
    </w:p>
    <w:p w14:paraId="67CFBCD9" w14:textId="1B039168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val="tt-RU"/>
        </w:rPr>
        <w:t xml:space="preserve">наречия образа действия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тиз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акрын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iCs/>
          <w:color w:val="auto"/>
          <w:sz w:val="24"/>
          <w:szCs w:val="24"/>
          <w:lang w:val="tt-RU"/>
        </w:rPr>
        <w:t xml:space="preserve"> /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әкрен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278CC14D" w14:textId="209481B7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 xml:space="preserve">указательные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бу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теге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шул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шундый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и определительные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барлык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бөтен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үз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C25A26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һәр</w:t>
      </w:r>
      <w:r w:rsidR="00C25A26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 </w:t>
      </w:r>
      <w:r w:rsidRPr="000127C1">
        <w:rPr>
          <w:rFonts w:eastAsia="Calibri"/>
          <w:color w:val="auto"/>
          <w:sz w:val="24"/>
          <w:szCs w:val="24"/>
          <w:lang w:eastAsia="en-US"/>
        </w:rPr>
        <w:t>местоимения;</w:t>
      </w:r>
    </w:p>
    <w:p w14:paraId="5DE07319" w14:textId="40640429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деепричасти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я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на 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-гач</w:t>
      </w:r>
      <w:r w:rsidR="00055FEC" w:rsidRPr="000127C1">
        <w:rPr>
          <w:rFonts w:eastAsia="Calibri"/>
          <w:iCs/>
          <w:color w:val="auto"/>
          <w:sz w:val="24"/>
          <w:szCs w:val="24"/>
          <w:lang w:eastAsia="en-US"/>
        </w:rPr>
        <w:t xml:space="preserve"> / 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-г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әч, -кач</w:t>
      </w:r>
      <w:r w:rsidR="00055FEC"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/ 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-кәч;</w:t>
      </w:r>
    </w:p>
    <w:p w14:paraId="06AC74E8" w14:textId="68F200F3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главные члены предло</w:t>
      </w:r>
      <w:r w:rsidRPr="000127C1">
        <w:rPr>
          <w:rFonts w:eastAsia="Calibri"/>
          <w:color w:val="auto"/>
          <w:sz w:val="24"/>
          <w:szCs w:val="24"/>
          <w:lang w:eastAsia="en-US"/>
        </w:rPr>
        <w:t>жения</w:t>
      </w:r>
      <w:r w:rsidR="00824403" w:rsidRPr="000127C1">
        <w:rPr>
          <w:rFonts w:eastAsia="Calibri"/>
          <w:color w:val="auto"/>
          <w:sz w:val="24"/>
          <w:szCs w:val="24"/>
          <w:lang w:val="tt-RU" w:eastAsia="en-US"/>
        </w:rPr>
        <w:t>,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согласование подлежащего и сказуемого;</w:t>
      </w:r>
    </w:p>
    <w:p w14:paraId="210D8E32" w14:textId="77777777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val="tt-RU"/>
        </w:rPr>
        <w:t xml:space="preserve">предложения с простым глагольным сказуемым </w:t>
      </w:r>
      <w:r w:rsidRPr="000127C1">
        <w:rPr>
          <w:i/>
          <w:iCs/>
          <w:color w:val="auto"/>
          <w:sz w:val="24"/>
          <w:szCs w:val="24"/>
          <w:lang w:val="tt-RU"/>
        </w:rPr>
        <w:t>(</w:t>
      </w:r>
      <w:r w:rsidRPr="000127C1">
        <w:rPr>
          <w:i/>
          <w:color w:val="auto"/>
          <w:sz w:val="24"/>
          <w:szCs w:val="24"/>
          <w:lang w:val="tt-RU"/>
        </w:rPr>
        <w:t>Мин татарча беләм),</w:t>
      </w:r>
      <w:r w:rsidRPr="000127C1">
        <w:rPr>
          <w:color w:val="auto"/>
          <w:sz w:val="24"/>
          <w:szCs w:val="24"/>
          <w:lang w:val="tt-RU"/>
        </w:rPr>
        <w:t xml:space="preserve"> с именным сказуемым (Безнең гаиләбез тату) и составным глагольным сказуемым (Мин укырга яратам);</w:t>
      </w:r>
      <w:r w:rsidRPr="000127C1">
        <w:rPr>
          <w:i/>
          <w:color w:val="auto"/>
          <w:sz w:val="24"/>
          <w:szCs w:val="24"/>
          <w:lang w:val="tt-RU"/>
        </w:rPr>
        <w:t xml:space="preserve"> </w:t>
      </w:r>
    </w:p>
    <w:p w14:paraId="2014EA8F" w14:textId="49B74836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союзы:</w:t>
      </w:r>
      <w:r w:rsidRPr="000127C1">
        <w:rPr>
          <w:rFonts w:eastAsia="Calibri"/>
          <w:i/>
          <w:color w:val="auto"/>
          <w:sz w:val="24"/>
          <w:szCs w:val="24"/>
          <w:lang w:val="tt-RU" w:eastAsia="en-US"/>
        </w:rPr>
        <w:t xml:space="preserve">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һәм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да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/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дә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та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/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тә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яки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;</w:t>
      </w:r>
    </w:p>
    <w:p w14:paraId="5D7733FC" w14:textId="670A5B69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eastAsia="en-US"/>
        </w:rPr>
        <w:t>частицы</w:t>
      </w:r>
      <w:r w:rsidRPr="000127C1">
        <w:rPr>
          <w:i/>
          <w:color w:val="auto"/>
          <w:sz w:val="24"/>
          <w:szCs w:val="24"/>
          <w:lang w:eastAsia="en-US"/>
        </w:rPr>
        <w:t xml:space="preserve">: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eastAsia="en-US"/>
        </w:rPr>
        <w:t>гына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iCs/>
          <w:color w:val="auto"/>
          <w:sz w:val="24"/>
          <w:szCs w:val="24"/>
          <w:lang w:eastAsia="en-US"/>
        </w:rPr>
        <w:t xml:space="preserve"> /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eastAsia="en-US"/>
        </w:rPr>
        <w:t>генә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eastAsia="en-US"/>
        </w:rPr>
        <w:t xml:space="preserve">,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eastAsia="en-US"/>
        </w:rPr>
        <w:t>кына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iCs/>
          <w:color w:val="auto"/>
          <w:sz w:val="24"/>
          <w:szCs w:val="24"/>
          <w:lang w:eastAsia="en-US"/>
        </w:rPr>
        <w:t xml:space="preserve"> / </w:t>
      </w:r>
      <w:r w:rsidR="00824403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eastAsia="en-US"/>
        </w:rPr>
        <w:t>кенә</w:t>
      </w:r>
      <w:r w:rsidR="00824403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eastAsia="en-US"/>
        </w:rPr>
        <w:t>;</w:t>
      </w:r>
    </w:p>
    <w:p w14:paraId="411221B0" w14:textId="77777777" w:rsidR="0061138F" w:rsidRPr="000127C1" w:rsidRDefault="0061138F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 xml:space="preserve">соблюдать </w:t>
      </w:r>
      <w:r w:rsidRPr="000127C1">
        <w:rPr>
          <w:color w:val="auto"/>
          <w:sz w:val="24"/>
          <w:szCs w:val="24"/>
          <w:shd w:val="clear" w:color="auto" w:fill="FFFFFF"/>
        </w:rPr>
        <w:t>структуру сложных предложений и различных коммуникативных типов предложений.</w:t>
      </w:r>
    </w:p>
    <w:p w14:paraId="5B7EBD32" w14:textId="77777777" w:rsidR="002833FD" w:rsidRPr="000127C1" w:rsidRDefault="002833FD" w:rsidP="000127C1">
      <w:pPr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7C00D262" w14:textId="77777777" w:rsidR="00565CA0" w:rsidRPr="000127C1" w:rsidRDefault="00565CA0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eastAsia="en-US"/>
        </w:rPr>
        <w:t>использовать формулы татарского речевого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этикета в ситуациях повседневного общения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4693FE9A" w14:textId="77777777" w:rsidR="00565CA0" w:rsidRPr="000127C1" w:rsidRDefault="00565CA0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val="tt-RU" w:eastAsia="en-US"/>
        </w:rPr>
      </w:pPr>
      <w:r w:rsidRPr="000127C1">
        <w:rPr>
          <w:rFonts w:eastAsiaTheme="minorHAnsi"/>
          <w:color w:val="auto"/>
          <w:sz w:val="24"/>
          <w:szCs w:val="24"/>
          <w:lang w:eastAsia="en-US"/>
        </w:rPr>
        <w:t>использовать в устной и письменной речи фоновую лексику и реалии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в рамках отобранного тематического содержания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;</w:t>
      </w:r>
    </w:p>
    <w:p w14:paraId="24028818" w14:textId="37988CED" w:rsidR="002A22D6" w:rsidRPr="000127C1" w:rsidRDefault="00565CA0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знать</w:t>
      </w:r>
      <w:r w:rsidR="00F14BCA" w:rsidRPr="000127C1">
        <w:rPr>
          <w:rFonts w:eastAsiaTheme="minorHAnsi"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о</w:t>
      </w:r>
      <w:r w:rsidRPr="000127C1">
        <w:rPr>
          <w:rFonts w:eastAsiaTheme="minorHAnsi"/>
          <w:color w:val="auto"/>
          <w:sz w:val="24"/>
          <w:szCs w:val="24"/>
          <w:lang w:eastAsia="en-US"/>
        </w:rPr>
        <w:t>бразцы татарской поэзии и прозы;</w:t>
      </w:r>
    </w:p>
    <w:p w14:paraId="5251F9BA" w14:textId="102BC821" w:rsidR="002A22D6" w:rsidRPr="000127C1" w:rsidRDefault="002A22D6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Theme="minorHAns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знать основные сведения о Республике Татарстан (географическое положение, природа, исторические и памятные места); </w:t>
      </w:r>
    </w:p>
    <w:p w14:paraId="50348F05" w14:textId="7AA9516F" w:rsidR="00565CA0" w:rsidRPr="000127C1" w:rsidRDefault="00565CA0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/>
          <w:bCs/>
          <w:color w:val="auto"/>
          <w:sz w:val="24"/>
          <w:szCs w:val="24"/>
        </w:rPr>
      </w:pPr>
      <w:r w:rsidRPr="000127C1">
        <w:rPr>
          <w:rFonts w:eastAsiaTheme="minorHAnsi"/>
          <w:color w:val="auto"/>
          <w:sz w:val="24"/>
          <w:szCs w:val="24"/>
          <w:lang w:val="tt-RU" w:eastAsia="en-US"/>
        </w:rPr>
        <w:t>представлять деятелей культуры татарского народа.</w:t>
      </w:r>
    </w:p>
    <w:p w14:paraId="4DBA75A8" w14:textId="77777777" w:rsidR="0097508E" w:rsidRPr="000127C1" w:rsidRDefault="00DB76C3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7" w:name="_Toc105662367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8 класс</w:t>
      </w:r>
      <w:bookmarkEnd w:id="27"/>
    </w:p>
    <w:p w14:paraId="248F1166" w14:textId="4EE91663" w:rsidR="00565CA0" w:rsidRPr="000127C1" w:rsidRDefault="00A67051" w:rsidP="000127C1">
      <w:pPr>
        <w:ind w:firstLine="709"/>
        <w:jc w:val="both"/>
        <w:rPr>
          <w:rFonts w:eastAsia="Calibri"/>
          <w:b/>
          <w:iCs/>
        </w:rPr>
      </w:pPr>
      <w:r w:rsidRPr="000127C1">
        <w:rPr>
          <w:rFonts w:eastAsia="Calibri"/>
        </w:rPr>
        <w:t>Обучающийся научится:</w:t>
      </w:r>
    </w:p>
    <w:p w14:paraId="09B58F51" w14:textId="77777777" w:rsidR="00565CA0" w:rsidRPr="000127C1" w:rsidRDefault="00565CA0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Аудирование</w:t>
      </w:r>
    </w:p>
    <w:p w14:paraId="1547C21D" w14:textId="77777777" w:rsidR="00565CA0" w:rsidRPr="000127C1" w:rsidRDefault="00565CA0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воспринимать на слух и понимать звучащие </w:t>
      </w:r>
      <w:r w:rsidRPr="000127C1">
        <w:rPr>
          <w:bCs/>
          <w:color w:val="auto"/>
          <w:sz w:val="24"/>
          <w:szCs w:val="24"/>
          <w:shd w:val="clear" w:color="auto" w:fill="FFFFFF"/>
        </w:rPr>
        <w:t>до 2 мину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т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 пониманием основного содержания текстов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или </w:t>
      </w:r>
      <w:r w:rsidRPr="000127C1">
        <w:rPr>
          <w:color w:val="auto"/>
          <w:sz w:val="24"/>
          <w:szCs w:val="24"/>
          <w:shd w:val="clear" w:color="auto" w:fill="FFFFFF"/>
        </w:rPr>
        <w:t>запрашиваемой информации.</w:t>
      </w:r>
    </w:p>
    <w:p w14:paraId="3E4B2868" w14:textId="23BBA92A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Говорение</w:t>
      </w:r>
    </w:p>
    <w:p w14:paraId="6459F419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вести разные виды диалога в стандартных ситуациях общения </w:t>
      </w:r>
      <w:r w:rsidR="00FA6829" w:rsidRPr="000127C1">
        <w:rPr>
          <w:color w:val="auto"/>
          <w:sz w:val="24"/>
          <w:szCs w:val="24"/>
          <w:shd w:val="clear" w:color="auto" w:fill="FFFFFF"/>
        </w:rPr>
        <w:t>(д</w:t>
      </w:r>
      <w:r w:rsidRPr="000127C1">
        <w:rPr>
          <w:color w:val="auto"/>
          <w:sz w:val="24"/>
          <w:szCs w:val="24"/>
          <w:shd w:val="clear" w:color="auto" w:fill="FFFFFF"/>
        </w:rPr>
        <w:t xml:space="preserve">иалог-побуждение к действию, диалог-расспрос, диалог-обмен мнениями) объемом </w:t>
      </w:r>
      <w:r w:rsidR="00AB0693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DB76C3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9–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10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реплик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69F64682" w14:textId="594B8B15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создавать устные связные монологические высказывания (описание</w:t>
      </w:r>
      <w:r w:rsidR="006B2685" w:rsidRPr="000127C1">
        <w:rPr>
          <w:color w:val="auto"/>
          <w:sz w:val="24"/>
          <w:szCs w:val="24"/>
          <w:shd w:val="clear" w:color="auto" w:fill="FFFFFF"/>
        </w:rPr>
        <w:t> 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/ </w:t>
      </w:r>
      <w:r w:rsidRPr="000127C1">
        <w:rPr>
          <w:color w:val="auto"/>
          <w:sz w:val="24"/>
          <w:szCs w:val="24"/>
          <w:shd w:val="clear" w:color="auto" w:fill="FFFFFF"/>
        </w:rPr>
        <w:t>характеристика, повествование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сообщение</w:t>
      </w:r>
      <w:r w:rsidR="00565CA0" w:rsidRPr="000127C1">
        <w:rPr>
          <w:color w:val="auto"/>
          <w:sz w:val="24"/>
          <w:szCs w:val="24"/>
          <w:shd w:val="clear" w:color="auto" w:fill="FFFFFF"/>
        </w:rPr>
        <w:t>, рассуждение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) объемом </w:t>
      </w:r>
      <w:r w:rsidR="00AB0693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DB76C3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9–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10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="00AB0693" w:rsidRPr="000127C1">
        <w:rPr>
          <w:b/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 вербальными и (или) невербальными опорами или без них в рамках тематического содержания речи;</w:t>
      </w:r>
    </w:p>
    <w:p w14:paraId="27FBEADB" w14:textId="11811E79" w:rsidR="00DA4DA9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передавать основное содержание прочитанного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AB0693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D05E7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9–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10</w:t>
      </w:r>
      <w:r w:rsidR="00D05E77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.</w:t>
      </w:r>
    </w:p>
    <w:p w14:paraId="066D902E" w14:textId="65C33E42" w:rsidR="00AB0693" w:rsidRPr="000127C1" w:rsidRDefault="00DA4DA9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  <w:lang w:val="tt-RU"/>
        </w:rPr>
        <w:t>кратко излагать результаты выполненной проектной работы (объ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е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м</w:t>
      </w:r>
      <w:r w:rsidR="006B2685" w:rsidRPr="000127C1">
        <w:rPr>
          <w:color w:val="auto"/>
          <w:sz w:val="24"/>
          <w:szCs w:val="24"/>
          <w:shd w:val="clear" w:color="auto" w:fill="FFFFFF"/>
          <w:lang w:val="tt-RU"/>
        </w:rPr>
        <w:t> </w:t>
      </w:r>
      <w:r w:rsidR="002D45AC" w:rsidRPr="000127C1">
        <w:rPr>
          <w:color w:val="auto"/>
          <w:sz w:val="24"/>
          <w:szCs w:val="24"/>
        </w:rPr>
        <w:t>–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AB0693" w:rsidRPr="000127C1">
        <w:rPr>
          <w:color w:val="auto"/>
          <w:sz w:val="24"/>
          <w:szCs w:val="24"/>
          <w:shd w:val="clear" w:color="auto" w:fill="FFFFFF"/>
        </w:rPr>
        <w:t>не менее</w:t>
      </w:r>
      <w:r w:rsidR="00D05E7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9–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10</w:t>
      </w:r>
      <w:r w:rsidR="00D05E77" w:rsidRPr="000127C1">
        <w:rPr>
          <w:bCs/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фраз).</w:t>
      </w:r>
    </w:p>
    <w:p w14:paraId="52991F83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Смысловое чтение</w:t>
      </w:r>
    </w:p>
    <w:p w14:paraId="575ACF10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читать про себя и понимать несложные аутентичные тексты разного вида, жанра и стиля объемом</w:t>
      </w:r>
      <w:r w:rsidR="00D05E77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="007C2AFA" w:rsidRPr="000127C1">
        <w:rPr>
          <w:bCs/>
          <w:color w:val="auto"/>
          <w:sz w:val="24"/>
          <w:szCs w:val="24"/>
          <w:shd w:val="clear" w:color="auto" w:fill="FFFFFF"/>
        </w:rPr>
        <w:t xml:space="preserve">до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200–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2</w:t>
      </w:r>
      <w:r w:rsidR="000F090A" w:rsidRPr="000127C1">
        <w:rPr>
          <w:bCs/>
          <w:color w:val="auto"/>
          <w:sz w:val="24"/>
          <w:szCs w:val="24"/>
          <w:shd w:val="clear" w:color="auto" w:fill="FFFFFF"/>
        </w:rPr>
        <w:t>5</w:t>
      </w:r>
      <w:r w:rsidRPr="000127C1">
        <w:rPr>
          <w:bCs/>
          <w:color w:val="auto"/>
          <w:sz w:val="24"/>
          <w:szCs w:val="24"/>
          <w:shd w:val="clear" w:color="auto" w:fill="FFFFFF"/>
        </w:rPr>
        <w:t>0 слов,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B76C3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пониманием запрашиваемой информации,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DB76C3" w:rsidRPr="000127C1">
        <w:rPr>
          <w:color w:val="auto"/>
          <w:sz w:val="24"/>
          <w:szCs w:val="24"/>
          <w:shd w:val="clear" w:color="auto" w:fill="FFFFFF"/>
        </w:rPr>
        <w:t>полным пониманием содержания;</w:t>
      </w:r>
    </w:p>
    <w:p w14:paraId="51C676EC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несплошные тексты (таблицы, диаграммы, схемы) и понимать </w:t>
      </w:r>
      <w:r w:rsidR="00DB60FE" w:rsidRPr="000127C1">
        <w:rPr>
          <w:color w:val="auto"/>
          <w:sz w:val="24"/>
          <w:szCs w:val="24"/>
          <w:shd w:val="clear" w:color="auto" w:fill="FFFFFF"/>
        </w:rPr>
        <w:t>представленную в них информацию.</w:t>
      </w:r>
    </w:p>
    <w:p w14:paraId="45CD1AF8" w14:textId="213BB233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Письм</w:t>
      </w:r>
      <w:r w:rsidR="00CD36CA" w:rsidRPr="000127C1">
        <w:rPr>
          <w:rFonts w:eastAsia="Calibri"/>
          <w:b/>
          <w:bCs/>
        </w:rPr>
        <w:t>енная речь</w:t>
      </w:r>
    </w:p>
    <w:p w14:paraId="41C61A51" w14:textId="729B0610" w:rsidR="00565CA0" w:rsidRPr="000127C1" w:rsidRDefault="00CD36CA" w:rsidP="000127C1">
      <w:pPr>
        <w:numPr>
          <w:ilvl w:val="0"/>
          <w:numId w:val="72"/>
        </w:numPr>
        <w:tabs>
          <w:tab w:val="left" w:pos="1134"/>
        </w:tabs>
        <w:ind w:left="0" w:firstLine="709"/>
        <w:contextualSpacing/>
        <w:jc w:val="both"/>
      </w:pPr>
      <w:r w:rsidRPr="000127C1">
        <w:t>самостоятельно</w:t>
      </w:r>
      <w:r w:rsidR="00565CA0" w:rsidRPr="000127C1">
        <w:t xml:space="preserve"> составлять и написать связный текст по изучаемой теме; </w:t>
      </w:r>
    </w:p>
    <w:p w14:paraId="4F7014DE" w14:textId="77777777" w:rsidR="006C49AB" w:rsidRPr="000127C1" w:rsidRDefault="00565CA0" w:rsidP="000127C1">
      <w:pPr>
        <w:numPr>
          <w:ilvl w:val="0"/>
          <w:numId w:val="72"/>
        </w:numPr>
        <w:tabs>
          <w:tab w:val="left" w:pos="1134"/>
        </w:tabs>
        <w:ind w:left="0" w:firstLine="709"/>
        <w:contextualSpacing/>
        <w:jc w:val="both"/>
      </w:pPr>
      <w:r w:rsidRPr="000127C1">
        <w:t>выполнять письменные творческие задания;</w:t>
      </w:r>
    </w:p>
    <w:p w14:paraId="70848E84" w14:textId="77777777" w:rsidR="006C49AB" w:rsidRPr="000127C1" w:rsidRDefault="00565CA0" w:rsidP="000127C1">
      <w:pPr>
        <w:numPr>
          <w:ilvl w:val="0"/>
          <w:numId w:val="72"/>
        </w:numPr>
        <w:tabs>
          <w:tab w:val="left" w:pos="1134"/>
        </w:tabs>
        <w:ind w:left="0" w:firstLine="709"/>
        <w:contextualSpacing/>
        <w:jc w:val="both"/>
      </w:pPr>
      <w:r w:rsidRPr="000127C1">
        <w:rPr>
          <w:bCs/>
          <w:iCs/>
        </w:rPr>
        <w:t>писать ответы на заданные вопросы с использованием изученного лексико-грамматического материала;</w:t>
      </w:r>
    </w:p>
    <w:p w14:paraId="259BB5C5" w14:textId="285C468E" w:rsidR="00565CA0" w:rsidRPr="000127C1" w:rsidRDefault="00565CA0" w:rsidP="000127C1">
      <w:pPr>
        <w:numPr>
          <w:ilvl w:val="0"/>
          <w:numId w:val="72"/>
        </w:numPr>
        <w:tabs>
          <w:tab w:val="left" w:pos="1134"/>
        </w:tabs>
        <w:ind w:left="0" w:firstLine="709"/>
        <w:contextualSpacing/>
        <w:jc w:val="both"/>
      </w:pPr>
      <w:r w:rsidRPr="000127C1">
        <w:rPr>
          <w:bCs/>
          <w:iCs/>
        </w:rPr>
        <w:t xml:space="preserve">составлять личное </w:t>
      </w:r>
      <w:r w:rsidRPr="000127C1">
        <w:rPr>
          <w:bCs/>
          <w:iCs/>
          <w:lang w:val="tt-RU"/>
        </w:rPr>
        <w:t xml:space="preserve">письмо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61991F81" w14:textId="150BBA83" w:rsidR="00565CA0" w:rsidRPr="000127C1" w:rsidRDefault="00565CA0" w:rsidP="000127C1">
      <w:pPr>
        <w:tabs>
          <w:tab w:val="center" w:pos="4677"/>
        </w:tabs>
        <w:ind w:firstLine="709"/>
        <w:jc w:val="both"/>
        <w:rPr>
          <w:b/>
          <w:i/>
        </w:rPr>
      </w:pPr>
      <w:r w:rsidRPr="000127C1">
        <w:rPr>
          <w:bCs/>
          <w:iCs/>
        </w:rPr>
        <w:t xml:space="preserve">Объем сообщения – </w:t>
      </w:r>
      <w:r w:rsidRPr="000127C1">
        <w:rPr>
          <w:iCs/>
        </w:rPr>
        <w:t>до 70 слов.</w:t>
      </w:r>
    </w:p>
    <w:p w14:paraId="4E53F201" w14:textId="77777777" w:rsidR="002833FD" w:rsidRPr="000127C1" w:rsidRDefault="002833FD" w:rsidP="000127C1">
      <w:pPr>
        <w:jc w:val="both"/>
        <w:rPr>
          <w:rFonts w:eastAsia="Calibri"/>
          <w:b/>
          <w:iCs/>
        </w:rPr>
      </w:pPr>
      <w:r w:rsidRPr="000127C1">
        <w:rPr>
          <w:rFonts w:eastAsia="Calibri"/>
          <w:b/>
          <w:iCs/>
        </w:rPr>
        <w:t>Языковые знания и навыки</w:t>
      </w:r>
    </w:p>
    <w:p w14:paraId="0577DF31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Фонетическая сторона речи</w:t>
      </w:r>
    </w:p>
    <w:p w14:paraId="62BA1192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различать на слух и адекватно, без ошибок, ведущих к сбою коммуникации, произносить слова с правильным ударением и фразы с соблюдением их ритмико-интонационных особенностей; </w:t>
      </w:r>
    </w:p>
    <w:p w14:paraId="174105C7" w14:textId="77777777" w:rsidR="002833FD" w:rsidRPr="000127C1" w:rsidRDefault="002833FD" w:rsidP="000127C1">
      <w:pPr>
        <w:pStyle w:val="a5"/>
        <w:numPr>
          <w:ilvl w:val="0"/>
          <w:numId w:val="72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в</w:t>
      </w:r>
      <w:r w:rsidR="000F090A" w:rsidRPr="000127C1">
        <w:rPr>
          <w:color w:val="auto"/>
          <w:sz w:val="24"/>
          <w:szCs w:val="24"/>
          <w:shd w:val="clear" w:color="auto" w:fill="FFFFFF"/>
        </w:rPr>
        <w:t xml:space="preserve">ыразительно </w:t>
      </w:r>
      <w:r w:rsidRPr="000127C1">
        <w:rPr>
          <w:color w:val="auto"/>
          <w:sz w:val="24"/>
          <w:szCs w:val="24"/>
          <w:shd w:val="clear" w:color="auto" w:fill="FFFFFF"/>
        </w:rPr>
        <w:t xml:space="preserve">читать вслух небольшие аутентичные тексты объемом </w:t>
      </w:r>
      <w:r w:rsidRPr="000127C1">
        <w:rPr>
          <w:bCs/>
          <w:color w:val="auto"/>
          <w:sz w:val="24"/>
          <w:szCs w:val="24"/>
          <w:shd w:val="clear" w:color="auto" w:fill="FFFFFF"/>
        </w:rPr>
        <w:t>до 1</w:t>
      </w:r>
      <w:r w:rsidR="00AB0693" w:rsidRPr="000127C1">
        <w:rPr>
          <w:bCs/>
          <w:color w:val="auto"/>
          <w:sz w:val="24"/>
          <w:szCs w:val="24"/>
          <w:shd w:val="clear" w:color="auto" w:fill="FFFFFF"/>
        </w:rPr>
        <w:t>0</w:t>
      </w:r>
      <w:r w:rsidRPr="000127C1">
        <w:rPr>
          <w:bCs/>
          <w:color w:val="auto"/>
          <w:sz w:val="24"/>
          <w:szCs w:val="24"/>
          <w:shd w:val="clear" w:color="auto" w:fill="FFFFFF"/>
        </w:rPr>
        <w:t>0 слов,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построенные в основном на изученном языковом материале, с соблюдением правил чтения и соответствующей интонацией</w:t>
      </w:r>
      <w:r w:rsidR="000F090A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348760CF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Графика, орфография и пунктуация</w:t>
      </w:r>
    </w:p>
    <w:p w14:paraId="4899C3E9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4DFD8BE6" w14:textId="77777777" w:rsidR="002833FD" w:rsidRPr="000127C1" w:rsidRDefault="000F090A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 xml:space="preserve">правильно </w:t>
      </w:r>
      <w:r w:rsidR="009D431D" w:rsidRPr="000127C1">
        <w:rPr>
          <w:rFonts w:eastAsia="Calibri"/>
          <w:color w:val="auto"/>
          <w:sz w:val="24"/>
          <w:szCs w:val="24"/>
          <w:lang w:val="tt-RU"/>
        </w:rPr>
        <w:t xml:space="preserve">расставлять </w:t>
      </w:r>
      <w:r w:rsidRPr="000127C1">
        <w:rPr>
          <w:color w:val="auto"/>
          <w:sz w:val="24"/>
          <w:szCs w:val="24"/>
          <w:shd w:val="clear" w:color="auto" w:fill="FFFFFF"/>
        </w:rPr>
        <w:t>знаки</w:t>
      </w:r>
      <w:r w:rsidR="009D431D" w:rsidRPr="000127C1">
        <w:rPr>
          <w:color w:val="auto"/>
          <w:sz w:val="24"/>
          <w:szCs w:val="24"/>
          <w:shd w:val="clear" w:color="auto" w:fill="FFFFFF"/>
        </w:rPr>
        <w:t xml:space="preserve"> препинания в простых и сложных предложениях</w:t>
      </w:r>
      <w:r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12ECD09F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Лексическая сторона речи</w:t>
      </w:r>
    </w:p>
    <w:p w14:paraId="220C23FA" w14:textId="78B0DE0E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понима</w:t>
      </w:r>
      <w:r w:rsidR="000F090A" w:rsidRPr="000127C1">
        <w:rPr>
          <w:color w:val="auto"/>
          <w:sz w:val="24"/>
          <w:szCs w:val="24"/>
          <w:shd w:val="clear" w:color="auto" w:fill="FFFFFF"/>
        </w:rPr>
        <w:t>ть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основны</w:t>
      </w:r>
      <w:r w:rsidR="000F090A" w:rsidRPr="000127C1">
        <w:rPr>
          <w:color w:val="auto"/>
          <w:sz w:val="24"/>
          <w:szCs w:val="24"/>
          <w:shd w:val="clear" w:color="auto" w:fill="FFFFFF"/>
        </w:rPr>
        <w:t>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значени</w:t>
      </w:r>
      <w:r w:rsidR="000F090A" w:rsidRPr="000127C1">
        <w:rPr>
          <w:color w:val="auto"/>
          <w:sz w:val="24"/>
          <w:szCs w:val="24"/>
          <w:shd w:val="clear" w:color="auto" w:fill="FFFFFF"/>
        </w:rPr>
        <w:t>я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46CCFAD9" w14:textId="77777777" w:rsidR="00361707" w:rsidRPr="000127C1" w:rsidRDefault="00361707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изученные синонимы и а</w:t>
      </w:r>
      <w:r w:rsidR="00DB76C3" w:rsidRPr="000127C1">
        <w:rPr>
          <w:color w:val="auto"/>
          <w:sz w:val="24"/>
          <w:szCs w:val="24"/>
          <w:shd w:val="clear" w:color="auto" w:fill="FFFFFF"/>
        </w:rPr>
        <w:t>нтонимы;</w:t>
      </w:r>
    </w:p>
    <w:p w14:paraId="40C0262E" w14:textId="77777777" w:rsidR="00C33374" w:rsidRPr="000127C1" w:rsidRDefault="00C33374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26859A44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>у</w:t>
      </w:r>
      <w:r w:rsidRPr="000127C1">
        <w:rPr>
          <w:color w:val="auto"/>
          <w:sz w:val="24"/>
          <w:szCs w:val="24"/>
          <w:shd w:val="clear" w:color="auto" w:fill="FFFFFF"/>
        </w:rPr>
        <w:t>потребл</w:t>
      </w:r>
      <w:r w:rsidR="000F090A" w:rsidRPr="000127C1">
        <w:rPr>
          <w:color w:val="auto"/>
          <w:sz w:val="24"/>
          <w:szCs w:val="24"/>
          <w:shd w:val="clear" w:color="auto" w:fill="FFFFFF"/>
        </w:rPr>
        <w:t xml:space="preserve">ять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в устной и письменной речи 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 xml:space="preserve">не менее </w:t>
      </w:r>
      <w:r w:rsidR="00AB0693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8</w:t>
      </w:r>
      <w:r w:rsidR="000F090A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изученных лексических единиц</w:t>
      </w:r>
      <w:r w:rsidR="000F090A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563C065A" w14:textId="77777777" w:rsidR="0061138F" w:rsidRPr="000127C1" w:rsidRDefault="0061138F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Грамматическая сторона речи</w:t>
      </w:r>
    </w:p>
    <w:p w14:paraId="57CC806A" w14:textId="1E67F340" w:rsidR="0061138F" w:rsidRPr="000127C1" w:rsidRDefault="0061138F" w:rsidP="000127C1">
      <w:pPr>
        <w:ind w:firstLine="709"/>
        <w:jc w:val="both"/>
        <w:rPr>
          <w:shd w:val="clear" w:color="auto" w:fill="FFFFFF"/>
        </w:rPr>
      </w:pPr>
      <w:r w:rsidRPr="000127C1">
        <w:rPr>
          <w:shd w:val="clear" w:color="auto" w:fill="FFFFFF"/>
        </w:rPr>
        <w:t xml:space="preserve">Употреблять в устной и письменной речи изученные морфологические формы и синтаксические </w:t>
      </w:r>
      <w:r w:rsidR="00824403" w:rsidRPr="000127C1">
        <w:rPr>
          <w:shd w:val="clear" w:color="auto" w:fill="FFFFFF"/>
        </w:rPr>
        <w:t>«</w:t>
      </w:r>
      <w:r w:rsidRPr="000127C1">
        <w:rPr>
          <w:shd w:val="clear" w:color="auto" w:fill="FFFFFF"/>
        </w:rPr>
        <w:t>конструкции</w:t>
      </w:r>
      <w:r w:rsidR="00824403" w:rsidRPr="000127C1">
        <w:rPr>
          <w:shd w:val="clear" w:color="auto" w:fill="FFFFFF"/>
        </w:rPr>
        <w:t>»</w:t>
      </w:r>
      <w:r w:rsidRPr="000127C1">
        <w:rPr>
          <w:shd w:val="clear" w:color="auto" w:fill="FFFFFF"/>
        </w:rPr>
        <w:t xml:space="preserve"> татарского языка в рамках тематического содержания речи:</w:t>
      </w:r>
    </w:p>
    <w:p w14:paraId="5B67348E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производные, парные, составные, сложные имена существительные;</w:t>
      </w:r>
    </w:p>
    <w:p w14:paraId="21580175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производные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составные 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имена 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прилагательные</w:t>
      </w:r>
      <w:r w:rsidRPr="000127C1">
        <w:rPr>
          <w:rFonts w:eastAsia="Calibri"/>
          <w:color w:val="auto"/>
          <w:sz w:val="24"/>
          <w:szCs w:val="24"/>
          <w:lang w:eastAsia="en-US"/>
        </w:rPr>
        <w:t>;</w:t>
      </w:r>
    </w:p>
    <w:p w14:paraId="483C9F20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конструкци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я </w:t>
      </w:r>
      <w:r w:rsidRPr="000127C1">
        <w:rPr>
          <w:color w:val="auto"/>
          <w:sz w:val="24"/>
          <w:szCs w:val="24"/>
        </w:rPr>
        <w:t>имя сущ. + имя сущ</w:t>
      </w:r>
      <w:r w:rsidRPr="000127C1">
        <w:rPr>
          <w:color w:val="auto"/>
          <w:sz w:val="24"/>
          <w:szCs w:val="24"/>
          <w:lang w:val="tt-RU"/>
        </w:rPr>
        <w:t xml:space="preserve">. </w:t>
      </w:r>
      <w:r w:rsidRPr="000127C1">
        <w:rPr>
          <w:color w:val="auto"/>
          <w:sz w:val="24"/>
          <w:szCs w:val="24"/>
        </w:rPr>
        <w:t>с</w:t>
      </w:r>
      <w:r w:rsidRPr="000127C1">
        <w:rPr>
          <w:color w:val="auto"/>
          <w:spacing w:val="1"/>
          <w:sz w:val="24"/>
          <w:szCs w:val="24"/>
        </w:rPr>
        <w:t xml:space="preserve"> аффикс</w:t>
      </w:r>
      <w:r w:rsidRPr="000127C1">
        <w:rPr>
          <w:color w:val="auto"/>
          <w:spacing w:val="1"/>
          <w:sz w:val="24"/>
          <w:szCs w:val="24"/>
          <w:lang w:val="tt-RU"/>
        </w:rPr>
        <w:t>ом</w:t>
      </w:r>
      <w:r w:rsidRPr="000127C1">
        <w:rPr>
          <w:color w:val="auto"/>
          <w:spacing w:val="1"/>
          <w:sz w:val="24"/>
          <w:szCs w:val="24"/>
        </w:rPr>
        <w:t xml:space="preserve"> </w:t>
      </w:r>
      <w:r w:rsidRPr="000127C1">
        <w:rPr>
          <w:color w:val="auto"/>
          <w:sz w:val="24"/>
          <w:szCs w:val="24"/>
        </w:rPr>
        <w:t>принадлеж</w:t>
      </w:r>
      <w:r w:rsidRPr="000127C1">
        <w:rPr>
          <w:color w:val="auto"/>
          <w:sz w:val="24"/>
          <w:szCs w:val="24"/>
          <w:lang w:val="tt-RU"/>
        </w:rPr>
        <w:t>н</w:t>
      </w:r>
      <w:r w:rsidRPr="000127C1">
        <w:rPr>
          <w:color w:val="auto"/>
          <w:sz w:val="24"/>
          <w:szCs w:val="24"/>
        </w:rPr>
        <w:t>ости 3 лица: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Россия Федерациясе, Татарстан Республикасы, Казан шәһәре;</w:t>
      </w:r>
    </w:p>
    <w:p w14:paraId="58B15C40" w14:textId="789ECA85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неопределенные местоимения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кемдер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әллә кем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;</w:t>
      </w:r>
    </w:p>
    <w:p w14:paraId="272CE3FC" w14:textId="79C450B1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наречия меры и степени</w:t>
      </w:r>
      <w:r w:rsidRPr="000127C1">
        <w:rPr>
          <w:rFonts w:eastAsia="Calibri"/>
          <w:i/>
          <w:color w:val="auto"/>
          <w:sz w:val="24"/>
          <w:szCs w:val="24"/>
          <w:lang w:val="tt-RU" w:eastAsia="en-US"/>
        </w:rPr>
        <w:t xml:space="preserve">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еш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сирәк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;</w:t>
      </w:r>
    </w:p>
    <w:p w14:paraId="00330122" w14:textId="56193395" w:rsidR="0061138F" w:rsidRPr="000127C1" w:rsidRDefault="0061138F" w:rsidP="000127C1">
      <w:pPr>
        <w:pStyle w:val="a5"/>
        <w:widowControl w:val="0"/>
        <w:numPr>
          <w:ilvl w:val="0"/>
          <w:numId w:val="7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lang w:val="tt-RU"/>
        </w:rPr>
        <w:t>инфинитив с модал</w:t>
      </w:r>
      <w:r w:rsidRPr="000127C1">
        <w:rPr>
          <w:color w:val="auto"/>
          <w:sz w:val="24"/>
          <w:szCs w:val="24"/>
        </w:rPr>
        <w:t>ь</w:t>
      </w:r>
      <w:r w:rsidRPr="000127C1">
        <w:rPr>
          <w:color w:val="auto"/>
          <w:sz w:val="24"/>
          <w:szCs w:val="24"/>
          <w:lang w:val="tt-RU"/>
        </w:rPr>
        <w:t xml:space="preserve">ными словами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</w:rPr>
        <w:t>кирәк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</w:rPr>
        <w:t>кирәкми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</w:rPr>
        <w:t xml:space="preserve">,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</w:rPr>
        <w:t>ярый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</w:rPr>
        <w:t>ярамый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</w:rPr>
        <w:t xml:space="preserve">,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</w:rPr>
        <w:t>м</w:t>
      </w:r>
      <w:r w:rsidRPr="000127C1">
        <w:rPr>
          <w:color w:val="auto"/>
          <w:sz w:val="24"/>
          <w:szCs w:val="24"/>
          <w:lang w:val="tt-RU"/>
        </w:rPr>
        <w:t>өмкин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мөмкин түгел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тиеш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color w:val="auto"/>
          <w:sz w:val="24"/>
          <w:szCs w:val="24"/>
          <w:lang w:val="tt-RU"/>
        </w:rPr>
        <w:t xml:space="preserve"> /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тиеш түгел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</w:rPr>
        <w:t>;</w:t>
      </w:r>
    </w:p>
    <w:p w14:paraId="3FBF2CE0" w14:textId="2A4EDF90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деепричасти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я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на -ып</w:t>
      </w:r>
      <w:r w:rsidR="00055FEC" w:rsidRPr="000127C1">
        <w:rPr>
          <w:rFonts w:eastAsia="Calibri"/>
          <w:color w:val="auto"/>
          <w:sz w:val="24"/>
          <w:szCs w:val="24"/>
          <w:lang w:eastAsia="en-US"/>
        </w:rPr>
        <w:t xml:space="preserve"> / </w:t>
      </w:r>
      <w:r w:rsidRPr="000127C1">
        <w:rPr>
          <w:rFonts w:eastAsia="Calibri"/>
          <w:color w:val="auto"/>
          <w:sz w:val="24"/>
          <w:szCs w:val="24"/>
          <w:lang w:eastAsia="en-US"/>
        </w:rPr>
        <w:t>-еп</w:t>
      </w:r>
      <w:r w:rsidR="00055FEC" w:rsidRPr="000127C1">
        <w:rPr>
          <w:rFonts w:eastAsia="Calibri"/>
          <w:color w:val="auto"/>
          <w:sz w:val="24"/>
          <w:szCs w:val="24"/>
          <w:lang w:eastAsia="en-US"/>
        </w:rPr>
        <w:t xml:space="preserve"> / </w:t>
      </w:r>
      <w:r w:rsidRPr="000127C1">
        <w:rPr>
          <w:rFonts w:eastAsia="Calibri"/>
          <w:color w:val="auto"/>
          <w:sz w:val="24"/>
          <w:szCs w:val="24"/>
          <w:lang w:eastAsia="en-US"/>
        </w:rPr>
        <w:t>-п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;</w:t>
      </w:r>
    </w:p>
    <w:p w14:paraId="242957B5" w14:textId="21E00E85" w:rsidR="0061138F" w:rsidRPr="000127C1" w:rsidRDefault="0061138F" w:rsidP="000127C1">
      <w:pPr>
        <w:pStyle w:val="a5"/>
        <w:widowControl w:val="0"/>
        <w:numPr>
          <w:ilvl w:val="0"/>
          <w:numId w:val="7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</w:rPr>
      </w:pPr>
      <w:r w:rsidRPr="000127C1">
        <w:rPr>
          <w:bCs/>
          <w:color w:val="auto"/>
          <w:sz w:val="24"/>
          <w:szCs w:val="24"/>
          <w:lang w:val="tt-RU"/>
        </w:rPr>
        <w:t>аналитические</w:t>
      </w:r>
      <w:r w:rsidRPr="000127C1">
        <w:rPr>
          <w:b/>
          <w:color w:val="auto"/>
          <w:sz w:val="24"/>
          <w:szCs w:val="24"/>
          <w:lang w:val="tt-RU"/>
        </w:rPr>
        <w:t xml:space="preserve"> </w:t>
      </w:r>
      <w:r w:rsidRPr="000127C1">
        <w:rPr>
          <w:bCs/>
          <w:color w:val="auto"/>
          <w:sz w:val="24"/>
          <w:szCs w:val="24"/>
          <w:lang w:val="tt-RU"/>
        </w:rPr>
        <w:t>глаголы,</w:t>
      </w:r>
      <w:r w:rsidRPr="000127C1">
        <w:rPr>
          <w:color w:val="auto"/>
          <w:sz w:val="24"/>
          <w:szCs w:val="24"/>
          <w:lang w:val="tt-RU"/>
        </w:rPr>
        <w:t xml:space="preserve"> выражающие начало и завершение действия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укый башлады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13665E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укып бетерде</w:t>
      </w:r>
      <w:r w:rsidR="0013665E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>;</w:t>
      </w:r>
    </w:p>
    <w:p w14:paraId="611683CF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bCs/>
          <w:i/>
          <w:color w:val="auto"/>
          <w:sz w:val="24"/>
          <w:szCs w:val="24"/>
          <w:lang w:eastAsia="en-US"/>
        </w:rPr>
      </w:pPr>
      <w:r w:rsidRPr="000127C1">
        <w:rPr>
          <w:color w:val="auto"/>
          <w:sz w:val="24"/>
          <w:szCs w:val="24"/>
          <w:lang w:val="tt-RU"/>
        </w:rPr>
        <w:t>причастия настоя</w:t>
      </w:r>
      <w:r w:rsidRPr="000127C1">
        <w:rPr>
          <w:color w:val="auto"/>
          <w:sz w:val="24"/>
          <w:szCs w:val="24"/>
        </w:rPr>
        <w:t>щего</w:t>
      </w:r>
      <w:r w:rsidRPr="000127C1">
        <w:rPr>
          <w:color w:val="auto"/>
          <w:sz w:val="24"/>
          <w:szCs w:val="24"/>
          <w:lang w:val="tt-RU"/>
        </w:rPr>
        <w:t xml:space="preserve"> (баручы кеше</w:t>
      </w:r>
      <w:r w:rsidRPr="000127C1">
        <w:rPr>
          <w:color w:val="auto"/>
          <w:sz w:val="24"/>
          <w:szCs w:val="24"/>
        </w:rPr>
        <w:t>,</w:t>
      </w:r>
      <w:r w:rsidRPr="000127C1">
        <w:rPr>
          <w:color w:val="auto"/>
          <w:sz w:val="24"/>
          <w:szCs w:val="24"/>
          <w:lang w:val="tt-RU"/>
        </w:rPr>
        <w:t xml:space="preserve"> бара торган поезд) и </w:t>
      </w:r>
      <w:r w:rsidRPr="000127C1">
        <w:rPr>
          <w:color w:val="auto"/>
          <w:sz w:val="24"/>
          <w:szCs w:val="24"/>
        </w:rPr>
        <w:t xml:space="preserve">прошедшего </w:t>
      </w:r>
      <w:r w:rsidRPr="000127C1">
        <w:rPr>
          <w:color w:val="auto"/>
          <w:sz w:val="24"/>
          <w:szCs w:val="24"/>
          <w:lang w:val="tt-RU"/>
        </w:rPr>
        <w:t>времени (килгән кунак);</w:t>
      </w:r>
    </w:p>
    <w:p w14:paraId="37CB79DC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конструкция 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имя действия + послелог өчен</w:t>
      </w:r>
      <w:r w:rsidRPr="000127C1">
        <w:rPr>
          <w:rFonts w:eastAsia="Calibri"/>
          <w:i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(белү өчен)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;</w:t>
      </w:r>
    </w:p>
    <w:p w14:paraId="140EC8B6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bCs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главные и второстепенные члены предло</w:t>
      </w:r>
      <w:r w:rsidRPr="000127C1">
        <w:rPr>
          <w:rFonts w:eastAsia="Calibri"/>
          <w:color w:val="auto"/>
          <w:sz w:val="24"/>
          <w:szCs w:val="24"/>
          <w:lang w:eastAsia="en-US"/>
        </w:rPr>
        <w:t>жения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;</w:t>
      </w:r>
    </w:p>
    <w:p w14:paraId="1636B527" w14:textId="05E1AD51" w:rsidR="0061138F" w:rsidRPr="000127C1" w:rsidRDefault="0061138F" w:rsidP="000127C1">
      <w:pPr>
        <w:pStyle w:val="a5"/>
        <w:widowControl w:val="0"/>
        <w:numPr>
          <w:ilvl w:val="0"/>
          <w:numId w:val="73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lang w:val="tt-RU"/>
        </w:rPr>
        <w:t xml:space="preserve">вводные слова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беренчедән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икенчедән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өченчедән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/>
          <w:color w:val="auto"/>
          <w:sz w:val="24"/>
          <w:szCs w:val="24"/>
          <w:lang w:val="tt-RU"/>
        </w:rPr>
        <w:t>;</w:t>
      </w:r>
    </w:p>
    <w:p w14:paraId="4BD05423" w14:textId="653A968C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союзы</w:t>
      </w:r>
      <w:r w:rsidRPr="000127C1">
        <w:rPr>
          <w:rFonts w:eastAsia="Calibri"/>
          <w:i/>
          <w:color w:val="auto"/>
          <w:sz w:val="24"/>
          <w:szCs w:val="24"/>
          <w:lang w:val="tt-RU" w:eastAsia="en-US"/>
        </w:rPr>
        <w:t xml:space="preserve">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да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/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дә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та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/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тә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яки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;</w:t>
      </w:r>
    </w:p>
    <w:p w14:paraId="12389AAF" w14:textId="79DB816B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  <w:lang w:val="tt-RU" w:eastAsia="en-US"/>
        </w:rPr>
      </w:pPr>
      <w:r w:rsidRPr="000127C1">
        <w:rPr>
          <w:color w:val="auto"/>
          <w:sz w:val="24"/>
          <w:szCs w:val="24"/>
          <w:lang w:val="tt-RU" w:eastAsia="en-US"/>
        </w:rPr>
        <w:t>частицы</w:t>
      </w:r>
      <w:r w:rsidRPr="000127C1">
        <w:rPr>
          <w:i/>
          <w:color w:val="auto"/>
          <w:sz w:val="24"/>
          <w:szCs w:val="24"/>
          <w:lang w:val="tt-RU" w:eastAsia="en-US"/>
        </w:rPr>
        <w:t xml:space="preserve">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 w:eastAsia="en-US"/>
        </w:rPr>
        <w:t>әнә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 w:eastAsia="en-US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 w:eastAsia="en-US"/>
        </w:rPr>
        <w:t>менә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 w:eastAsia="en-US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 w:eastAsia="en-US"/>
        </w:rPr>
        <w:t>бит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 w:eastAsia="en-US"/>
        </w:rPr>
        <w:t xml:space="preserve">, </w:t>
      </w:r>
      <w:r w:rsidR="00217304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 w:eastAsia="en-US"/>
        </w:rPr>
        <w:t>тагын</w:t>
      </w:r>
      <w:r w:rsidR="0021730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/>
          <w:color w:val="auto"/>
          <w:sz w:val="24"/>
          <w:szCs w:val="24"/>
          <w:lang w:val="tt-RU" w:eastAsia="en-US"/>
        </w:rPr>
        <w:t>;</w:t>
      </w:r>
    </w:p>
    <w:p w14:paraId="2092E87E" w14:textId="77777777" w:rsidR="0061138F" w:rsidRPr="000127C1" w:rsidRDefault="0061138F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 xml:space="preserve">соблюдать </w:t>
      </w:r>
      <w:r w:rsidRPr="000127C1">
        <w:rPr>
          <w:color w:val="auto"/>
          <w:sz w:val="24"/>
          <w:szCs w:val="24"/>
          <w:shd w:val="clear" w:color="auto" w:fill="FFFFFF"/>
        </w:rPr>
        <w:t>структуру сложных предложений.</w:t>
      </w:r>
    </w:p>
    <w:p w14:paraId="34A87029" w14:textId="77777777" w:rsidR="002833FD" w:rsidRPr="000127C1" w:rsidRDefault="002833FD" w:rsidP="000127C1">
      <w:pPr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0F2AB08D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речевые клише и элементы речевого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 xml:space="preserve">этикета </w:t>
      </w:r>
      <w:r w:rsidRPr="000127C1">
        <w:rPr>
          <w:rFonts w:eastAsia="Calibri"/>
          <w:lang w:val="tt-RU" w:eastAsia="en-US"/>
        </w:rPr>
        <w:t xml:space="preserve">татарского языка </w:t>
      </w:r>
      <w:r w:rsidRPr="000127C1">
        <w:rPr>
          <w:rFonts w:eastAsia="Calibri"/>
          <w:lang w:eastAsia="en-US"/>
        </w:rPr>
        <w:t>в ситуациях общения</w:t>
      </w:r>
      <w:r w:rsidRPr="000127C1">
        <w:rPr>
          <w:rFonts w:eastAsia="Calibri"/>
          <w:lang w:val="tt-RU" w:eastAsia="en-US"/>
        </w:rPr>
        <w:t>;</w:t>
      </w:r>
    </w:p>
    <w:p w14:paraId="73C3D2DB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в устной и письменной речи активную фоновую лексику и реалии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>в рамках отобранного тематического содержания</w:t>
      </w:r>
      <w:r w:rsidRPr="000127C1">
        <w:rPr>
          <w:rFonts w:eastAsia="Calibri"/>
          <w:lang w:val="tt-RU" w:eastAsia="en-US"/>
        </w:rPr>
        <w:t>;</w:t>
      </w:r>
    </w:p>
    <w:p w14:paraId="3A7D2042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val="tt-RU" w:eastAsia="en-US"/>
        </w:rPr>
        <w:t>выражать свою точку зрения по содержанию о</w:t>
      </w:r>
      <w:r w:rsidRPr="000127C1">
        <w:rPr>
          <w:rFonts w:eastAsia="Calibri"/>
          <w:lang w:eastAsia="en-US"/>
        </w:rPr>
        <w:t>бразцов татарской поэзии и прозы;</w:t>
      </w:r>
    </w:p>
    <w:p w14:paraId="6D4B51D3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 xml:space="preserve">писать названия городов России и Татарстана на </w:t>
      </w:r>
      <w:r w:rsidRPr="000127C1">
        <w:rPr>
          <w:rFonts w:eastAsia="Calibri"/>
          <w:lang w:val="tt-RU" w:eastAsia="en-US"/>
        </w:rPr>
        <w:t>татарском языке</w:t>
      </w:r>
      <w:r w:rsidRPr="000127C1">
        <w:rPr>
          <w:rFonts w:eastAsia="Calibri"/>
          <w:lang w:eastAsia="en-US"/>
        </w:rPr>
        <w:t>;</w:t>
      </w:r>
      <w:r w:rsidRPr="000127C1">
        <w:rPr>
          <w:rFonts w:eastAsia="Calibri"/>
          <w:lang w:val="tt-RU" w:eastAsia="en-US"/>
        </w:rPr>
        <w:t xml:space="preserve"> </w:t>
      </w:r>
    </w:p>
    <w:p w14:paraId="7D8F0149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b/>
          <w:bCs/>
        </w:rPr>
      </w:pPr>
      <w:r w:rsidRPr="000127C1">
        <w:rPr>
          <w:rFonts w:eastAsia="Calibri"/>
          <w:lang w:val="tt-RU" w:eastAsia="en-US"/>
        </w:rPr>
        <w:t>представлять известных татарских ученых, артистов, художников, спортсменов.</w:t>
      </w:r>
    </w:p>
    <w:p w14:paraId="383FB964" w14:textId="7500EB77" w:rsidR="00DD1C01" w:rsidRPr="000127C1" w:rsidRDefault="00DB76C3" w:rsidP="000127C1">
      <w:pPr>
        <w:pStyle w:val="1"/>
        <w:spacing w:before="0"/>
        <w:jc w:val="both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bookmarkStart w:id="28" w:name="_Toc105662368"/>
      <w:r w:rsidRPr="000127C1">
        <w:rPr>
          <w:rFonts w:ascii="Times New Roman" w:hAnsi="Times New Roman" w:cs="Times New Roman"/>
          <w:bCs w:val="0"/>
          <w:color w:val="auto"/>
          <w:sz w:val="24"/>
          <w:szCs w:val="24"/>
        </w:rPr>
        <w:t>9 класс</w:t>
      </w:r>
      <w:bookmarkEnd w:id="28"/>
    </w:p>
    <w:p w14:paraId="7FB7FF66" w14:textId="77777777" w:rsidR="00A67051" w:rsidRPr="000127C1" w:rsidRDefault="00A67051" w:rsidP="000127C1">
      <w:pPr>
        <w:ind w:firstLine="709"/>
        <w:jc w:val="both"/>
        <w:rPr>
          <w:rFonts w:eastAsia="Calibri"/>
        </w:rPr>
      </w:pPr>
      <w:r w:rsidRPr="000127C1">
        <w:rPr>
          <w:rFonts w:eastAsia="Calibri"/>
        </w:rPr>
        <w:t>Обучающийся научится:</w:t>
      </w:r>
    </w:p>
    <w:p w14:paraId="3965F7BE" w14:textId="77777777" w:rsidR="00565CA0" w:rsidRPr="000127C1" w:rsidRDefault="00565CA0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Аудирование</w:t>
      </w:r>
    </w:p>
    <w:p w14:paraId="17DE1655" w14:textId="77777777" w:rsidR="00565CA0" w:rsidRPr="000127C1" w:rsidRDefault="00565CA0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воспринимать на слух и понимать звучащие </w:t>
      </w:r>
      <w:r w:rsidRPr="000127C1">
        <w:rPr>
          <w:bCs/>
          <w:color w:val="auto"/>
          <w:sz w:val="24"/>
          <w:szCs w:val="24"/>
          <w:shd w:val="clear" w:color="auto" w:fill="FFFFFF"/>
        </w:rPr>
        <w:t>до 2-х мину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т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с пониманием основного содержания текстов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или </w:t>
      </w:r>
      <w:r w:rsidRPr="000127C1">
        <w:rPr>
          <w:color w:val="auto"/>
          <w:sz w:val="24"/>
          <w:szCs w:val="24"/>
          <w:shd w:val="clear" w:color="auto" w:fill="FFFFFF"/>
        </w:rPr>
        <w:t>запрашиваемой информации.</w:t>
      </w:r>
    </w:p>
    <w:p w14:paraId="087A1FE1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Говорение</w:t>
      </w:r>
    </w:p>
    <w:p w14:paraId="5025BB7A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вести </w:t>
      </w:r>
      <w:r w:rsidR="00544C8A" w:rsidRPr="000127C1">
        <w:rPr>
          <w:color w:val="auto"/>
          <w:sz w:val="24"/>
          <w:szCs w:val="24"/>
          <w:shd w:val="clear" w:color="auto" w:fill="FFFFFF"/>
        </w:rPr>
        <w:t xml:space="preserve">комбинированный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диалог </w:t>
      </w:r>
      <w:r w:rsidR="00544C8A" w:rsidRPr="000127C1">
        <w:rPr>
          <w:color w:val="auto"/>
          <w:sz w:val="24"/>
          <w:szCs w:val="24"/>
          <w:shd w:val="clear" w:color="auto" w:fill="FFFFFF"/>
        </w:rPr>
        <w:t xml:space="preserve">или диалог-обмен мнениями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в стандартных ситуациях общения объемом </w:t>
      </w:r>
      <w:r w:rsidR="00615E75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10–</w:t>
      </w:r>
      <w:r w:rsidR="00615E75" w:rsidRPr="000127C1">
        <w:rPr>
          <w:bCs/>
          <w:color w:val="auto"/>
          <w:sz w:val="24"/>
          <w:szCs w:val="24"/>
          <w:shd w:val="clear" w:color="auto" w:fill="FFFFFF"/>
        </w:rPr>
        <w:t>11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реплик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52960EC3" w14:textId="203DD2B6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создавать устные связные монологические высказывания (описание</w:t>
      </w:r>
      <w:r w:rsidR="006B2685" w:rsidRPr="000127C1">
        <w:rPr>
          <w:color w:val="auto"/>
          <w:sz w:val="24"/>
          <w:szCs w:val="24"/>
          <w:shd w:val="clear" w:color="auto" w:fill="FFFFFF"/>
        </w:rPr>
        <w:t> 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/ </w:t>
      </w:r>
      <w:r w:rsidRPr="000127C1">
        <w:rPr>
          <w:color w:val="auto"/>
          <w:sz w:val="24"/>
          <w:szCs w:val="24"/>
          <w:shd w:val="clear" w:color="auto" w:fill="FFFFFF"/>
        </w:rPr>
        <w:t>характеристика, повествование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="00217304" w:rsidRPr="000127C1">
        <w:rPr>
          <w:color w:val="auto"/>
          <w:sz w:val="24"/>
          <w:szCs w:val="24"/>
          <w:shd w:val="clear" w:color="auto" w:fill="FFFFFF"/>
        </w:rPr>
        <w:t>с</w:t>
      </w:r>
      <w:r w:rsidRPr="000127C1">
        <w:rPr>
          <w:color w:val="auto"/>
          <w:sz w:val="24"/>
          <w:szCs w:val="24"/>
          <w:shd w:val="clear" w:color="auto" w:fill="FFFFFF"/>
        </w:rPr>
        <w:t>ообщение</w:t>
      </w:r>
      <w:r w:rsidR="00565CA0" w:rsidRPr="000127C1">
        <w:rPr>
          <w:color w:val="auto"/>
          <w:sz w:val="24"/>
          <w:szCs w:val="24"/>
          <w:shd w:val="clear" w:color="auto" w:fill="FFFFFF"/>
        </w:rPr>
        <w:t>, рассуждение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) объемом </w:t>
      </w:r>
      <w:r w:rsidR="00615E75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615E75" w:rsidRPr="000127C1">
        <w:rPr>
          <w:bCs/>
          <w:color w:val="auto"/>
          <w:sz w:val="24"/>
          <w:szCs w:val="24"/>
          <w:shd w:val="clear" w:color="auto" w:fill="FFFFFF"/>
        </w:rPr>
        <w:t>10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–</w:t>
      </w:r>
      <w:r w:rsidR="00615E75" w:rsidRPr="000127C1">
        <w:rPr>
          <w:bCs/>
          <w:color w:val="auto"/>
          <w:sz w:val="24"/>
          <w:szCs w:val="24"/>
          <w:shd w:val="clear" w:color="auto" w:fill="FFFFFF"/>
        </w:rPr>
        <w:t xml:space="preserve">11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 вербальными и (или) невербальными опорами или без них в рамках</w:t>
      </w:r>
      <w:r w:rsidR="00F72433" w:rsidRPr="000127C1">
        <w:rPr>
          <w:color w:val="auto"/>
          <w:sz w:val="24"/>
          <w:szCs w:val="24"/>
          <w:shd w:val="clear" w:color="auto" w:fill="FFFFFF"/>
        </w:rPr>
        <w:t xml:space="preserve"> тематического содержания речи;</w:t>
      </w:r>
    </w:p>
    <w:p w14:paraId="61C127B4" w14:textId="48E9A415" w:rsidR="00DA4DA9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передавать основное содержание прочитанного</w:t>
      </w:r>
      <w:r w:rsidR="00055FEC" w:rsidRPr="000127C1">
        <w:rPr>
          <w:color w:val="auto"/>
          <w:sz w:val="24"/>
          <w:szCs w:val="24"/>
          <w:shd w:val="clear" w:color="auto" w:fill="FFFFFF"/>
        </w:rPr>
        <w:t xml:space="preserve"> / </w:t>
      </w:r>
      <w:r w:rsidRPr="000127C1">
        <w:rPr>
          <w:color w:val="auto"/>
          <w:sz w:val="24"/>
          <w:szCs w:val="24"/>
          <w:shd w:val="clear" w:color="auto" w:fill="FFFFFF"/>
        </w:rPr>
        <w:t>прослушанного текста</w:t>
      </w:r>
      <w:r w:rsidR="00217304" w:rsidRPr="000127C1">
        <w:rPr>
          <w:color w:val="auto"/>
          <w:sz w:val="24"/>
          <w:szCs w:val="24"/>
          <w:shd w:val="clear" w:color="auto" w:fill="FFFFFF"/>
        </w:rPr>
        <w:t xml:space="preserve">,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представлять результаты выполненной проектной работы объемом </w:t>
      </w:r>
      <w:r w:rsidR="00615E75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10–</w:t>
      </w:r>
      <w:r w:rsidR="00615E75" w:rsidRPr="000127C1">
        <w:rPr>
          <w:bCs/>
          <w:color w:val="auto"/>
          <w:sz w:val="24"/>
          <w:szCs w:val="24"/>
          <w:shd w:val="clear" w:color="auto" w:fill="FFFFFF"/>
        </w:rPr>
        <w:t xml:space="preserve">11 </w:t>
      </w:r>
      <w:r w:rsidRPr="000127C1">
        <w:rPr>
          <w:bCs/>
          <w:color w:val="auto"/>
          <w:sz w:val="24"/>
          <w:szCs w:val="24"/>
          <w:shd w:val="clear" w:color="auto" w:fill="FFFFFF"/>
        </w:rPr>
        <w:t>фраз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.</w:t>
      </w:r>
    </w:p>
    <w:p w14:paraId="4A1D0E90" w14:textId="77777777" w:rsidR="00615E75" w:rsidRPr="000127C1" w:rsidRDefault="00DA4DA9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bCs/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  <w:lang w:val="tt-RU"/>
        </w:rPr>
        <w:t>кратко излагать результаты выполненной проектной работы (объ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е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м</w:t>
      </w:r>
      <w:r w:rsidR="002D45AC" w:rsidRPr="000127C1">
        <w:rPr>
          <w:color w:val="auto"/>
          <w:sz w:val="24"/>
          <w:szCs w:val="24"/>
          <w:shd w:val="clear" w:color="auto" w:fill="FFFFFF"/>
          <w:lang w:val="tt-RU"/>
        </w:rPr>
        <w:t> </w:t>
      </w:r>
      <w:r w:rsidR="00D05E77" w:rsidRPr="000127C1">
        <w:rPr>
          <w:color w:val="auto"/>
          <w:sz w:val="24"/>
          <w:szCs w:val="24"/>
          <w:shd w:val="clear" w:color="auto" w:fill="FFFFFF"/>
          <w:lang w:val="tt-RU"/>
        </w:rPr>
        <w:t>–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615E75" w:rsidRPr="000127C1">
        <w:rPr>
          <w:color w:val="auto"/>
          <w:sz w:val="24"/>
          <w:szCs w:val="24"/>
          <w:shd w:val="clear" w:color="auto" w:fill="FFFFFF"/>
        </w:rPr>
        <w:t xml:space="preserve">не менее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10–</w:t>
      </w:r>
      <w:r w:rsidR="00615E75" w:rsidRPr="000127C1">
        <w:rPr>
          <w:bCs/>
          <w:color w:val="auto"/>
          <w:sz w:val="24"/>
          <w:szCs w:val="24"/>
          <w:shd w:val="clear" w:color="auto" w:fill="FFFFFF"/>
        </w:rPr>
        <w:t xml:space="preserve">11 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фраз).</w:t>
      </w:r>
    </w:p>
    <w:p w14:paraId="0CF996F6" w14:textId="77777777" w:rsidR="002833FD" w:rsidRPr="000127C1" w:rsidRDefault="002833FD" w:rsidP="000127C1">
      <w:pPr>
        <w:ind w:firstLine="709"/>
        <w:jc w:val="both"/>
        <w:rPr>
          <w:rFonts w:eastAsia="Calibri"/>
        </w:rPr>
      </w:pPr>
      <w:r w:rsidRPr="000127C1">
        <w:rPr>
          <w:rFonts w:eastAsia="Calibri"/>
        </w:rPr>
        <w:t>Смысловое чтение</w:t>
      </w:r>
    </w:p>
    <w:p w14:paraId="5E21004E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DF3692" w:rsidRPr="000127C1">
        <w:rPr>
          <w:bCs/>
          <w:color w:val="auto"/>
          <w:sz w:val="24"/>
          <w:szCs w:val="24"/>
          <w:shd w:val="clear" w:color="auto" w:fill="FFFFFF"/>
        </w:rPr>
        <w:t xml:space="preserve">до </w:t>
      </w:r>
      <w:r w:rsidR="00DB76C3" w:rsidRPr="000127C1">
        <w:rPr>
          <w:bCs/>
          <w:color w:val="auto"/>
          <w:sz w:val="24"/>
          <w:szCs w:val="24"/>
          <w:shd w:val="clear" w:color="auto" w:fill="FFFFFF"/>
        </w:rPr>
        <w:t>250–</w:t>
      </w:r>
      <w:r w:rsidR="00615E75" w:rsidRPr="000127C1">
        <w:rPr>
          <w:bCs/>
          <w:color w:val="auto"/>
          <w:sz w:val="24"/>
          <w:szCs w:val="24"/>
          <w:shd w:val="clear" w:color="auto" w:fill="FFFFFF"/>
        </w:rPr>
        <w:t>300</w:t>
      </w:r>
      <w:r w:rsidRPr="000127C1">
        <w:rPr>
          <w:bCs/>
          <w:color w:val="auto"/>
          <w:sz w:val="24"/>
          <w:szCs w:val="24"/>
          <w:shd w:val="clear" w:color="auto" w:fill="FFFFFF"/>
        </w:rPr>
        <w:t xml:space="preserve"> слов,</w:t>
      </w:r>
      <w:r w:rsidRPr="000127C1">
        <w:rPr>
          <w:color w:val="auto"/>
          <w:sz w:val="24"/>
          <w:szCs w:val="24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B76C3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пониманием запрашиваемой информации,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="00DB76C3" w:rsidRPr="000127C1">
        <w:rPr>
          <w:color w:val="auto"/>
          <w:sz w:val="24"/>
          <w:szCs w:val="24"/>
          <w:shd w:val="clear" w:color="auto" w:fill="FFFFFF"/>
        </w:rPr>
        <w:t>полным пониманием содержания;</w:t>
      </w:r>
    </w:p>
    <w:p w14:paraId="33159F3B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 xml:space="preserve">читать несплошные тексты (таблицы, диаграммы, схемы) и понимать </w:t>
      </w:r>
      <w:r w:rsidR="00F72433" w:rsidRPr="000127C1">
        <w:rPr>
          <w:color w:val="auto"/>
          <w:sz w:val="24"/>
          <w:szCs w:val="24"/>
          <w:shd w:val="clear" w:color="auto" w:fill="FFFFFF"/>
        </w:rPr>
        <w:t>представленную в них информацию.</w:t>
      </w:r>
    </w:p>
    <w:p w14:paraId="5F8A6DAD" w14:textId="3A33A874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Письм</w:t>
      </w:r>
      <w:r w:rsidR="00CD36CA" w:rsidRPr="000127C1">
        <w:rPr>
          <w:rFonts w:eastAsia="Calibri"/>
          <w:b/>
          <w:bCs/>
        </w:rPr>
        <w:t>енная речь</w:t>
      </w:r>
    </w:p>
    <w:p w14:paraId="223A6392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bCs/>
          <w:iCs/>
        </w:rPr>
      </w:pPr>
      <w:r w:rsidRPr="000127C1">
        <w:rPr>
          <w:bCs/>
          <w:iCs/>
        </w:rPr>
        <w:t>писать реплики в соответствии с ситуацией общения;</w:t>
      </w:r>
    </w:p>
    <w:p w14:paraId="350A934F" w14:textId="77777777" w:rsidR="00565CA0" w:rsidRPr="000127C1" w:rsidRDefault="00565CA0" w:rsidP="000127C1">
      <w:pPr>
        <w:numPr>
          <w:ilvl w:val="0"/>
          <w:numId w:val="73"/>
        </w:numPr>
        <w:tabs>
          <w:tab w:val="left" w:pos="284"/>
          <w:tab w:val="left" w:pos="1134"/>
        </w:tabs>
        <w:ind w:left="0" w:firstLine="709"/>
        <w:contextualSpacing/>
        <w:jc w:val="both"/>
        <w:rPr>
          <w:bCs/>
          <w:iCs/>
        </w:rPr>
      </w:pPr>
      <w:r w:rsidRPr="000127C1">
        <w:rPr>
          <w:bCs/>
          <w:iCs/>
        </w:rPr>
        <w:t>писать ответы на заданные вопросы с использованием изученного лексико-грамматического материала;</w:t>
      </w:r>
    </w:p>
    <w:p w14:paraId="71C20B2C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contextualSpacing/>
        <w:jc w:val="both"/>
      </w:pPr>
      <w:r w:rsidRPr="000127C1">
        <w:t xml:space="preserve">составлять и записывать текст по изучаемой теме; </w:t>
      </w:r>
    </w:p>
    <w:p w14:paraId="3C339025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contextualSpacing/>
        <w:jc w:val="both"/>
      </w:pPr>
      <w:r w:rsidRPr="000127C1">
        <w:t>выполнять письменные творческие задания;</w:t>
      </w:r>
    </w:p>
    <w:p w14:paraId="212DAA58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</w:pPr>
      <w:r w:rsidRPr="000127C1">
        <w:rPr>
          <w:bCs/>
          <w:iCs/>
        </w:rPr>
        <w:t xml:space="preserve">составлять личное </w:t>
      </w:r>
      <w:r w:rsidRPr="000127C1">
        <w:rPr>
          <w:bCs/>
          <w:iCs/>
          <w:lang w:val="tt-RU"/>
        </w:rPr>
        <w:t xml:space="preserve">письмо </w:t>
      </w:r>
      <w:r w:rsidRPr="000127C1"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6FECAFB5" w14:textId="77777777" w:rsidR="00565CA0" w:rsidRPr="000127C1" w:rsidRDefault="00565CA0" w:rsidP="000127C1">
      <w:pPr>
        <w:ind w:firstLine="709"/>
        <w:jc w:val="both"/>
        <w:rPr>
          <w:i/>
        </w:rPr>
      </w:pPr>
      <w:r w:rsidRPr="000127C1">
        <w:rPr>
          <w:bCs/>
          <w:iCs/>
        </w:rPr>
        <w:t xml:space="preserve">Объем сообщения – </w:t>
      </w:r>
      <w:r w:rsidRPr="000127C1">
        <w:rPr>
          <w:iCs/>
        </w:rPr>
        <w:t>до 80 слов.</w:t>
      </w:r>
    </w:p>
    <w:p w14:paraId="75C9DFE9" w14:textId="77777777" w:rsidR="002833FD" w:rsidRPr="000127C1" w:rsidRDefault="002833FD" w:rsidP="000127C1">
      <w:pPr>
        <w:jc w:val="both"/>
        <w:rPr>
          <w:rFonts w:eastAsia="Calibri"/>
          <w:b/>
          <w:iCs/>
        </w:rPr>
      </w:pPr>
      <w:r w:rsidRPr="000127C1">
        <w:rPr>
          <w:rFonts w:eastAsia="Calibri"/>
          <w:b/>
          <w:iCs/>
        </w:rPr>
        <w:t>Языковые знания и навыки</w:t>
      </w:r>
    </w:p>
    <w:p w14:paraId="5C9FF63D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Фонетическая сторона речи</w:t>
      </w:r>
    </w:p>
    <w:p w14:paraId="7FB66117" w14:textId="126E9D5B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произносить слова с</w:t>
      </w:r>
      <w:r w:rsidR="00217304" w:rsidRPr="000127C1">
        <w:rPr>
          <w:color w:val="auto"/>
          <w:sz w:val="24"/>
          <w:szCs w:val="24"/>
          <w:shd w:val="clear" w:color="auto" w:fill="FFFFFF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правильным ударением и фразы с соблюдением их ритм</w:t>
      </w:r>
      <w:r w:rsidR="00D05E77" w:rsidRPr="000127C1">
        <w:rPr>
          <w:color w:val="auto"/>
          <w:sz w:val="24"/>
          <w:szCs w:val="24"/>
          <w:shd w:val="clear" w:color="auto" w:fill="FFFFFF"/>
        </w:rPr>
        <w:t>ико-интонационных особенностей;</w:t>
      </w:r>
    </w:p>
    <w:p w14:paraId="12B7B4E1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</w:rPr>
      </w:pPr>
      <w:r w:rsidRPr="000127C1">
        <w:rPr>
          <w:color w:val="auto"/>
          <w:sz w:val="24"/>
          <w:szCs w:val="24"/>
          <w:shd w:val="clear" w:color="auto" w:fill="FFFFFF"/>
        </w:rPr>
        <w:t>в</w:t>
      </w:r>
      <w:r w:rsidR="00DF3692" w:rsidRPr="000127C1">
        <w:rPr>
          <w:color w:val="auto"/>
          <w:sz w:val="24"/>
          <w:szCs w:val="24"/>
          <w:shd w:val="clear" w:color="auto" w:fill="FFFFFF"/>
        </w:rPr>
        <w:t xml:space="preserve">ыразительно </w:t>
      </w:r>
      <w:r w:rsidRPr="000127C1">
        <w:rPr>
          <w:color w:val="auto"/>
          <w:sz w:val="24"/>
          <w:szCs w:val="24"/>
          <w:shd w:val="clear" w:color="auto" w:fill="FFFFFF"/>
        </w:rPr>
        <w:t xml:space="preserve">читать вслух небольшие аутентичные тексты объемом </w:t>
      </w:r>
      <w:r w:rsidRPr="000127C1">
        <w:rPr>
          <w:bCs/>
          <w:color w:val="auto"/>
          <w:sz w:val="24"/>
          <w:szCs w:val="24"/>
          <w:shd w:val="clear" w:color="auto" w:fill="FFFFFF"/>
        </w:rPr>
        <w:t>до 120 слов,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построенные в основном на изученном языковом материале, с соблюдением правил чтения и соответствующей интонацией</w:t>
      </w:r>
      <w:r w:rsidR="00DF3692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2CA2E997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Графика, орфография и пунктуация</w:t>
      </w:r>
    </w:p>
    <w:p w14:paraId="00E81522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627F7392" w14:textId="77777777" w:rsidR="002833FD" w:rsidRPr="000127C1" w:rsidRDefault="00DF3692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 xml:space="preserve">правильно расставлять знаки препинания в </w:t>
      </w:r>
      <w:r w:rsidR="00CC0A8F" w:rsidRPr="000127C1">
        <w:rPr>
          <w:color w:val="auto"/>
          <w:sz w:val="24"/>
          <w:szCs w:val="24"/>
          <w:lang w:val="tt-RU"/>
        </w:rPr>
        <w:t>сложносочиненных и сложноподчиненных предложениях.</w:t>
      </w:r>
    </w:p>
    <w:p w14:paraId="4E81870C" w14:textId="77777777" w:rsidR="002833FD" w:rsidRPr="000127C1" w:rsidRDefault="002833FD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Лексическая сторона речи</w:t>
      </w:r>
    </w:p>
    <w:p w14:paraId="5A26C8F3" w14:textId="5297CF5E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понима</w:t>
      </w:r>
      <w:r w:rsidR="00DF3692" w:rsidRPr="000127C1">
        <w:rPr>
          <w:color w:val="auto"/>
          <w:sz w:val="24"/>
          <w:szCs w:val="24"/>
          <w:shd w:val="clear" w:color="auto" w:fill="FFFFFF"/>
        </w:rPr>
        <w:t>ть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основны</w:t>
      </w:r>
      <w:r w:rsidR="00DF3692" w:rsidRPr="000127C1">
        <w:rPr>
          <w:color w:val="auto"/>
          <w:sz w:val="24"/>
          <w:szCs w:val="24"/>
          <w:shd w:val="clear" w:color="auto" w:fill="FFFFFF"/>
        </w:rPr>
        <w:t>е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значени</w:t>
      </w:r>
      <w:r w:rsidR="00DF3692" w:rsidRPr="000127C1">
        <w:rPr>
          <w:color w:val="auto"/>
          <w:sz w:val="24"/>
          <w:szCs w:val="24"/>
          <w:shd w:val="clear" w:color="auto" w:fill="FFFFFF"/>
        </w:rPr>
        <w:t>я</w:t>
      </w:r>
      <w:r w:rsidRPr="000127C1">
        <w:rPr>
          <w:color w:val="auto"/>
          <w:sz w:val="24"/>
          <w:szCs w:val="24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1CF7FA35" w14:textId="77777777" w:rsidR="00C33374" w:rsidRPr="000127C1" w:rsidRDefault="00F664B2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изученные синонимы и антонимы;</w:t>
      </w:r>
    </w:p>
    <w:p w14:paraId="70467441" w14:textId="77777777" w:rsidR="00C33374" w:rsidRPr="000127C1" w:rsidRDefault="00C33374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shd w:val="clear" w:color="auto" w:fill="FFFFFF"/>
          <w:lang w:val="tt-RU"/>
        </w:rPr>
      </w:pPr>
      <w:r w:rsidRPr="000127C1">
        <w:rPr>
          <w:color w:val="auto"/>
          <w:sz w:val="24"/>
          <w:szCs w:val="24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>;</w:t>
      </w:r>
    </w:p>
    <w:p w14:paraId="59E6D9DF" w14:textId="77777777" w:rsidR="002833FD" w:rsidRPr="000127C1" w:rsidRDefault="002833FD" w:rsidP="000127C1">
      <w:pPr>
        <w:pStyle w:val="a5"/>
        <w:numPr>
          <w:ilvl w:val="0"/>
          <w:numId w:val="73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/>
        </w:rPr>
        <w:t>у</w:t>
      </w:r>
      <w:r w:rsidRPr="000127C1">
        <w:rPr>
          <w:color w:val="auto"/>
          <w:sz w:val="24"/>
          <w:szCs w:val="24"/>
          <w:shd w:val="clear" w:color="auto" w:fill="FFFFFF"/>
        </w:rPr>
        <w:t>потребл</w:t>
      </w:r>
      <w:r w:rsidR="00DF3692" w:rsidRPr="000127C1">
        <w:rPr>
          <w:color w:val="auto"/>
          <w:sz w:val="24"/>
          <w:szCs w:val="24"/>
          <w:shd w:val="clear" w:color="auto" w:fill="FFFFFF"/>
        </w:rPr>
        <w:t xml:space="preserve">ять </w:t>
      </w:r>
      <w:r w:rsidRPr="000127C1">
        <w:rPr>
          <w:color w:val="auto"/>
          <w:sz w:val="24"/>
          <w:szCs w:val="24"/>
          <w:shd w:val="clear" w:color="auto" w:fill="FFFFFF"/>
        </w:rPr>
        <w:t xml:space="preserve">в устной и письменной речи 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 xml:space="preserve">не менее </w:t>
      </w:r>
      <w:r w:rsidR="00DF3692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1</w:t>
      </w:r>
      <w:r w:rsidR="00615E75"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</w:t>
      </w:r>
      <w:r w:rsidRPr="000127C1">
        <w:rPr>
          <w:bCs/>
          <w:color w:val="auto"/>
          <w:sz w:val="24"/>
          <w:szCs w:val="24"/>
          <w:shd w:val="clear" w:color="auto" w:fill="FFFFFF"/>
          <w:lang w:val="tt-RU"/>
        </w:rPr>
        <w:t>00</w:t>
      </w:r>
      <w:r w:rsidRPr="000127C1">
        <w:rPr>
          <w:color w:val="auto"/>
          <w:sz w:val="24"/>
          <w:szCs w:val="24"/>
          <w:shd w:val="clear" w:color="auto" w:fill="FFFFFF"/>
          <w:lang w:val="tt-RU"/>
        </w:rPr>
        <w:t xml:space="preserve"> </w:t>
      </w:r>
      <w:r w:rsidRPr="000127C1">
        <w:rPr>
          <w:color w:val="auto"/>
          <w:sz w:val="24"/>
          <w:szCs w:val="24"/>
          <w:shd w:val="clear" w:color="auto" w:fill="FFFFFF"/>
        </w:rPr>
        <w:t>изученных лексических единиц</w:t>
      </w:r>
      <w:r w:rsidR="00DF3692" w:rsidRPr="000127C1">
        <w:rPr>
          <w:color w:val="auto"/>
          <w:sz w:val="24"/>
          <w:szCs w:val="24"/>
          <w:shd w:val="clear" w:color="auto" w:fill="FFFFFF"/>
        </w:rPr>
        <w:t>.</w:t>
      </w:r>
    </w:p>
    <w:p w14:paraId="1F5EF21C" w14:textId="77777777" w:rsidR="0061138F" w:rsidRPr="000127C1" w:rsidRDefault="0061138F" w:rsidP="000127C1">
      <w:pPr>
        <w:ind w:firstLine="709"/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Грамматическая сторона речи</w:t>
      </w:r>
    </w:p>
    <w:p w14:paraId="187ADB0A" w14:textId="76207CDD" w:rsidR="0061138F" w:rsidRPr="000127C1" w:rsidRDefault="0061138F" w:rsidP="000127C1">
      <w:pPr>
        <w:ind w:firstLine="709"/>
        <w:jc w:val="both"/>
        <w:rPr>
          <w:rFonts w:eastAsia="Calibri"/>
          <w:lang w:val="tt-RU"/>
        </w:rPr>
      </w:pPr>
      <w:r w:rsidRPr="000127C1">
        <w:rPr>
          <w:shd w:val="clear" w:color="auto" w:fill="FFFFFF"/>
          <w:lang w:val="tt-RU"/>
        </w:rPr>
        <w:t>У</w:t>
      </w:r>
      <w:r w:rsidRPr="000127C1">
        <w:rPr>
          <w:shd w:val="clear" w:color="auto" w:fill="FFFFFF"/>
        </w:rPr>
        <w:t xml:space="preserve">потреблять в устной и </w:t>
      </w:r>
      <w:r w:rsidR="00217304" w:rsidRPr="000127C1">
        <w:rPr>
          <w:shd w:val="clear" w:color="auto" w:fill="FFFFFF"/>
        </w:rPr>
        <w:t>«</w:t>
      </w:r>
      <w:r w:rsidRPr="000127C1">
        <w:rPr>
          <w:shd w:val="clear" w:color="auto" w:fill="FFFFFF"/>
        </w:rPr>
        <w:t>письменной</w:t>
      </w:r>
      <w:r w:rsidR="00217304" w:rsidRPr="000127C1">
        <w:rPr>
          <w:shd w:val="clear" w:color="auto" w:fill="FFFFFF"/>
        </w:rPr>
        <w:t>»</w:t>
      </w:r>
      <w:r w:rsidRPr="000127C1">
        <w:rPr>
          <w:shd w:val="clear" w:color="auto" w:fill="FFFFFF"/>
        </w:rPr>
        <w:t xml:space="preserve"> речи изученные морфологические формы и синтаксические конструкции в рамках тематического содержания речи</w:t>
      </w:r>
      <w:r w:rsidRPr="000127C1">
        <w:rPr>
          <w:shd w:val="clear" w:color="auto" w:fill="FFFFFF"/>
          <w:lang w:val="tt-RU"/>
        </w:rPr>
        <w:t>:</w:t>
      </w:r>
    </w:p>
    <w:p w14:paraId="3C31D152" w14:textId="7E66A0F3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отрицательные местоимения </w:t>
      </w:r>
      <w:r w:rsidR="00F16FBF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беркем</w:t>
      </w:r>
      <w:r w:rsidR="00F16FBF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F16FBF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бернәрсә</w:t>
      </w:r>
      <w:r w:rsidR="00F16FBF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, </w:t>
      </w:r>
      <w:r w:rsidR="00F16FBF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беркайчан</w:t>
      </w:r>
      <w:r w:rsidR="00F16FBF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;</w:t>
      </w:r>
    </w:p>
    <w:p w14:paraId="5E380397" w14:textId="5E684D1A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iCs/>
          <w:color w:val="auto"/>
          <w:sz w:val="24"/>
          <w:szCs w:val="24"/>
          <w:lang w:val="tt-RU" w:eastAsia="en-US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вопросительные местоимения </w:t>
      </w:r>
      <w:r w:rsidR="00F16FBF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ни өчен?</w:t>
      </w:r>
      <w:r w:rsidR="00F16FBF" w:rsidRPr="000127C1">
        <w:rPr>
          <w:sz w:val="24"/>
          <w:szCs w:val="24"/>
          <w:shd w:val="clear" w:color="auto" w:fill="FFFFFF"/>
        </w:rPr>
        <w:t>»,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</w:t>
      </w:r>
      <w:r w:rsidR="00F16FBF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нигә?</w:t>
      </w:r>
      <w:r w:rsidR="00F16FBF" w:rsidRPr="000127C1">
        <w:rPr>
          <w:sz w:val="24"/>
          <w:szCs w:val="24"/>
          <w:shd w:val="clear" w:color="auto" w:fill="FFFFFF"/>
        </w:rPr>
        <w:t>»,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</w:t>
      </w:r>
      <w:r w:rsidR="00F16FBF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ник?</w:t>
      </w:r>
      <w:r w:rsidR="00F16FBF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;</w:t>
      </w:r>
    </w:p>
    <w:p w14:paraId="25EE98AA" w14:textId="0D07319B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/>
          <w:iCs/>
          <w:color w:val="auto"/>
          <w:sz w:val="24"/>
          <w:szCs w:val="24"/>
          <w:lang w:val="tt-RU" w:eastAsia="en-US"/>
        </w:rPr>
      </w:pPr>
      <w:r w:rsidRPr="000127C1">
        <w:rPr>
          <w:color w:val="auto"/>
          <w:sz w:val="24"/>
          <w:szCs w:val="24"/>
          <w:lang w:val="tt-RU"/>
        </w:rPr>
        <w:t xml:space="preserve">наречия места </w:t>
      </w:r>
      <w:r w:rsidR="00BF4BAF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ерак</w:t>
      </w:r>
      <w:r w:rsidR="00BF4BAF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</w:t>
      </w:r>
      <w:r w:rsidR="00BF4BAF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якын</w:t>
      </w:r>
      <w:r w:rsidR="00BF4BAF" w:rsidRPr="000127C1">
        <w:rPr>
          <w:sz w:val="24"/>
          <w:szCs w:val="24"/>
          <w:shd w:val="clear" w:color="auto" w:fill="FFFFFF"/>
        </w:rPr>
        <w:t>»</w:t>
      </w:r>
      <w:r w:rsidRPr="000127C1">
        <w:rPr>
          <w:color w:val="auto"/>
          <w:sz w:val="24"/>
          <w:szCs w:val="24"/>
          <w:lang w:val="tt-RU"/>
        </w:rPr>
        <w:t xml:space="preserve">, сравнения-уподобления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яшьләрчә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заманча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батырларча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i/>
          <w:color w:val="auto"/>
          <w:sz w:val="24"/>
          <w:szCs w:val="24"/>
          <w:lang w:val="tt-RU"/>
        </w:rPr>
        <w:t>;</w:t>
      </w:r>
    </w:p>
    <w:p w14:paraId="4D637F4F" w14:textId="77777777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b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 xml:space="preserve">глаголы повелительного наклонения </w:t>
      </w:r>
      <w:r w:rsidRPr="000127C1">
        <w:rPr>
          <w:rFonts w:eastAsia="Calibri"/>
          <w:color w:val="auto"/>
          <w:sz w:val="24"/>
          <w:szCs w:val="24"/>
          <w:lang w:val="en-US" w:eastAsia="en-US"/>
        </w:rPr>
        <w:t>III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бар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сын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! – бар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сыннар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! – ба'рма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сын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! – ба'рма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сыннар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!;</w:t>
      </w:r>
    </w:p>
    <w:p w14:paraId="7D17D376" w14:textId="6DC35D6E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однородные члены предложения; средства связи между однородными членами предложения</w:t>
      </w:r>
      <w:r w:rsidR="00B72154" w:rsidRPr="000127C1">
        <w:rPr>
          <w:rFonts w:eastAsia="Calibri"/>
          <w:color w:val="auto"/>
          <w:sz w:val="24"/>
          <w:szCs w:val="24"/>
          <w:lang w:eastAsia="en-US"/>
        </w:rPr>
        <w:t>,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соединительные союзы: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һәм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да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/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дә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та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/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тә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и ин</w:t>
      </w:r>
      <w:r w:rsidRPr="000127C1">
        <w:rPr>
          <w:rFonts w:eastAsia="Calibri"/>
          <w:color w:val="auto"/>
          <w:sz w:val="24"/>
          <w:szCs w:val="24"/>
          <w:lang w:eastAsia="en-US"/>
        </w:rPr>
        <w:t>тонация перечисления;</w:t>
      </w:r>
    </w:p>
    <w:p w14:paraId="161846F0" w14:textId="57A15DFD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rFonts w:eastAsia="Calibri"/>
          <w:iCs/>
          <w:color w:val="auto"/>
          <w:sz w:val="24"/>
          <w:szCs w:val="24"/>
          <w:lang w:eastAsia="en-US"/>
        </w:rPr>
      </w:pPr>
      <w:r w:rsidRPr="000127C1">
        <w:rPr>
          <w:rFonts w:eastAsia="Calibri"/>
          <w:color w:val="auto"/>
          <w:sz w:val="24"/>
          <w:szCs w:val="24"/>
          <w:lang w:eastAsia="en-US"/>
        </w:rPr>
        <w:t>сложносочиненные предложения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 с союзами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һәм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ә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ләкин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="00B72154" w:rsidRPr="000127C1">
        <w:rPr>
          <w:rFonts w:eastAsia="Calibri"/>
          <w:iCs/>
          <w:color w:val="auto"/>
          <w:sz w:val="24"/>
          <w:szCs w:val="24"/>
          <w:lang w:val="tt-RU" w:eastAsia="en-US"/>
        </w:rPr>
        <w:t>,</w:t>
      </w:r>
      <w:r w:rsidR="00AE6179"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да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/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дә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та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="00055FEC"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 /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тә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 xml:space="preserve">,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iCs/>
          <w:color w:val="auto"/>
          <w:sz w:val="24"/>
          <w:szCs w:val="24"/>
          <w:lang w:val="tt-RU" w:eastAsia="en-US"/>
        </w:rPr>
        <w:t>яки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Cs/>
          <w:color w:val="auto"/>
          <w:sz w:val="24"/>
          <w:szCs w:val="24"/>
          <w:lang w:eastAsia="en-US"/>
        </w:rPr>
        <w:t>;</w:t>
      </w:r>
    </w:p>
    <w:p w14:paraId="3C661C69" w14:textId="203247EB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i/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с</w:t>
      </w:r>
      <w:r w:rsidRPr="000127C1">
        <w:rPr>
          <w:color w:val="auto"/>
          <w:sz w:val="24"/>
          <w:szCs w:val="24"/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Pr="000127C1">
        <w:rPr>
          <w:iCs/>
          <w:color w:val="auto"/>
          <w:sz w:val="24"/>
          <w:szCs w:val="24"/>
          <w:lang w:val="tt-RU"/>
        </w:rPr>
        <w:t>-гач</w:t>
      </w:r>
      <w:r w:rsidR="00055FEC" w:rsidRPr="000127C1">
        <w:rPr>
          <w:iCs/>
          <w:color w:val="auto"/>
          <w:sz w:val="24"/>
          <w:szCs w:val="24"/>
          <w:lang w:val="tt-RU"/>
        </w:rPr>
        <w:t xml:space="preserve"> / </w:t>
      </w:r>
      <w:r w:rsidRPr="000127C1">
        <w:rPr>
          <w:iCs/>
          <w:color w:val="auto"/>
          <w:sz w:val="24"/>
          <w:szCs w:val="24"/>
          <w:lang w:val="tt-RU"/>
        </w:rPr>
        <w:t>-гәч, -кач</w:t>
      </w:r>
      <w:r w:rsidR="00055FEC" w:rsidRPr="000127C1">
        <w:rPr>
          <w:iCs/>
          <w:color w:val="auto"/>
          <w:sz w:val="24"/>
          <w:szCs w:val="24"/>
          <w:lang w:val="tt-RU"/>
        </w:rPr>
        <w:t xml:space="preserve"> / </w:t>
      </w:r>
      <w:r w:rsidRPr="000127C1">
        <w:rPr>
          <w:iCs/>
          <w:color w:val="auto"/>
          <w:sz w:val="24"/>
          <w:szCs w:val="24"/>
          <w:lang w:val="tt-RU"/>
        </w:rPr>
        <w:t>-кәч;</w:t>
      </w:r>
    </w:p>
    <w:p w14:paraId="345CBCF7" w14:textId="7B1465CF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с</w:t>
      </w:r>
      <w:r w:rsidRPr="000127C1">
        <w:rPr>
          <w:color w:val="auto"/>
          <w:sz w:val="24"/>
          <w:szCs w:val="24"/>
          <w:lang w:val="tt-RU"/>
        </w:rPr>
        <w:t xml:space="preserve">ложноподчиненные предложения с придаточным цели, образованные с помощью глаголов повелительного наклонения </w:t>
      </w:r>
      <w:r w:rsidRPr="000127C1">
        <w:rPr>
          <w:rFonts w:eastAsia="Calibri"/>
          <w:color w:val="auto"/>
          <w:sz w:val="24"/>
          <w:szCs w:val="24"/>
          <w:lang w:val="en-US" w:eastAsia="en-US"/>
        </w:rPr>
        <w:t>III</w:t>
      </w:r>
      <w:r w:rsidRPr="000127C1">
        <w:rPr>
          <w:rFonts w:eastAsia="Calibri"/>
          <w:color w:val="auto"/>
          <w:sz w:val="24"/>
          <w:szCs w:val="24"/>
          <w:lang w:eastAsia="en-US"/>
        </w:rPr>
        <w:t xml:space="preserve"> лица 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 xml:space="preserve">ед. и мн. числа и послелога </w:t>
      </w:r>
      <w:r w:rsidR="00B72154" w:rsidRPr="000127C1">
        <w:rPr>
          <w:sz w:val="24"/>
          <w:szCs w:val="24"/>
          <w:shd w:val="clear" w:color="auto" w:fill="FFFFFF"/>
        </w:rPr>
        <w:t>«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өчен</w:t>
      </w:r>
      <w:r w:rsidR="00B72154" w:rsidRPr="000127C1">
        <w:rPr>
          <w:sz w:val="24"/>
          <w:szCs w:val="24"/>
          <w:shd w:val="clear" w:color="auto" w:fill="FFFFFF"/>
        </w:rPr>
        <w:t>»</w:t>
      </w:r>
      <w:r w:rsidRPr="000127C1">
        <w:rPr>
          <w:rFonts w:eastAsia="Calibri"/>
          <w:i/>
          <w:iCs/>
          <w:color w:val="auto"/>
          <w:sz w:val="24"/>
          <w:szCs w:val="24"/>
          <w:lang w:val="tt-RU" w:eastAsia="en-US"/>
        </w:rPr>
        <w:t xml:space="preserve"> </w:t>
      </w:r>
      <w:r w:rsidRPr="000127C1">
        <w:rPr>
          <w:rFonts w:eastAsia="Calibri"/>
          <w:color w:val="auto"/>
          <w:sz w:val="24"/>
          <w:szCs w:val="24"/>
          <w:lang w:val="tt-RU" w:eastAsia="en-US"/>
        </w:rPr>
        <w:t>(булсын өчен</w:t>
      </w:r>
      <w:r w:rsidR="00B72154" w:rsidRPr="000127C1">
        <w:rPr>
          <w:color w:val="auto"/>
          <w:sz w:val="24"/>
          <w:szCs w:val="24"/>
          <w:lang w:val="tt-RU"/>
        </w:rPr>
        <w:t>,</w:t>
      </w:r>
      <w:r w:rsidRPr="000127C1">
        <w:rPr>
          <w:color w:val="auto"/>
          <w:sz w:val="24"/>
          <w:szCs w:val="24"/>
          <w:lang w:val="tt-RU"/>
        </w:rPr>
        <w:t xml:space="preserve"> булсыннар өчен);</w:t>
      </w:r>
    </w:p>
    <w:p w14:paraId="64CA1AE2" w14:textId="1D9E61D2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с</w:t>
      </w:r>
      <w:r w:rsidRPr="000127C1">
        <w:rPr>
          <w:color w:val="auto"/>
          <w:sz w:val="24"/>
          <w:szCs w:val="24"/>
          <w:lang w:val="tt-RU"/>
        </w:rPr>
        <w:t xml:space="preserve">ложноподчиненные предложения с придаточным причины, образованные с помощью союза чөнки; относительного слова </w:t>
      </w:r>
      <w:r w:rsidR="00AE6179" w:rsidRPr="000127C1">
        <w:rPr>
          <w:sz w:val="24"/>
          <w:szCs w:val="24"/>
          <w:shd w:val="clear" w:color="auto" w:fill="FFFFFF"/>
        </w:rPr>
        <w:t>«</w:t>
      </w:r>
      <w:r w:rsidRPr="000127C1">
        <w:rPr>
          <w:iCs/>
          <w:color w:val="auto"/>
          <w:sz w:val="24"/>
          <w:szCs w:val="24"/>
          <w:lang w:val="tt-RU"/>
        </w:rPr>
        <w:t>шуңа күрә</w:t>
      </w:r>
      <w:r w:rsidR="00AE6179" w:rsidRPr="000127C1">
        <w:rPr>
          <w:sz w:val="24"/>
          <w:szCs w:val="24"/>
          <w:shd w:val="clear" w:color="auto" w:fill="FFFFFF"/>
        </w:rPr>
        <w:t>»</w:t>
      </w:r>
      <w:r w:rsidRPr="000127C1">
        <w:rPr>
          <w:iCs/>
          <w:color w:val="auto"/>
          <w:sz w:val="24"/>
          <w:szCs w:val="24"/>
          <w:lang w:val="tt-RU"/>
        </w:rPr>
        <w:t>;</w:t>
      </w:r>
    </w:p>
    <w:p w14:paraId="3876310F" w14:textId="05B49115" w:rsidR="0061138F" w:rsidRPr="000127C1" w:rsidRDefault="0061138F" w:rsidP="000127C1">
      <w:pPr>
        <w:pStyle w:val="a5"/>
        <w:numPr>
          <w:ilvl w:val="0"/>
          <w:numId w:val="74"/>
        </w:numPr>
        <w:tabs>
          <w:tab w:val="left" w:pos="1134"/>
        </w:tabs>
        <w:spacing w:after="0" w:line="240" w:lineRule="auto"/>
        <w:ind w:left="0" w:firstLine="709"/>
        <w:contextualSpacing w:val="0"/>
        <w:rPr>
          <w:color w:val="auto"/>
          <w:sz w:val="24"/>
          <w:szCs w:val="24"/>
          <w:lang w:val="tt-RU"/>
        </w:rPr>
      </w:pPr>
      <w:r w:rsidRPr="000127C1">
        <w:rPr>
          <w:rFonts w:eastAsia="Calibri"/>
          <w:color w:val="auto"/>
          <w:sz w:val="24"/>
          <w:szCs w:val="24"/>
          <w:lang w:val="tt-RU" w:eastAsia="en-US"/>
        </w:rPr>
        <w:t>с</w:t>
      </w:r>
      <w:r w:rsidRPr="000127C1">
        <w:rPr>
          <w:color w:val="auto"/>
          <w:sz w:val="24"/>
          <w:szCs w:val="24"/>
          <w:lang w:val="tt-RU"/>
        </w:rPr>
        <w:t xml:space="preserve">ложноподчиненные предложения с придаточным условия, образованные с помощью союза </w:t>
      </w:r>
      <w:r w:rsidR="00AE6179" w:rsidRPr="000127C1">
        <w:rPr>
          <w:sz w:val="24"/>
          <w:szCs w:val="24"/>
          <w:shd w:val="clear" w:color="auto" w:fill="FFFFFF"/>
        </w:rPr>
        <w:t>«</w:t>
      </w:r>
      <w:r w:rsidRPr="000127C1">
        <w:rPr>
          <w:color w:val="auto"/>
          <w:sz w:val="24"/>
          <w:szCs w:val="24"/>
          <w:lang w:val="tt-RU"/>
        </w:rPr>
        <w:t>әгәр</w:t>
      </w:r>
      <w:r w:rsidR="00AE6179" w:rsidRPr="000127C1">
        <w:rPr>
          <w:sz w:val="24"/>
          <w:szCs w:val="24"/>
          <w:shd w:val="clear" w:color="auto" w:fill="FFFFFF"/>
        </w:rPr>
        <w:t>»</w:t>
      </w:r>
      <w:r w:rsidRPr="000127C1">
        <w:rPr>
          <w:i/>
          <w:iCs/>
          <w:color w:val="auto"/>
          <w:sz w:val="24"/>
          <w:szCs w:val="24"/>
          <w:lang w:val="tt-RU"/>
        </w:rPr>
        <w:t xml:space="preserve"> </w:t>
      </w:r>
      <w:r w:rsidRPr="000127C1">
        <w:rPr>
          <w:color w:val="auto"/>
          <w:sz w:val="24"/>
          <w:szCs w:val="24"/>
          <w:lang w:val="tt-RU"/>
        </w:rPr>
        <w:t>и глаголов условного наклонения (барса, килсә).</w:t>
      </w:r>
    </w:p>
    <w:p w14:paraId="460A81E5" w14:textId="77777777" w:rsidR="002833FD" w:rsidRPr="000127C1" w:rsidRDefault="002833FD" w:rsidP="000127C1">
      <w:pPr>
        <w:tabs>
          <w:tab w:val="left" w:pos="1134"/>
        </w:tabs>
        <w:jc w:val="both"/>
        <w:rPr>
          <w:rFonts w:eastAsia="Calibri"/>
          <w:b/>
          <w:bCs/>
        </w:rPr>
      </w:pPr>
      <w:r w:rsidRPr="000127C1">
        <w:rPr>
          <w:rFonts w:eastAsia="Calibri"/>
          <w:b/>
          <w:bCs/>
        </w:rPr>
        <w:t>Социокультурные знания и умения</w:t>
      </w:r>
    </w:p>
    <w:p w14:paraId="1A526D2C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формулы татарского речевого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>этикета в устной и письменной речи</w:t>
      </w:r>
      <w:r w:rsidRPr="000127C1">
        <w:rPr>
          <w:rFonts w:eastAsia="Calibri"/>
          <w:lang w:val="tt-RU" w:eastAsia="en-US"/>
        </w:rPr>
        <w:t>;</w:t>
      </w:r>
    </w:p>
    <w:p w14:paraId="6732F804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val="tt-RU" w:eastAsia="en-US"/>
        </w:rPr>
      </w:pPr>
      <w:r w:rsidRPr="000127C1">
        <w:rPr>
          <w:rFonts w:eastAsia="Calibri"/>
          <w:lang w:eastAsia="en-US"/>
        </w:rPr>
        <w:t>использовать фоновую лексику и реалии</w:t>
      </w:r>
      <w:r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eastAsia="en-US"/>
        </w:rPr>
        <w:t>в рамках отобранного тематического содержания</w:t>
      </w:r>
      <w:r w:rsidRPr="000127C1">
        <w:rPr>
          <w:rFonts w:eastAsia="Calibri"/>
          <w:lang w:val="tt-RU" w:eastAsia="en-US"/>
        </w:rPr>
        <w:t>;</w:t>
      </w:r>
    </w:p>
    <w:p w14:paraId="296192C9" w14:textId="77777777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rFonts w:eastAsia="Calibri"/>
          <w:lang w:eastAsia="en-US"/>
        </w:rPr>
      </w:pPr>
      <w:r w:rsidRPr="000127C1">
        <w:rPr>
          <w:rFonts w:eastAsia="Calibri"/>
          <w:lang w:val="tt-RU" w:eastAsia="en-US"/>
        </w:rPr>
        <w:t>выражать свою точку зрения по содержанию о</w:t>
      </w:r>
      <w:r w:rsidRPr="000127C1">
        <w:rPr>
          <w:rFonts w:eastAsia="Calibri"/>
          <w:lang w:eastAsia="en-US"/>
        </w:rPr>
        <w:t>бразцов татарской поэзии и прозы;</w:t>
      </w:r>
    </w:p>
    <w:p w14:paraId="1F4900FD" w14:textId="605424A8" w:rsidR="00565CA0" w:rsidRPr="000127C1" w:rsidRDefault="00565CA0" w:rsidP="000127C1">
      <w:pPr>
        <w:numPr>
          <w:ilvl w:val="0"/>
          <w:numId w:val="73"/>
        </w:numPr>
        <w:tabs>
          <w:tab w:val="left" w:pos="1134"/>
        </w:tabs>
        <w:ind w:left="0" w:firstLine="709"/>
        <w:jc w:val="both"/>
        <w:rPr>
          <w:b/>
          <w:bCs/>
        </w:rPr>
      </w:pPr>
      <w:r w:rsidRPr="000127C1">
        <w:rPr>
          <w:rFonts w:eastAsia="Calibri"/>
          <w:lang w:val="tt-RU" w:eastAsia="en-US"/>
        </w:rPr>
        <w:t>представлять Республику Татарстан (столица, города, проживающие на ее территории народы и их</w:t>
      </w:r>
      <w:r w:rsidR="00F14BCA" w:rsidRPr="000127C1">
        <w:rPr>
          <w:rFonts w:eastAsia="Calibri"/>
          <w:lang w:val="tt-RU" w:eastAsia="en-US"/>
        </w:rPr>
        <w:t xml:space="preserve"> </w:t>
      </w:r>
      <w:r w:rsidRPr="000127C1">
        <w:rPr>
          <w:rFonts w:eastAsia="Calibri"/>
          <w:lang w:val="tt-RU" w:eastAsia="en-US"/>
        </w:rPr>
        <w:t>национальные традиции; выдающиеся представители культуры и искусства татарского народа).</w:t>
      </w:r>
    </w:p>
    <w:p w14:paraId="4EB7A6D4" w14:textId="77777777" w:rsidR="00565CA0" w:rsidRPr="000127C1" w:rsidRDefault="00565CA0" w:rsidP="000127C1">
      <w:pPr>
        <w:ind w:firstLine="709"/>
        <w:jc w:val="both"/>
        <w:rPr>
          <w:b/>
        </w:rPr>
      </w:pPr>
    </w:p>
    <w:p w14:paraId="4E09A1FA" w14:textId="77777777" w:rsidR="007553BF" w:rsidRPr="000127C1" w:rsidRDefault="007553BF" w:rsidP="000127C1">
      <w:pPr>
        <w:jc w:val="both"/>
        <w:rPr>
          <w:b/>
        </w:rPr>
      </w:pPr>
    </w:p>
    <w:p w14:paraId="7415C56F" w14:textId="5142F4CB" w:rsidR="00DD1C01" w:rsidRPr="000127C1" w:rsidRDefault="0097508E" w:rsidP="000127C1">
      <w:pPr>
        <w:pStyle w:val="1"/>
        <w:spacing w:before="0"/>
        <w:jc w:val="both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29" w:name="_Toc105662369"/>
      <w:r w:rsidRPr="000127C1">
        <w:rPr>
          <w:rFonts w:ascii="Times New Roman" w:hAnsi="Times New Roman" w:cs="Times New Roman"/>
          <w:color w:val="auto"/>
          <w:sz w:val="24"/>
          <w:szCs w:val="24"/>
        </w:rPr>
        <w:t>ТЕМАТИЧЕСКОЕ ПЛАНИРОВАНИЕ</w:t>
      </w:r>
      <w:r w:rsidR="00055FEC" w:rsidRPr="000127C1">
        <w:rPr>
          <w:rStyle w:val="af9"/>
          <w:rFonts w:ascii="Times New Roman" w:hAnsi="Times New Roman" w:cs="Times New Roman"/>
          <w:color w:val="auto"/>
          <w:sz w:val="24"/>
          <w:szCs w:val="24"/>
        </w:rPr>
        <w:footnoteReference w:id="2"/>
      </w:r>
      <w:bookmarkEnd w:id="29"/>
    </w:p>
    <w:p w14:paraId="412E609A" w14:textId="77777777" w:rsidR="00662975" w:rsidRPr="000127C1" w:rsidRDefault="00662975" w:rsidP="000127C1">
      <w:pPr>
        <w:ind w:firstLine="709"/>
        <w:jc w:val="both"/>
        <w:rPr>
          <w:rFonts w:eastAsia="Calibri"/>
          <w:bCs/>
        </w:rPr>
      </w:pPr>
      <w:r w:rsidRPr="000127C1">
        <w:rPr>
          <w:rFonts w:eastAsia="Calibri"/>
          <w:bCs/>
        </w:rPr>
        <w:t xml:space="preserve">Количество учебных часов на </w:t>
      </w:r>
      <w:r w:rsidRPr="000127C1">
        <w:rPr>
          <w:rFonts w:eastAsia="Calibri"/>
          <w:bCs/>
          <w:lang w:val="tt-RU"/>
        </w:rPr>
        <w:t>ка</w:t>
      </w:r>
      <w:r w:rsidRPr="000127C1">
        <w:rPr>
          <w:rFonts w:eastAsia="Calibri"/>
          <w:bCs/>
        </w:rPr>
        <w:t>ждый раздел может варьироваться при разработке авторской программы, при условии, что общее количество часов сохраняется.</w:t>
      </w:r>
    </w:p>
    <w:p w14:paraId="30517CD2" w14:textId="742698B8" w:rsidR="00662975" w:rsidRPr="000127C1" w:rsidRDefault="00662975" w:rsidP="000127C1">
      <w:pPr>
        <w:ind w:firstLine="709"/>
        <w:jc w:val="both"/>
        <w:rPr>
          <w:rFonts w:eastAsia="Calibri"/>
          <w:b/>
        </w:rPr>
      </w:pPr>
      <w:r w:rsidRPr="000127C1">
        <w:rPr>
          <w:rFonts w:eastAsia="Calibri"/>
          <w:bCs/>
        </w:rPr>
        <w:t xml:space="preserve">Время, формируемое участниками образовательных отношений, может быть использовано для организации самостоятельной работы (включая работу с цифровыми образовательными ресурсами), для подготовки учебных проектов, проведения промежуточного и итогового контроля. </w:t>
      </w:r>
    </w:p>
    <w:p w14:paraId="0E1D6C59" w14:textId="77777777" w:rsidR="004F4E6C" w:rsidRPr="000127C1" w:rsidRDefault="004F4E6C" w:rsidP="000127C1">
      <w:pPr>
        <w:pStyle w:val="1"/>
        <w:spacing w:before="0"/>
        <w:jc w:val="both"/>
        <w:rPr>
          <w:rFonts w:ascii="Times New Roman" w:eastAsia="Calibri" w:hAnsi="Times New Roman" w:cs="Times New Roman"/>
          <w:color w:val="auto"/>
          <w:sz w:val="24"/>
          <w:szCs w:val="24"/>
        </w:rPr>
      </w:pPr>
      <w:bookmarkStart w:id="30" w:name="_Toc105662370"/>
      <w:r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5 класс</w:t>
      </w:r>
      <w:r w:rsidR="00B8165B"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 </w:t>
      </w:r>
      <w:r w:rsidR="002955E3"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 xml:space="preserve">– </w:t>
      </w:r>
      <w:r w:rsidR="00B8165B"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102 ч</w:t>
      </w:r>
      <w:r w:rsidR="002955E3" w:rsidRPr="000127C1">
        <w:rPr>
          <w:rFonts w:ascii="Times New Roman" w:eastAsia="Calibri" w:hAnsi="Times New Roman" w:cs="Times New Roman"/>
          <w:color w:val="auto"/>
          <w:sz w:val="24"/>
          <w:szCs w:val="24"/>
        </w:rPr>
        <w:t>.</w:t>
      </w:r>
      <w:bookmarkEnd w:id="30"/>
    </w:p>
    <w:tbl>
      <w:tblPr>
        <w:tblStyle w:val="a6"/>
        <w:tblW w:w="9464" w:type="dxa"/>
        <w:tblLook w:val="04A0" w:firstRow="1" w:lastRow="0" w:firstColumn="1" w:lastColumn="0" w:noHBand="0" w:noVBand="1"/>
      </w:tblPr>
      <w:tblGrid>
        <w:gridCol w:w="2376"/>
        <w:gridCol w:w="3402"/>
        <w:gridCol w:w="3686"/>
      </w:tblGrid>
      <w:tr w:rsidR="001D2E4E" w:rsidRPr="000127C1" w14:paraId="364EAF16" w14:textId="22CB983E" w:rsidTr="000127C1">
        <w:tc>
          <w:tcPr>
            <w:tcW w:w="2376" w:type="dxa"/>
            <w:vAlign w:val="center"/>
          </w:tcPr>
          <w:p w14:paraId="19D240A5" w14:textId="5FD63028" w:rsidR="00B60276" w:rsidRPr="000127C1" w:rsidRDefault="00A543E2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  <w:lang w:val="tt-RU"/>
              </w:rPr>
              <w:t>Тема, раздел курса</w:t>
            </w:r>
          </w:p>
        </w:tc>
        <w:tc>
          <w:tcPr>
            <w:tcW w:w="3402" w:type="dxa"/>
            <w:vAlign w:val="center"/>
          </w:tcPr>
          <w:p w14:paraId="44601D3E" w14:textId="59E4EC76" w:rsidR="00B60276" w:rsidRPr="000127C1" w:rsidRDefault="00B60276" w:rsidP="000127C1">
            <w:pPr>
              <w:jc w:val="both"/>
              <w:rPr>
                <w:b/>
                <w:bCs/>
              </w:rPr>
            </w:pPr>
            <w:r w:rsidRPr="000127C1">
              <w:rPr>
                <w:b/>
                <w:bCs/>
                <w:lang w:val="tt-RU"/>
              </w:rPr>
              <w:t>Пр</w:t>
            </w:r>
            <w:r w:rsidR="00A543E2" w:rsidRPr="000127C1">
              <w:rPr>
                <w:b/>
                <w:bCs/>
                <w:lang w:val="tt-RU"/>
              </w:rPr>
              <w:t>ограммное</w:t>
            </w:r>
            <w:r w:rsidRPr="000127C1">
              <w:rPr>
                <w:b/>
                <w:bCs/>
                <w:lang w:val="tt-RU"/>
              </w:rPr>
              <w:t xml:space="preserve"> содержание</w:t>
            </w:r>
          </w:p>
        </w:tc>
        <w:tc>
          <w:tcPr>
            <w:tcW w:w="3686" w:type="dxa"/>
            <w:vAlign w:val="center"/>
          </w:tcPr>
          <w:p w14:paraId="4F9458EF" w14:textId="4E2BF6FB" w:rsidR="00B60276" w:rsidRPr="000127C1" w:rsidRDefault="00265CFC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</w:rPr>
              <w:t xml:space="preserve">Основные виды деятельности </w:t>
            </w:r>
            <w:r w:rsidR="00B60276" w:rsidRPr="000127C1">
              <w:rPr>
                <w:b/>
                <w:bCs/>
              </w:rPr>
              <w:t>обучающихся</w:t>
            </w:r>
          </w:p>
        </w:tc>
      </w:tr>
      <w:tr w:rsidR="001D2E4E" w:rsidRPr="000127C1" w14:paraId="69044C25" w14:textId="3FFE4218" w:rsidTr="000127C1">
        <w:tc>
          <w:tcPr>
            <w:tcW w:w="2376" w:type="dxa"/>
          </w:tcPr>
          <w:p w14:paraId="039FB77D" w14:textId="77777777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Мир моего «Я»</w:t>
            </w:r>
          </w:p>
          <w:p w14:paraId="214ED761" w14:textId="77777777" w:rsidR="00B60276" w:rsidRPr="000127C1" w:rsidRDefault="00B60276" w:rsidP="000127C1">
            <w:pPr>
              <w:jc w:val="both"/>
              <w:rPr>
                <w:lang w:val="tt-RU"/>
              </w:rPr>
            </w:pPr>
            <w:r w:rsidRPr="000127C1">
              <w:rPr>
                <w:b/>
                <w:lang w:val="tt-RU"/>
              </w:rPr>
              <w:t>(25 ч.)</w:t>
            </w:r>
          </w:p>
          <w:p w14:paraId="241CF9EF" w14:textId="77777777" w:rsidR="00A5134A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Я и моя семья. Домашни</w:t>
            </w:r>
            <w:r w:rsidRPr="000127C1">
              <w:rPr>
                <w:lang w:val="tt-RU" w:eastAsia="en-US"/>
              </w:rPr>
              <w:t xml:space="preserve">е </w:t>
            </w:r>
            <w:r w:rsidRPr="000127C1">
              <w:rPr>
                <w:lang w:eastAsia="en-US"/>
              </w:rPr>
              <w:t>обязанности.</w:t>
            </w:r>
          </w:p>
          <w:p w14:paraId="77B56489" w14:textId="509FF8EA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bCs/>
                <w:lang w:eastAsia="en-US"/>
              </w:rPr>
              <w:t>Семейные праздники, традиции. Подарки.</w:t>
            </w:r>
            <w:r w:rsidRPr="000127C1">
              <w:rPr>
                <w:lang w:eastAsia="en-US"/>
              </w:rPr>
              <w:t xml:space="preserve"> Поздравления. </w:t>
            </w:r>
          </w:p>
          <w:p w14:paraId="5EE8C2F3" w14:textId="1B30F31C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В гостях</w:t>
            </w:r>
          </w:p>
        </w:tc>
        <w:tc>
          <w:tcPr>
            <w:tcW w:w="3402" w:type="dxa"/>
            <w:vMerge w:val="restart"/>
          </w:tcPr>
          <w:p w14:paraId="0FEFD512" w14:textId="77777777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Аудирование</w:t>
            </w:r>
          </w:p>
          <w:p w14:paraId="7ECDC5E3" w14:textId="31EB4053" w:rsidR="00B60276" w:rsidRPr="000127C1" w:rsidRDefault="00B60276" w:rsidP="000127C1">
            <w:pPr>
              <w:jc w:val="both"/>
            </w:pPr>
            <w:r w:rsidRPr="000127C1">
              <w:t>Понимание на слух речи учителя и одноклассников и вербальная</w:t>
            </w:r>
            <w:r w:rsidR="00055FEC" w:rsidRPr="000127C1">
              <w:t xml:space="preserve"> / </w:t>
            </w:r>
            <w:r w:rsidRPr="000127C1">
              <w:t>невербальная реакция на услышанное.</w:t>
            </w:r>
          </w:p>
          <w:p w14:paraId="372D9811" w14:textId="77777777" w:rsidR="00B60276" w:rsidRPr="000127C1" w:rsidRDefault="00B60276" w:rsidP="000127C1">
            <w:pPr>
              <w:jc w:val="both"/>
            </w:pPr>
            <w:r w:rsidRPr="000127C1">
              <w:t>Развитие умений восприятия и понимания на слух несложных адаптированных аутентичных текстов, содержащих отдельные незнакомые слова, понимание и-содержания в зависимости от поставленной коммуникативной задачи, с пониманием запрашиваемой информации.</w:t>
            </w:r>
          </w:p>
          <w:p w14:paraId="2903C110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0BB8551C" w14:textId="5038AAF8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Диалогическая речь</w:t>
            </w:r>
          </w:p>
          <w:p w14:paraId="39A5C6A6" w14:textId="0C3BF0A4" w:rsidR="00B60276" w:rsidRPr="000127C1" w:rsidRDefault="00B60276" w:rsidP="000127C1">
            <w:pPr>
              <w:jc w:val="both"/>
            </w:pPr>
            <w:r w:rsidRPr="000127C1">
              <w:t>Ведение разн</w:t>
            </w:r>
            <w:r w:rsidR="007B0309" w:rsidRPr="000127C1">
              <w:t>ых видов</w:t>
            </w:r>
            <w:r w:rsidRPr="000127C1">
              <w:t xml:space="preserve"> диалог</w:t>
            </w:r>
            <w:r w:rsidR="008451EE" w:rsidRPr="000127C1">
              <w:t>а</w:t>
            </w:r>
            <w:r w:rsidRPr="000127C1">
              <w:t xml:space="preserve"> из 6–7 реплик со стороны каждого собеседника на заданную тему.</w:t>
            </w:r>
          </w:p>
          <w:p w14:paraId="2B5C85A2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27C29FFA" w14:textId="10125BE8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Монологическая речь</w:t>
            </w:r>
          </w:p>
          <w:p w14:paraId="70801335" w14:textId="24AB5A3F" w:rsidR="00B60276" w:rsidRPr="000127C1" w:rsidRDefault="00B60276" w:rsidP="000127C1">
            <w:pPr>
              <w:jc w:val="both"/>
            </w:pPr>
            <w:r w:rsidRPr="000127C1">
              <w:t>Создание устных связных монологических высказываний с использованием основных коммуникативных типов речи: описание (предмета, людей), повествование</w:t>
            </w:r>
            <w:r w:rsidR="00055FEC" w:rsidRPr="000127C1">
              <w:t xml:space="preserve"> / </w:t>
            </w:r>
            <w:r w:rsidRPr="000127C1">
              <w:t>сообщение.</w:t>
            </w:r>
          </w:p>
          <w:p w14:paraId="7C6DCCD7" w14:textId="77777777" w:rsidR="00B60276" w:rsidRPr="000127C1" w:rsidRDefault="00B60276" w:rsidP="000127C1">
            <w:pPr>
              <w:jc w:val="both"/>
            </w:pPr>
            <w:r w:rsidRPr="000127C1">
              <w:t>Пересказ с опорой на ключевые слова, вопросы или иллюстрации основного содержания прослушанного или прочитанного текста.</w:t>
            </w:r>
          </w:p>
          <w:p w14:paraId="15C4C89D" w14:textId="77777777" w:rsidR="00A543E2" w:rsidRPr="000127C1" w:rsidRDefault="00B60276" w:rsidP="000127C1">
            <w:pPr>
              <w:jc w:val="both"/>
            </w:pPr>
            <w:r w:rsidRPr="000127C1">
              <w:t>Краткое устное изложение результатов выполненного несложного проектного задания.</w:t>
            </w:r>
          </w:p>
          <w:p w14:paraId="1B584639" w14:textId="2D118FC2" w:rsidR="00B60276" w:rsidRPr="000127C1" w:rsidRDefault="00B60276" w:rsidP="000127C1">
            <w:pPr>
              <w:jc w:val="both"/>
            </w:pPr>
            <w:r w:rsidRPr="000127C1">
              <w:t xml:space="preserve">Объем монологического высказывания: </w:t>
            </w:r>
            <w:r w:rsidRPr="000127C1">
              <w:rPr>
                <w:bCs/>
              </w:rPr>
              <w:t>6–7 фраз</w:t>
            </w:r>
            <w:r w:rsidRPr="000127C1">
              <w:t>.</w:t>
            </w:r>
          </w:p>
          <w:p w14:paraId="3BEB131A" w14:textId="77777777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Смысловое чтение</w:t>
            </w:r>
          </w:p>
          <w:p w14:paraId="0F9560D6" w14:textId="77777777" w:rsidR="006B2685" w:rsidRPr="000127C1" w:rsidRDefault="006B2685" w:rsidP="000127C1">
            <w:pPr>
              <w:jc w:val="both"/>
            </w:pPr>
          </w:p>
          <w:p w14:paraId="44489AF8" w14:textId="177F7417" w:rsidR="00B60276" w:rsidRPr="000127C1" w:rsidRDefault="00B60276" w:rsidP="000127C1">
            <w:pPr>
              <w:jc w:val="both"/>
            </w:pPr>
            <w:r w:rsidRPr="000127C1">
              <w:t>Чтение с пониманием учебных и несложных адаптированных аутентичных текстов (объем 130–140 слов),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      </w:r>
          </w:p>
          <w:p w14:paraId="46E9C28C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306E03B9" w14:textId="70B0BA58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Письменная речь</w:t>
            </w:r>
          </w:p>
          <w:p w14:paraId="75A93468" w14:textId="01112A7D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 xml:space="preserve">Выписывание из текста слов, словосочетаний, предложений в соответствии с решаемой коммуникативной задачей; написание о себе основных сведений; </w:t>
            </w:r>
            <w:r w:rsidRPr="000127C1">
              <w:t xml:space="preserve">составление и написание текста по изучаемой теме; </w:t>
            </w:r>
            <w:r w:rsidRPr="000127C1">
              <w:rPr>
                <w:bCs/>
              </w:rPr>
              <w:t>н</w:t>
            </w:r>
            <w:r w:rsidRPr="000127C1">
              <w:rPr>
                <w:bCs/>
                <w:lang w:val="tt-RU"/>
              </w:rPr>
              <w:t>а</w:t>
            </w:r>
            <w:r w:rsidRPr="000127C1">
              <w:rPr>
                <w:bCs/>
              </w:rPr>
              <w:t xml:space="preserve">писание ответов на заданные вопросы с использованием изученного лексико-грамматического материала; </w:t>
            </w:r>
            <w:r w:rsidRPr="000127C1">
              <w:t xml:space="preserve">выполнение письменных творческих заданий; </w:t>
            </w:r>
          </w:p>
          <w:p w14:paraId="79EC8EDF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774C6693" w14:textId="10D94303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Фонетическая сторона речи</w:t>
            </w:r>
          </w:p>
          <w:p w14:paraId="49080BB7" w14:textId="77777777" w:rsidR="00B60276" w:rsidRPr="000127C1" w:rsidRDefault="00B60276" w:rsidP="000127C1">
            <w:pPr>
              <w:widowControl w:val="0"/>
              <w:shd w:val="clear" w:color="auto" w:fill="FFFFFF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pacing w:val="-2"/>
              </w:rPr>
            </w:pPr>
            <w:r w:rsidRPr="000127C1">
              <w:rPr>
                <w:rFonts w:eastAsia="Calibri"/>
                <w:spacing w:val="-2"/>
              </w:rPr>
              <w:t>Правильное произношение:</w:t>
            </w:r>
          </w:p>
          <w:p w14:paraId="6E7A38E0" w14:textId="6FA8F524" w:rsidR="00B60276" w:rsidRPr="000127C1" w:rsidRDefault="00B60276" w:rsidP="000127C1">
            <w:pPr>
              <w:widowControl w:val="0"/>
              <w:shd w:val="clear" w:color="auto" w:fill="FFFFFF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="Calibri"/>
                <w:spacing w:val="-19"/>
                <w:lang w:val="tt-RU"/>
              </w:rPr>
            </w:pPr>
            <w:r w:rsidRPr="000127C1">
              <w:rPr>
                <w:rFonts w:eastAsia="Calibri"/>
                <w:spacing w:val="-2"/>
              </w:rPr>
              <w:t xml:space="preserve">слов с твердыми и мягкими гласными, а также слов, не подчиняющиеся закону сингармонизма; парных, сложных, составных слов; </w:t>
            </w:r>
            <w:r w:rsidRPr="000127C1">
              <w:rPr>
                <w:rFonts w:eastAsia="Calibri"/>
                <w:spacing w:val="-2"/>
                <w:lang w:val="tt-RU"/>
              </w:rPr>
              <w:t>слов с соблюдением правильного ударения и фраз с соблюдением их ритмико-интонационных особенностей.</w:t>
            </w:r>
          </w:p>
          <w:p w14:paraId="2EEFBD8A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61E4CEC0" w14:textId="0331F77A" w:rsidR="00B60276" w:rsidRPr="000127C1" w:rsidRDefault="00B60276" w:rsidP="000127C1">
            <w:pPr>
              <w:jc w:val="both"/>
              <w:rPr>
                <w:rFonts w:eastAsiaTheme="minorEastAsia"/>
                <w:bCs/>
              </w:rPr>
            </w:pPr>
            <w:r w:rsidRPr="000127C1">
              <w:rPr>
                <w:bCs/>
              </w:rPr>
              <w:t>Графика, орфография и пунктуация</w:t>
            </w:r>
          </w:p>
          <w:p w14:paraId="21DC92D0" w14:textId="77777777" w:rsidR="00B60276" w:rsidRPr="000127C1" w:rsidRDefault="00B60276" w:rsidP="000127C1">
            <w:pPr>
              <w:widowControl w:val="0"/>
              <w:tabs>
                <w:tab w:val="left" w:pos="0"/>
                <w:tab w:val="left" w:pos="426"/>
                <w:tab w:val="left" w:pos="993"/>
                <w:tab w:val="left" w:pos="1134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eastAsiaTheme="minorEastAsia"/>
                <w:b/>
              </w:rPr>
            </w:pPr>
            <w:r w:rsidRPr="000127C1">
              <w:t>П</w:t>
            </w:r>
            <w:r w:rsidRPr="000127C1">
              <w:rPr>
                <w:lang w:val="tt-RU"/>
              </w:rPr>
              <w:t xml:space="preserve">равильное написание изученных слов; правильное </w:t>
            </w:r>
            <w:r w:rsidRPr="000127C1">
              <w:t>использование знаков препинания: точки, вопросительного и восклицательного знаков в конце предложения; запятой при перечислении</w:t>
            </w:r>
            <w:r w:rsidRPr="000127C1">
              <w:rPr>
                <w:lang w:val="tt-RU"/>
              </w:rPr>
              <w:t xml:space="preserve"> и обращении</w:t>
            </w:r>
            <w:r w:rsidRPr="000127C1">
              <w:t>.</w:t>
            </w:r>
          </w:p>
          <w:p w14:paraId="4CF50035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25F90118" w14:textId="3E473625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Лексическая сторона речи</w:t>
            </w:r>
          </w:p>
          <w:p w14:paraId="5CABACCA" w14:textId="77777777" w:rsidR="00B60276" w:rsidRPr="000127C1" w:rsidRDefault="00B60276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 xml:space="preserve">Распознавание и употребление в устной и письменной речи не менее 500 лексических единиц (слов, словосочетаний, речевых клише), обслуживающих ситуации общения в рамках тематического содержания речи в том числе: </w:t>
            </w:r>
          </w:p>
          <w:p w14:paraId="4110AEA1" w14:textId="5D4075A1" w:rsidR="00B60276" w:rsidRPr="000127C1" w:rsidRDefault="00B60276" w:rsidP="000127C1">
            <w:pPr>
              <w:jc w:val="both"/>
              <w:rPr>
                <w:lang w:val="tt-RU"/>
              </w:rPr>
            </w:pPr>
            <w:r w:rsidRPr="000127C1">
              <w:t xml:space="preserve">слов-названий предметов, их признаков, действий предметов; </w:t>
            </w:r>
            <w:r w:rsidRPr="000127C1">
              <w:rPr>
                <w:lang w:val="tt-RU"/>
              </w:rPr>
              <w:t>заимствованных слов; синонимов и антонимов изученных слов; производных</w:t>
            </w:r>
            <w:r w:rsidR="00A5134A" w:rsidRPr="000127C1">
              <w:rPr>
                <w:lang w:val="tt-RU"/>
              </w:rPr>
              <w:t xml:space="preserve"> «урманчы», «карлы», парных «бала-чага», сложных «китапханә», составных «кура җиләге» слов</w:t>
            </w:r>
          </w:p>
          <w:p w14:paraId="571152E3" w14:textId="77777777" w:rsidR="006B2685" w:rsidRPr="000127C1" w:rsidRDefault="006B2685" w:rsidP="000127C1">
            <w:pPr>
              <w:jc w:val="both"/>
              <w:rPr>
                <w:bCs/>
              </w:rPr>
            </w:pPr>
          </w:p>
          <w:p w14:paraId="252DD286" w14:textId="6E15D821" w:rsidR="0061138F" w:rsidRPr="000127C1" w:rsidRDefault="0061138F" w:rsidP="000127C1">
            <w:pPr>
              <w:jc w:val="both"/>
              <w:rPr>
                <w:bCs/>
              </w:rPr>
            </w:pPr>
            <w:r w:rsidRPr="000127C1">
              <w:rPr>
                <w:bCs/>
              </w:rPr>
              <w:t>Грамматическая сторона речи</w:t>
            </w:r>
          </w:p>
          <w:p w14:paraId="69F2124E" w14:textId="77777777" w:rsidR="0061138F" w:rsidRPr="000127C1" w:rsidRDefault="0061138F" w:rsidP="000127C1">
            <w:pPr>
              <w:tabs>
                <w:tab w:val="left" w:pos="323"/>
                <w:tab w:val="left" w:pos="993"/>
              </w:tabs>
              <w:jc w:val="both"/>
              <w:rPr>
                <w:bCs/>
                <w:lang w:val="tt-RU"/>
              </w:rPr>
            </w:pPr>
            <w:r w:rsidRPr="000127C1">
              <w:rPr>
                <w:bCs/>
              </w:rPr>
              <w:t>Распознавание в письменном и звучащем тексте и употребление</w:t>
            </w:r>
            <w:r w:rsidRPr="000127C1">
              <w:rPr>
                <w:bCs/>
                <w:lang w:val="tt-RU"/>
              </w:rPr>
              <w:t xml:space="preserve"> </w:t>
            </w:r>
            <w:r w:rsidRPr="000127C1">
              <w:rPr>
                <w:bCs/>
              </w:rPr>
              <w:t>в устной и письменной речи изученных морфологических</w:t>
            </w:r>
            <w:r w:rsidRPr="000127C1">
              <w:rPr>
                <w:bCs/>
                <w:lang w:val="tt-RU"/>
              </w:rPr>
              <w:t xml:space="preserve"> </w:t>
            </w:r>
            <w:r w:rsidRPr="000127C1">
              <w:rPr>
                <w:bCs/>
              </w:rPr>
              <w:t xml:space="preserve">форм и синтаксических конструкций </w:t>
            </w:r>
            <w:r w:rsidRPr="000127C1">
              <w:rPr>
                <w:bCs/>
                <w:lang w:val="tt-RU"/>
              </w:rPr>
              <w:t>татарского языка:</w:t>
            </w:r>
          </w:p>
          <w:p w14:paraId="06B519F3" w14:textId="77777777" w:rsidR="0061138F" w:rsidRPr="000127C1" w:rsidRDefault="0061138F" w:rsidP="000127C1">
            <w:pPr>
              <w:numPr>
                <w:ilvl w:val="0"/>
                <w:numId w:val="82"/>
              </w:numPr>
              <w:tabs>
                <w:tab w:val="left" w:pos="323"/>
                <w:tab w:val="left" w:pos="993"/>
              </w:tabs>
              <w:ind w:left="0" w:firstLine="0"/>
              <w:jc w:val="both"/>
              <w:rPr>
                <w:rFonts w:eastAsia="Calibri"/>
                <w:b/>
                <w:lang w:eastAsia="en-US"/>
              </w:rPr>
            </w:pPr>
            <w:r w:rsidRPr="000127C1">
              <w:rPr>
                <w:lang w:val="tt-RU"/>
              </w:rPr>
              <w:t>имена существительные ед. и мн. числа в разных падежах;</w:t>
            </w:r>
          </w:p>
          <w:p w14:paraId="6CB12A0F" w14:textId="77777777" w:rsidR="0061138F" w:rsidRPr="000127C1" w:rsidRDefault="0061138F" w:rsidP="000127C1">
            <w:pPr>
              <w:numPr>
                <w:ilvl w:val="0"/>
                <w:numId w:val="75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имена существительные с</w:t>
            </w:r>
            <w:r w:rsidRPr="000127C1">
              <w:rPr>
                <w:spacing w:val="1"/>
                <w:lang w:eastAsia="en-US"/>
              </w:rPr>
              <w:t xml:space="preserve"> аффиксами </w:t>
            </w:r>
            <w:r w:rsidRPr="000127C1">
              <w:rPr>
                <w:lang w:eastAsia="en-US"/>
              </w:rPr>
              <w:t>принадлеж</w:t>
            </w:r>
            <w:r w:rsidRPr="000127C1">
              <w:rPr>
                <w:lang w:val="tt-RU" w:eastAsia="en-US"/>
              </w:rPr>
              <w:t>н</w:t>
            </w:r>
            <w:r w:rsidRPr="000127C1">
              <w:rPr>
                <w:lang w:eastAsia="en-US"/>
              </w:rPr>
              <w:t xml:space="preserve">ости </w:t>
            </w:r>
            <w:r w:rsidRPr="000127C1">
              <w:rPr>
                <w:lang w:val="en-US" w:eastAsia="en-US"/>
              </w:rPr>
              <w:t>I</w:t>
            </w:r>
            <w:r w:rsidRPr="000127C1">
              <w:rPr>
                <w:lang w:eastAsia="en-US"/>
              </w:rPr>
              <w:t xml:space="preserve">, </w:t>
            </w:r>
            <w:r w:rsidRPr="000127C1">
              <w:rPr>
                <w:lang w:val="en-US" w:eastAsia="en-US"/>
              </w:rPr>
              <w:t>II</w:t>
            </w:r>
            <w:r w:rsidRPr="000127C1">
              <w:rPr>
                <w:lang w:eastAsia="en-US"/>
              </w:rPr>
              <w:t xml:space="preserve">, </w:t>
            </w:r>
            <w:r w:rsidRPr="000127C1">
              <w:rPr>
                <w:lang w:val="en-US" w:eastAsia="en-US"/>
              </w:rPr>
              <w:t>III</w:t>
            </w:r>
            <w:r w:rsidRPr="000127C1">
              <w:rPr>
                <w:lang w:eastAsia="en-US"/>
              </w:rPr>
              <w:t xml:space="preserve"> лица единственного и множественного числа;</w:t>
            </w:r>
          </w:p>
          <w:p w14:paraId="63A776C9" w14:textId="435A69AC" w:rsidR="0061138F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rPr>
                <w:lang w:val="tt-RU"/>
              </w:rPr>
              <w:t xml:space="preserve">наречия времени </w:t>
            </w:r>
            <w:r w:rsidR="00A5134A" w:rsidRPr="000127C1">
              <w:rPr>
                <w:lang w:val="tt-RU"/>
              </w:rPr>
              <w:t>«былтыр», «быел», «иртән», «көндез», «кичен»; сравнения-уподобления «татарча», «русча», «инглизчә»;</w:t>
            </w:r>
          </w:p>
          <w:p w14:paraId="2A84E818" w14:textId="77777777" w:rsidR="0061138F" w:rsidRPr="000127C1" w:rsidRDefault="0061138F" w:rsidP="000127C1">
            <w:pPr>
              <w:numPr>
                <w:ilvl w:val="0"/>
                <w:numId w:val="75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lang w:eastAsia="en-US"/>
              </w:rPr>
            </w:pPr>
            <w:r w:rsidRPr="000127C1">
              <w:rPr>
                <w:rFonts w:eastAsia="Calibri"/>
                <w:lang w:eastAsia="en-US"/>
              </w:rPr>
              <w:t xml:space="preserve">глаголы повелительного наклонения </w:t>
            </w:r>
            <w:r w:rsidRPr="000127C1">
              <w:rPr>
                <w:rFonts w:eastAsia="Calibri"/>
                <w:lang w:val="en-US" w:eastAsia="en-US"/>
              </w:rPr>
              <w:t>II</w:t>
            </w:r>
            <w:r w:rsidRPr="000127C1">
              <w:rPr>
                <w:rFonts w:eastAsia="Calibri"/>
                <w:lang w:eastAsia="en-US"/>
              </w:rPr>
              <w:t xml:space="preserve"> лица единственного и множественного числа в </w:t>
            </w:r>
            <w:r w:rsidRPr="000127C1">
              <w:t>утвердительной</w:t>
            </w:r>
            <w:r w:rsidRPr="000127C1">
              <w:rPr>
                <w:rFonts w:eastAsia="Calibri"/>
                <w:lang w:eastAsia="en-US"/>
              </w:rPr>
              <w:t xml:space="preserve"> и отрицательной формах: бар! – барыгыз! – ба'рма! – ба'рмагыз!;</w:t>
            </w:r>
          </w:p>
          <w:p w14:paraId="47C8A9D9" w14:textId="77777777" w:rsidR="0061138F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rPr>
                <w:lang w:val="tt-RU"/>
              </w:rPr>
              <w:t>г</w:t>
            </w:r>
            <w:r w:rsidRPr="000127C1">
              <w:t>лаголы прошедшего о</w:t>
            </w:r>
            <w:r w:rsidRPr="000127C1">
              <w:rPr>
                <w:lang w:val="tt-RU"/>
              </w:rPr>
              <w:t xml:space="preserve">пределенного </w:t>
            </w:r>
            <w:r w:rsidRPr="000127C1">
              <w:t xml:space="preserve">времени I, II, III лица единственного </w:t>
            </w:r>
            <w:r w:rsidRPr="000127C1">
              <w:rPr>
                <w:lang w:val="tt-RU"/>
              </w:rPr>
              <w:t xml:space="preserve">и множественного </w:t>
            </w:r>
            <w:r w:rsidRPr="000127C1">
              <w:t xml:space="preserve">числа в утвердительной </w:t>
            </w:r>
            <w:r w:rsidRPr="000127C1">
              <w:rPr>
                <w:lang w:val="tt-RU"/>
              </w:rPr>
              <w:t>и отрицател</w:t>
            </w:r>
            <w:r w:rsidRPr="000127C1">
              <w:t>ьной формах;</w:t>
            </w:r>
          </w:p>
          <w:p w14:paraId="7828CE75" w14:textId="77777777" w:rsidR="0061138F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t>глаголы</w:t>
            </w:r>
            <w:r w:rsidRPr="000127C1">
              <w:rPr>
                <w:rFonts w:eastAsia="Calibri"/>
                <w:lang w:eastAsia="en-US"/>
              </w:rPr>
              <w:t xml:space="preserve"> </w:t>
            </w:r>
            <w:r w:rsidRPr="000127C1">
              <w:rPr>
                <w:lang w:val="tt-RU"/>
              </w:rPr>
              <w:t>п</w:t>
            </w:r>
            <w:r w:rsidRPr="000127C1">
              <w:t>рошедшего неопределенного времени в III лице единственного</w:t>
            </w:r>
            <w:r w:rsidRPr="000127C1">
              <w:rPr>
                <w:lang w:val="tt-RU"/>
              </w:rPr>
              <w:t xml:space="preserve"> числа;</w:t>
            </w:r>
          </w:p>
          <w:p w14:paraId="54DE3AEF" w14:textId="549B5771" w:rsidR="00E03218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rPr>
                <w:lang w:val="tt-RU"/>
              </w:rPr>
              <w:t>инфинитив с модал</w:t>
            </w:r>
            <w:r w:rsidRPr="000127C1">
              <w:t>ь</w:t>
            </w:r>
            <w:r w:rsidRPr="000127C1">
              <w:rPr>
                <w:lang w:val="tt-RU"/>
              </w:rPr>
              <w:t xml:space="preserve">ными словами </w:t>
            </w:r>
            <w:r w:rsidR="00A5134A" w:rsidRPr="000127C1">
              <w:t>«кирәк»</w:t>
            </w:r>
            <w:r w:rsidR="00055FEC" w:rsidRPr="000127C1">
              <w:t xml:space="preserve"> / </w:t>
            </w:r>
            <w:r w:rsidR="00A5134A" w:rsidRPr="000127C1">
              <w:t>«кирәкми», «ярый»</w:t>
            </w:r>
            <w:r w:rsidR="00055FEC" w:rsidRPr="000127C1">
              <w:t xml:space="preserve"> / </w:t>
            </w:r>
            <w:r w:rsidR="00A5134A" w:rsidRPr="000127C1">
              <w:t>«ярамый»;</w:t>
            </w:r>
          </w:p>
          <w:p w14:paraId="6FC1CBA7" w14:textId="22CDA416" w:rsidR="00E03218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t>аналитическая форма глагол</w:t>
            </w:r>
            <w:r w:rsidRPr="000127C1">
              <w:rPr>
                <w:lang w:val="tt-RU"/>
              </w:rPr>
              <w:t xml:space="preserve">а, </w:t>
            </w:r>
            <w:r w:rsidR="00E03218" w:rsidRPr="000127C1">
              <w:rPr>
                <w:lang w:val="tt-RU"/>
              </w:rPr>
              <w:t>выражающая возможность</w:t>
            </w:r>
            <w:r w:rsidR="00055FEC" w:rsidRPr="000127C1">
              <w:rPr>
                <w:lang w:val="tt-RU"/>
              </w:rPr>
              <w:t xml:space="preserve"> / </w:t>
            </w:r>
            <w:r w:rsidR="00E03218" w:rsidRPr="000127C1">
              <w:rPr>
                <w:lang w:val="tt-RU"/>
              </w:rPr>
              <w:t>невозможность, «укый беләм» («белмим»), «сөйләшә алам» («алмыйм»);</w:t>
            </w:r>
          </w:p>
          <w:p w14:paraId="7EF80BF4" w14:textId="47C98F86" w:rsidR="001A5E94" w:rsidRPr="000127C1" w:rsidRDefault="001A5E94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rPr>
                <w:lang w:val="tt-RU"/>
              </w:rPr>
              <w:t>послелоги өчен, аша с существительными и местоимениями</w:t>
            </w:r>
            <w:r w:rsidRPr="000127C1">
              <w:t>;</w:t>
            </w:r>
          </w:p>
          <w:p w14:paraId="464F6741" w14:textId="1F8EFA7C" w:rsidR="0061138F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rPr>
                <w:lang w:val="tt-RU"/>
              </w:rPr>
              <w:t>послело</w:t>
            </w:r>
            <w:r w:rsidRPr="000127C1">
              <w:t>жные слова</w:t>
            </w:r>
            <w:r w:rsidRPr="000127C1">
              <w:rPr>
                <w:lang w:val="tt-RU"/>
              </w:rPr>
              <w:t>:</w:t>
            </w:r>
            <w:r w:rsidRPr="000127C1">
              <w:t xml:space="preserve"> </w:t>
            </w:r>
            <w:r w:rsidR="00405241" w:rsidRPr="000127C1">
              <w:rPr>
                <w:lang w:val="tt-RU"/>
              </w:rPr>
              <w:t>«</w:t>
            </w:r>
            <w:r w:rsidRPr="000127C1">
              <w:rPr>
                <w:rFonts w:eastAsia="Calibri"/>
                <w:lang w:eastAsia="en-US"/>
              </w:rPr>
              <w:t>янында</w:t>
            </w:r>
            <w:r w:rsidR="00405241" w:rsidRPr="000127C1">
              <w:rPr>
                <w:lang w:val="tt-RU"/>
              </w:rPr>
              <w:t>»</w:t>
            </w:r>
            <w:r w:rsidRPr="000127C1">
              <w:rPr>
                <w:rFonts w:eastAsia="Calibri"/>
                <w:lang w:eastAsia="en-US"/>
              </w:rPr>
              <w:t xml:space="preserve">, </w:t>
            </w:r>
            <w:r w:rsidR="00405241" w:rsidRPr="000127C1">
              <w:rPr>
                <w:lang w:val="tt-RU"/>
              </w:rPr>
              <w:t>«</w:t>
            </w:r>
            <w:r w:rsidRPr="000127C1">
              <w:rPr>
                <w:rFonts w:eastAsia="Calibri"/>
                <w:lang w:eastAsia="en-US"/>
              </w:rPr>
              <w:t>өстендә</w:t>
            </w:r>
            <w:r w:rsidR="00405241" w:rsidRPr="000127C1">
              <w:rPr>
                <w:lang w:val="tt-RU"/>
              </w:rPr>
              <w:t>»</w:t>
            </w:r>
            <w:r w:rsidRPr="000127C1">
              <w:rPr>
                <w:rFonts w:eastAsia="Calibri"/>
                <w:lang w:eastAsia="en-US"/>
              </w:rPr>
              <w:t xml:space="preserve">, </w:t>
            </w:r>
            <w:r w:rsidR="00405241" w:rsidRPr="000127C1">
              <w:rPr>
                <w:lang w:val="tt-RU"/>
              </w:rPr>
              <w:t>«</w:t>
            </w:r>
            <w:r w:rsidRPr="000127C1">
              <w:rPr>
                <w:rFonts w:eastAsia="Calibri"/>
                <w:lang w:eastAsia="en-US"/>
              </w:rPr>
              <w:t>астында</w:t>
            </w:r>
            <w:r w:rsidR="00405241" w:rsidRPr="000127C1">
              <w:rPr>
                <w:lang w:val="tt-RU"/>
              </w:rPr>
              <w:t>»</w:t>
            </w:r>
            <w:r w:rsidRPr="000127C1">
              <w:rPr>
                <w:rFonts w:eastAsia="Calibri"/>
                <w:lang w:val="tt-RU" w:eastAsia="en-US"/>
              </w:rPr>
              <w:t xml:space="preserve">, </w:t>
            </w:r>
            <w:r w:rsidR="00405241" w:rsidRPr="000127C1">
              <w:rPr>
                <w:lang w:val="tt-RU"/>
              </w:rPr>
              <w:t>«</w:t>
            </w:r>
            <w:r w:rsidRPr="000127C1">
              <w:rPr>
                <w:rFonts w:eastAsia="Calibri"/>
                <w:lang w:val="tt-RU" w:eastAsia="en-US"/>
              </w:rPr>
              <w:t>эчендә</w:t>
            </w:r>
            <w:r w:rsidR="00405241" w:rsidRPr="000127C1">
              <w:rPr>
                <w:lang w:val="tt-RU"/>
              </w:rPr>
              <w:t>»</w:t>
            </w:r>
            <w:r w:rsidRPr="000127C1">
              <w:rPr>
                <w:rFonts w:eastAsia="Calibri"/>
                <w:lang w:val="tt-RU" w:eastAsia="en-US"/>
              </w:rPr>
              <w:t>;</w:t>
            </w:r>
          </w:p>
          <w:p w14:paraId="6F390DC4" w14:textId="77777777" w:rsidR="0061138F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</w:pPr>
            <w:r w:rsidRPr="000127C1">
              <w:rPr>
                <w:lang w:val="tt-RU"/>
              </w:rPr>
              <w:t>сочинителные союзы;</w:t>
            </w:r>
          </w:p>
          <w:p w14:paraId="7AD1FA48" w14:textId="36F12C62" w:rsidR="0061138F" w:rsidRPr="000127C1" w:rsidRDefault="0061138F" w:rsidP="000127C1">
            <w:pPr>
              <w:widowControl w:val="0"/>
              <w:numPr>
                <w:ilvl w:val="0"/>
                <w:numId w:val="75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jc w:val="both"/>
            </w:pPr>
            <w:r w:rsidRPr="000127C1">
              <w:rPr>
                <w:lang w:val="tt-RU"/>
              </w:rPr>
              <w:t xml:space="preserve">вводные слова </w:t>
            </w:r>
            <w:r w:rsidR="00405241" w:rsidRPr="000127C1">
              <w:rPr>
                <w:lang w:val="tt-RU"/>
              </w:rPr>
              <w:t>«</w:t>
            </w:r>
            <w:r w:rsidRPr="000127C1">
              <w:rPr>
                <w:lang w:val="tt-RU"/>
              </w:rPr>
              <w:t>минемчә</w:t>
            </w:r>
            <w:r w:rsidR="00405241" w:rsidRPr="000127C1">
              <w:rPr>
                <w:lang w:val="tt-RU"/>
              </w:rPr>
              <w:t>»</w:t>
            </w:r>
            <w:r w:rsidRPr="000127C1">
              <w:rPr>
                <w:lang w:val="tt-RU"/>
              </w:rPr>
              <w:t xml:space="preserve">, </w:t>
            </w:r>
            <w:r w:rsidR="00405241" w:rsidRPr="000127C1">
              <w:rPr>
                <w:lang w:val="tt-RU"/>
              </w:rPr>
              <w:t>«</w:t>
            </w:r>
            <w:r w:rsidRPr="000127C1">
              <w:rPr>
                <w:lang w:val="tt-RU"/>
              </w:rPr>
              <w:t>синеңчә</w:t>
            </w:r>
            <w:r w:rsidR="00405241" w:rsidRPr="000127C1">
              <w:rPr>
                <w:lang w:val="tt-RU"/>
              </w:rPr>
              <w:t>»</w:t>
            </w:r>
          </w:p>
          <w:p w14:paraId="45EB765A" w14:textId="77777777" w:rsidR="006B2685" w:rsidRPr="000127C1" w:rsidRDefault="006B2685" w:rsidP="000127C1">
            <w:pPr>
              <w:jc w:val="both"/>
              <w:rPr>
                <w:rFonts w:eastAsia="Calibri"/>
              </w:rPr>
            </w:pPr>
          </w:p>
          <w:p w14:paraId="6BD8F582" w14:textId="4EA5B3B1" w:rsidR="00B60276" w:rsidRPr="000127C1" w:rsidRDefault="00B60276" w:rsidP="000127C1">
            <w:pPr>
              <w:jc w:val="both"/>
              <w:rPr>
                <w:rFonts w:eastAsia="Calibri"/>
                <w:lang w:val="tt-RU"/>
              </w:rPr>
            </w:pPr>
            <w:r w:rsidRPr="000127C1">
              <w:rPr>
                <w:rFonts w:eastAsia="Calibri"/>
              </w:rPr>
              <w:t>Социокультурные знания и умения</w:t>
            </w:r>
          </w:p>
          <w:p w14:paraId="14564572" w14:textId="3A2B2F83" w:rsidR="00B60276" w:rsidRPr="000127C1" w:rsidRDefault="00B60276" w:rsidP="000127C1">
            <w:pPr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lang w:val="tt-RU" w:eastAsia="en-US"/>
              </w:rPr>
            </w:pPr>
            <w:r w:rsidRPr="000127C1">
              <w:rPr>
                <w:rFonts w:eastAsia="Calibri"/>
                <w:lang w:val="tt-RU" w:eastAsia="en-US"/>
              </w:rPr>
              <w:t>и</w:t>
            </w:r>
            <w:r w:rsidRPr="000127C1">
              <w:rPr>
                <w:rFonts w:eastAsia="Calibri"/>
                <w:lang w:eastAsia="en-US"/>
              </w:rPr>
              <w:t>спользование социокультурных элементов речевого</w:t>
            </w:r>
            <w:r w:rsidRPr="000127C1">
              <w:rPr>
                <w:rFonts w:eastAsia="Calibri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lang w:eastAsia="en-US"/>
              </w:rPr>
              <w:t xml:space="preserve">поведенческого этикета </w:t>
            </w:r>
            <w:r w:rsidRPr="000127C1">
              <w:rPr>
                <w:rFonts w:eastAsia="Calibri"/>
                <w:lang w:val="tt-RU" w:eastAsia="en-US"/>
              </w:rPr>
              <w:t xml:space="preserve">татарского языка </w:t>
            </w:r>
            <w:r w:rsidRPr="000127C1">
              <w:rPr>
                <w:rFonts w:eastAsia="Calibri"/>
                <w:lang w:eastAsia="en-US"/>
              </w:rPr>
              <w:t>в рамках тематического содержани</w:t>
            </w:r>
            <w:r w:rsidRPr="000127C1">
              <w:rPr>
                <w:rFonts w:eastAsia="Calibri"/>
                <w:lang w:val="tt-RU" w:eastAsia="en-US"/>
              </w:rPr>
              <w:t>я;</w:t>
            </w:r>
          </w:p>
          <w:p w14:paraId="4CB2E8BA" w14:textId="25CA8570" w:rsidR="00B60276" w:rsidRPr="000127C1" w:rsidRDefault="00B60276" w:rsidP="000127C1">
            <w:pPr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lang w:val="tt-RU" w:eastAsia="en-US"/>
              </w:rPr>
            </w:pPr>
            <w:r w:rsidRPr="000127C1">
              <w:rPr>
                <w:rFonts w:eastAsia="Calibri"/>
                <w:lang w:eastAsia="en-US"/>
              </w:rPr>
              <w:t>использование в устной и письменной речи наиболее употребительной тематической фоновой лексики и реалий</w:t>
            </w:r>
            <w:r w:rsidRPr="000127C1">
              <w:rPr>
                <w:rFonts w:eastAsia="Calibri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lang w:eastAsia="en-US"/>
              </w:rPr>
              <w:t>в рамках отобранного тематического содержания</w:t>
            </w:r>
            <w:r w:rsidRPr="000127C1">
              <w:rPr>
                <w:rFonts w:eastAsia="Calibri"/>
                <w:lang w:val="tt-RU" w:eastAsia="en-US"/>
              </w:rPr>
              <w:t>;</w:t>
            </w:r>
          </w:p>
          <w:p w14:paraId="0696F7E6" w14:textId="07AEDD58" w:rsidR="00B60276" w:rsidRPr="000127C1" w:rsidRDefault="00B60276" w:rsidP="000127C1">
            <w:pPr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lang w:val="tt-RU" w:eastAsia="en-US"/>
              </w:rPr>
            </w:pPr>
            <w:r w:rsidRPr="000127C1">
              <w:rPr>
                <w:rFonts w:eastAsia="Calibri"/>
                <w:lang w:val="tt-RU" w:eastAsia="en-US"/>
              </w:rPr>
              <w:t xml:space="preserve">написание имен собственных </w:t>
            </w:r>
            <w:r w:rsidRPr="000127C1">
              <w:rPr>
                <w:rFonts w:eastAsia="Calibri"/>
                <w:lang w:eastAsia="en-US"/>
              </w:rPr>
              <w:t xml:space="preserve">на </w:t>
            </w:r>
            <w:r w:rsidRPr="000127C1">
              <w:rPr>
                <w:rFonts w:eastAsia="Calibri"/>
                <w:lang w:val="tt-RU" w:eastAsia="en-US"/>
              </w:rPr>
              <w:t>татарском языке</w:t>
            </w:r>
            <w:r w:rsidRPr="000127C1">
              <w:rPr>
                <w:rFonts w:eastAsia="Calibri"/>
                <w:lang w:eastAsia="en-US"/>
              </w:rPr>
              <w:t>;</w:t>
            </w:r>
            <w:r w:rsidRPr="000127C1">
              <w:rPr>
                <w:rFonts w:eastAsia="Calibri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lang w:eastAsia="en-US"/>
              </w:rPr>
              <w:t>правильно</w:t>
            </w:r>
            <w:r w:rsidRPr="000127C1">
              <w:rPr>
                <w:rFonts w:eastAsia="Calibri"/>
                <w:lang w:val="tt-RU" w:eastAsia="en-US"/>
              </w:rPr>
              <w:t>е</w:t>
            </w:r>
            <w:r w:rsidRPr="000127C1">
              <w:rPr>
                <w:rFonts w:eastAsia="Calibri"/>
                <w:lang w:eastAsia="en-US"/>
              </w:rPr>
              <w:t xml:space="preserve"> оформл</w:t>
            </w:r>
            <w:r w:rsidRPr="000127C1">
              <w:rPr>
                <w:rFonts w:eastAsia="Calibri"/>
                <w:lang w:val="tt-RU" w:eastAsia="en-US"/>
              </w:rPr>
              <w:t xml:space="preserve">ение </w:t>
            </w:r>
            <w:r w:rsidRPr="000127C1">
              <w:rPr>
                <w:rFonts w:eastAsia="Calibri"/>
                <w:lang w:eastAsia="en-US"/>
              </w:rPr>
              <w:t>сво</w:t>
            </w:r>
            <w:r w:rsidRPr="000127C1">
              <w:rPr>
                <w:rFonts w:eastAsia="Calibri"/>
                <w:lang w:val="tt-RU" w:eastAsia="en-US"/>
              </w:rPr>
              <w:t>его а</w:t>
            </w:r>
            <w:r w:rsidRPr="000127C1">
              <w:rPr>
                <w:rFonts w:eastAsia="Calibri"/>
                <w:lang w:eastAsia="en-US"/>
              </w:rPr>
              <w:t>дрес</w:t>
            </w:r>
            <w:r w:rsidRPr="000127C1">
              <w:rPr>
                <w:rFonts w:eastAsia="Calibri"/>
                <w:lang w:val="tt-RU" w:eastAsia="en-US"/>
              </w:rPr>
              <w:t>а</w:t>
            </w:r>
            <w:r w:rsidRPr="000127C1">
              <w:rPr>
                <w:rFonts w:eastAsia="Calibri"/>
                <w:lang w:eastAsia="en-US"/>
              </w:rPr>
              <w:t xml:space="preserve"> на </w:t>
            </w:r>
            <w:r w:rsidRPr="000127C1">
              <w:rPr>
                <w:rFonts w:eastAsia="Calibri"/>
                <w:lang w:val="tt-RU" w:eastAsia="en-US"/>
              </w:rPr>
              <w:t xml:space="preserve">татарском языке </w:t>
            </w:r>
            <w:r w:rsidRPr="000127C1">
              <w:rPr>
                <w:rFonts w:eastAsia="Calibri"/>
                <w:lang w:eastAsia="en-US"/>
              </w:rPr>
              <w:t>(в анкете</w:t>
            </w:r>
            <w:r w:rsidRPr="000127C1">
              <w:rPr>
                <w:rFonts w:eastAsia="Calibri"/>
                <w:lang w:val="tt-RU" w:eastAsia="en-US"/>
              </w:rPr>
              <w:t>);</w:t>
            </w:r>
          </w:p>
          <w:p w14:paraId="28343277" w14:textId="77777777" w:rsidR="00B60276" w:rsidRPr="000127C1" w:rsidRDefault="00B60276" w:rsidP="000127C1">
            <w:pPr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127C1">
              <w:rPr>
                <w:rFonts w:eastAsia="Calibri"/>
                <w:lang w:val="tt-RU" w:eastAsia="en-US"/>
              </w:rPr>
              <w:t xml:space="preserve">знакомство </w:t>
            </w:r>
            <w:r w:rsidRPr="000127C1">
              <w:rPr>
                <w:rFonts w:eastAsia="Calibri"/>
                <w:lang w:eastAsia="en-US"/>
              </w:rPr>
              <w:t xml:space="preserve">с доступными в языковом отношении образцами детской поэзии и прозы на </w:t>
            </w:r>
            <w:r w:rsidRPr="000127C1">
              <w:rPr>
                <w:rFonts w:eastAsia="Calibri"/>
                <w:lang w:val="tt-RU" w:eastAsia="en-US"/>
              </w:rPr>
              <w:t xml:space="preserve">татарском </w:t>
            </w:r>
            <w:r w:rsidRPr="000127C1">
              <w:rPr>
                <w:rFonts w:eastAsia="Calibri"/>
                <w:lang w:eastAsia="en-US"/>
              </w:rPr>
              <w:t>языке;</w:t>
            </w:r>
          </w:p>
          <w:p w14:paraId="7D4F5F34" w14:textId="0CED8D04" w:rsidR="00B60276" w:rsidRPr="000127C1" w:rsidRDefault="00B60276" w:rsidP="000127C1">
            <w:pPr>
              <w:numPr>
                <w:ilvl w:val="0"/>
                <w:numId w:val="9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lang w:eastAsia="en-US"/>
              </w:rPr>
            </w:pPr>
            <w:r w:rsidRPr="000127C1">
              <w:rPr>
                <w:rFonts w:eastAsia="Calibri"/>
                <w:lang w:val="tt-RU" w:eastAsia="en-US"/>
              </w:rPr>
              <w:t>краткое представление России и Республики Татарстан</w:t>
            </w:r>
          </w:p>
        </w:tc>
        <w:tc>
          <w:tcPr>
            <w:tcW w:w="3686" w:type="dxa"/>
          </w:tcPr>
          <w:p w14:paraId="520904E9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членах семьи, об их местах работы и о профессиях родителей.</w:t>
            </w:r>
          </w:p>
          <w:p w14:paraId="3F0E4A51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Делать сообщение о своем участии в домашних делах.</w:t>
            </w:r>
          </w:p>
          <w:p w14:paraId="2245DFF1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семейных праздниках.</w:t>
            </w:r>
          </w:p>
          <w:p w14:paraId="6DACE435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Попросить помощи в домашних делах.</w:t>
            </w:r>
          </w:p>
          <w:p w14:paraId="1CBBC648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Выражать свое согласие, несогласие выполнить работу.</w:t>
            </w:r>
          </w:p>
          <w:p w14:paraId="6AB289C0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Поблагодарить, похвалить за труд.</w:t>
            </w:r>
          </w:p>
          <w:p w14:paraId="5E5B8388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Оценивать качества человека по его</w:t>
            </w:r>
            <w:r w:rsidRPr="000127C1">
              <w:rPr>
                <w:bCs/>
                <w:lang w:val="tt-RU" w:eastAsia="en-US"/>
              </w:rPr>
              <w:t xml:space="preserve"> участию в труде.</w:t>
            </w:r>
          </w:p>
          <w:p w14:paraId="77D1F11D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Приглашать гостей за стол, угощать.</w:t>
            </w:r>
          </w:p>
          <w:p w14:paraId="4C1BD747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подарках, о любимых блюдах.</w:t>
            </w:r>
          </w:p>
          <w:p w14:paraId="5E501C1E" w14:textId="631E8E4A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Cs/>
                <w:lang w:eastAsia="en-US"/>
              </w:rPr>
              <w:t>Вести диалог-расспрос о покупках в магазине</w:t>
            </w:r>
          </w:p>
        </w:tc>
      </w:tr>
      <w:tr w:rsidR="001D2E4E" w:rsidRPr="000127C1" w14:paraId="12A2514B" w14:textId="12BA0EC4" w:rsidTr="000127C1">
        <w:tc>
          <w:tcPr>
            <w:tcW w:w="2376" w:type="dxa"/>
          </w:tcPr>
          <w:p w14:paraId="64EA03D3" w14:textId="77777777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Мир вокруг меня</w:t>
            </w:r>
          </w:p>
          <w:p w14:paraId="00A1B46F" w14:textId="77777777" w:rsidR="00B60276" w:rsidRPr="000127C1" w:rsidRDefault="00B60276" w:rsidP="000127C1">
            <w:pPr>
              <w:jc w:val="both"/>
              <w:rPr>
                <w:lang w:val="tt-RU"/>
              </w:rPr>
            </w:pPr>
            <w:r w:rsidRPr="000127C1">
              <w:rPr>
                <w:b/>
                <w:lang w:val="tt-RU"/>
              </w:rPr>
              <w:t>(25 ч.)</w:t>
            </w:r>
          </w:p>
          <w:p w14:paraId="1514DE3D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Мы в школе. Учебные занятия.</w:t>
            </w:r>
            <w:r w:rsidRPr="000127C1">
              <w:rPr>
                <w:bCs/>
                <w:lang w:val="tt-RU" w:eastAsia="en-US"/>
              </w:rPr>
              <w:t xml:space="preserve"> </w:t>
            </w:r>
          </w:p>
          <w:p w14:paraId="47F04042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С друзьями интересно. </w:t>
            </w:r>
          </w:p>
          <w:p w14:paraId="5693C6B0" w14:textId="5C9E820E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lang w:eastAsia="en-US"/>
              </w:rPr>
              <w:t xml:space="preserve">В мире животных. </w:t>
            </w:r>
          </w:p>
          <w:p w14:paraId="6B5C83BF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На дороге. </w:t>
            </w:r>
          </w:p>
          <w:p w14:paraId="7E3A28E6" w14:textId="5CE7CD37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  <w:r w:rsidRPr="000127C1">
              <w:rPr>
                <w:bCs/>
                <w:lang w:eastAsia="en-US"/>
              </w:rPr>
              <w:t>На транспорте</w:t>
            </w:r>
          </w:p>
        </w:tc>
        <w:tc>
          <w:tcPr>
            <w:tcW w:w="3402" w:type="dxa"/>
            <w:vMerge/>
          </w:tcPr>
          <w:p w14:paraId="5DE0C2E9" w14:textId="77777777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3686" w:type="dxa"/>
          </w:tcPr>
          <w:p w14:paraId="2645A25F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Вести диалог-расспрос о наличии и об отсутствии, о необходимости учебных принадлежностей. </w:t>
            </w:r>
          </w:p>
          <w:p w14:paraId="5872E928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Сообщать, спрашивать о расписании, о контрольных работах, об отметках.</w:t>
            </w:r>
          </w:p>
          <w:p w14:paraId="4B678AC8" w14:textId="77777777" w:rsidR="00B60276" w:rsidRPr="000127C1" w:rsidRDefault="00B60276" w:rsidP="000127C1">
            <w:pPr>
              <w:tabs>
                <w:tab w:val="left" w:pos="2090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Сообщать, спрашивать, о чем книга.</w:t>
            </w:r>
          </w:p>
          <w:p w14:paraId="5E440008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Рассказывать о своем друге (подруге): где и когда познакомились; какие черты характера; совместные интересы.</w:t>
            </w:r>
          </w:p>
          <w:p w14:paraId="71C229E4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наличии и об отсутствии четвероногих друзей, о кличках, об их поводках.</w:t>
            </w:r>
          </w:p>
          <w:p w14:paraId="1A8DC786" w14:textId="40CDFAC0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  <w:r w:rsidRPr="000127C1">
              <w:rPr>
                <w:bCs/>
                <w:lang w:eastAsia="en-US"/>
              </w:rPr>
              <w:t>Рассказывать о правилах поведения в общественном транспорте, на дороге</w:t>
            </w:r>
          </w:p>
        </w:tc>
      </w:tr>
      <w:tr w:rsidR="001D2E4E" w:rsidRPr="000127C1" w14:paraId="5FCD6AAB" w14:textId="39DFB462" w:rsidTr="000127C1">
        <w:trPr>
          <w:trHeight w:val="1489"/>
        </w:trPr>
        <w:tc>
          <w:tcPr>
            <w:tcW w:w="2376" w:type="dxa"/>
          </w:tcPr>
          <w:p w14:paraId="78156C41" w14:textId="77777777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Мир моих увлечений</w:t>
            </w:r>
          </w:p>
          <w:p w14:paraId="68E6FACA" w14:textId="77777777" w:rsidR="00B60276" w:rsidRPr="000127C1" w:rsidRDefault="00B60276" w:rsidP="000127C1">
            <w:pPr>
              <w:jc w:val="both"/>
              <w:rPr>
                <w:lang w:val="tt-RU"/>
              </w:rPr>
            </w:pPr>
            <w:r w:rsidRPr="000127C1">
              <w:rPr>
                <w:b/>
                <w:lang w:val="tt-RU"/>
              </w:rPr>
              <w:t>(25 ч.)</w:t>
            </w:r>
          </w:p>
          <w:p w14:paraId="4B205F8D" w14:textId="14893666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val="tt-RU" w:eastAsia="en-US"/>
              </w:rPr>
            </w:pPr>
            <w:r w:rsidRPr="000127C1">
              <w:rPr>
                <w:bCs/>
                <w:lang w:eastAsia="en-US"/>
              </w:rPr>
              <w:t>Здоровье и спорт.</w:t>
            </w:r>
            <w:r w:rsidRPr="000127C1">
              <w:rPr>
                <w:b/>
                <w:lang w:eastAsia="en-US"/>
              </w:rPr>
              <w:t xml:space="preserve"> </w:t>
            </w:r>
            <w:r w:rsidRPr="000127C1">
              <w:rPr>
                <w:lang w:eastAsia="en-US"/>
              </w:rPr>
              <w:t>Мои любимые занятия на досуге</w:t>
            </w:r>
          </w:p>
        </w:tc>
        <w:tc>
          <w:tcPr>
            <w:tcW w:w="3402" w:type="dxa"/>
            <w:vMerge/>
          </w:tcPr>
          <w:p w14:paraId="270E0473" w14:textId="77777777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3686" w:type="dxa"/>
          </w:tcPr>
          <w:p w14:paraId="39197962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соблюдении режима дня, о занятиях физической культурой на досуге.</w:t>
            </w:r>
          </w:p>
          <w:p w14:paraId="520A35A7" w14:textId="21527214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  <w:r w:rsidRPr="000127C1">
              <w:rPr>
                <w:bCs/>
                <w:lang w:eastAsia="en-US"/>
              </w:rPr>
              <w:t>Приглашать друзей на игры</w:t>
            </w:r>
          </w:p>
        </w:tc>
      </w:tr>
      <w:tr w:rsidR="00B60276" w:rsidRPr="000127C1" w14:paraId="73E1767A" w14:textId="703ECB3C" w:rsidTr="000127C1">
        <w:tc>
          <w:tcPr>
            <w:tcW w:w="2376" w:type="dxa"/>
          </w:tcPr>
          <w:p w14:paraId="6682197B" w14:textId="77777777" w:rsidR="00B60276" w:rsidRPr="000127C1" w:rsidRDefault="00B60276" w:rsidP="000127C1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jc w:val="both"/>
              <w:rPr>
                <w:b/>
              </w:rPr>
            </w:pPr>
            <w:r w:rsidRPr="000127C1">
              <w:rPr>
                <w:b/>
              </w:rPr>
              <w:t>Моя Родина</w:t>
            </w:r>
          </w:p>
          <w:p w14:paraId="28186B16" w14:textId="77777777" w:rsidR="00B60276" w:rsidRPr="000127C1" w:rsidRDefault="00B60276" w:rsidP="000127C1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(27 ч.)</w:t>
            </w:r>
          </w:p>
          <w:p w14:paraId="4BD0F7F1" w14:textId="12FF4E39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Моя Родина. Мой город</w:t>
            </w:r>
            <w:r w:rsidR="00055FEC" w:rsidRPr="000127C1">
              <w:rPr>
                <w:lang w:eastAsia="en-US"/>
              </w:rPr>
              <w:t xml:space="preserve"> / </w:t>
            </w:r>
            <w:r w:rsidRPr="000127C1">
              <w:rPr>
                <w:lang w:eastAsia="en-US"/>
              </w:rPr>
              <w:t>село.</w:t>
            </w:r>
          </w:p>
          <w:p w14:paraId="2AC4C74C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/>
                <w:lang w:eastAsia="en-US"/>
              </w:rPr>
            </w:pPr>
            <w:r w:rsidRPr="000127C1">
              <w:rPr>
                <w:bCs/>
                <w:lang w:eastAsia="en-US"/>
              </w:rPr>
              <w:t>Природа родного края.</w:t>
            </w:r>
            <w:r w:rsidRPr="000127C1">
              <w:rPr>
                <w:b/>
                <w:lang w:eastAsia="en-US"/>
              </w:rPr>
              <w:t xml:space="preserve"> </w:t>
            </w:r>
          </w:p>
          <w:p w14:paraId="5A1E73EB" w14:textId="487B5B29" w:rsidR="00B60276" w:rsidRPr="000127C1" w:rsidRDefault="00B60276" w:rsidP="000127C1">
            <w:pPr>
              <w:jc w:val="both"/>
              <w:rPr>
                <w:rFonts w:eastAsia="Calibri"/>
              </w:rPr>
            </w:pPr>
            <w:r w:rsidRPr="000127C1">
              <w:rPr>
                <w:rFonts w:eastAsia="Calibri"/>
              </w:rPr>
              <w:t>Национальный праздник Сабантуй</w:t>
            </w:r>
          </w:p>
        </w:tc>
        <w:tc>
          <w:tcPr>
            <w:tcW w:w="3402" w:type="dxa"/>
            <w:vMerge/>
          </w:tcPr>
          <w:p w14:paraId="467AE64A" w14:textId="77777777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</w:p>
        </w:tc>
        <w:tc>
          <w:tcPr>
            <w:tcW w:w="3686" w:type="dxa"/>
          </w:tcPr>
          <w:p w14:paraId="72EF3C0F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Кратко представлять Россию и Республику Татарстан, свое место проживания.</w:t>
            </w:r>
          </w:p>
          <w:p w14:paraId="138C9DD1" w14:textId="5EE000A3" w:rsidR="00B60276" w:rsidRPr="000127C1" w:rsidRDefault="00B60276" w:rsidP="000127C1">
            <w:pPr>
              <w:jc w:val="both"/>
              <w:rPr>
                <w:rFonts w:eastAsia="Calibri"/>
                <w:b/>
              </w:rPr>
            </w:pPr>
            <w:r w:rsidRPr="000127C1">
              <w:rPr>
                <w:bCs/>
                <w:lang w:eastAsia="en-US"/>
              </w:rPr>
              <w:t>Вести диалог-расспрос о природе родного края</w:t>
            </w:r>
            <w:r w:rsidRPr="000127C1">
              <w:rPr>
                <w:bCs/>
                <w:lang w:val="tt-RU" w:eastAsia="en-US"/>
              </w:rPr>
              <w:t xml:space="preserve">, </w:t>
            </w:r>
            <w:r w:rsidRPr="000127C1">
              <w:rPr>
                <w:bCs/>
                <w:lang w:eastAsia="en-US"/>
              </w:rPr>
              <w:t>о празднике Сабантуй</w:t>
            </w:r>
          </w:p>
        </w:tc>
      </w:tr>
    </w:tbl>
    <w:p w14:paraId="13352128" w14:textId="77777777" w:rsidR="00B8165B" w:rsidRPr="000127C1" w:rsidRDefault="00B8165B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bookmarkStart w:id="31" w:name="_Toc105662371"/>
      <w:r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>6 класс</w:t>
      </w:r>
      <w:r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 xml:space="preserve"> </w:t>
      </w:r>
      <w:r w:rsidR="00DA6631"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– </w:t>
      </w:r>
      <w:r w:rsidRPr="000127C1">
        <w:rPr>
          <w:rFonts w:ascii="Times New Roman" w:hAnsi="Times New Roman" w:cs="Times New Roman"/>
          <w:color w:val="auto"/>
          <w:sz w:val="24"/>
          <w:szCs w:val="24"/>
          <w:lang w:val="en-US" w:eastAsia="en-US"/>
        </w:rPr>
        <w:t xml:space="preserve">102 </w:t>
      </w:r>
      <w:r w:rsidR="00DA6631"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ч.</w:t>
      </w:r>
      <w:bookmarkEnd w:id="31"/>
    </w:p>
    <w:tbl>
      <w:tblPr>
        <w:tblStyle w:val="a6"/>
        <w:tblW w:w="9464" w:type="dxa"/>
        <w:tblLayout w:type="fixed"/>
        <w:tblLook w:val="04A0" w:firstRow="1" w:lastRow="0" w:firstColumn="1" w:lastColumn="0" w:noHBand="0" w:noVBand="1"/>
      </w:tblPr>
      <w:tblGrid>
        <w:gridCol w:w="2376"/>
        <w:gridCol w:w="3402"/>
        <w:gridCol w:w="3686"/>
      </w:tblGrid>
      <w:tr w:rsidR="001D2E4E" w:rsidRPr="000127C1" w14:paraId="13040732" w14:textId="2A2F560E" w:rsidTr="000127C1">
        <w:tc>
          <w:tcPr>
            <w:tcW w:w="2376" w:type="dxa"/>
            <w:vAlign w:val="center"/>
          </w:tcPr>
          <w:p w14:paraId="7845C6E8" w14:textId="45B4ABC6" w:rsidR="00B60276" w:rsidRPr="000127C1" w:rsidRDefault="00B60276" w:rsidP="000127C1">
            <w:pPr>
              <w:jc w:val="both"/>
              <w:rPr>
                <w:b/>
                <w:bCs/>
              </w:rPr>
            </w:pPr>
            <w:r w:rsidRPr="000127C1">
              <w:rPr>
                <w:b/>
                <w:bCs/>
                <w:lang w:val="tt-RU"/>
              </w:rPr>
              <w:t>Тема</w:t>
            </w:r>
            <w:r w:rsidR="00265CFC" w:rsidRPr="000127C1">
              <w:rPr>
                <w:b/>
                <w:bCs/>
              </w:rPr>
              <w:t>, раздел курса</w:t>
            </w:r>
          </w:p>
        </w:tc>
        <w:tc>
          <w:tcPr>
            <w:tcW w:w="3402" w:type="dxa"/>
            <w:vAlign w:val="center"/>
          </w:tcPr>
          <w:p w14:paraId="3CFB62A4" w14:textId="2B12DEC3" w:rsidR="00B60276" w:rsidRPr="000127C1" w:rsidRDefault="00B60276" w:rsidP="000127C1">
            <w:pPr>
              <w:jc w:val="both"/>
              <w:rPr>
                <w:b/>
                <w:bCs/>
              </w:rPr>
            </w:pPr>
            <w:r w:rsidRPr="000127C1">
              <w:rPr>
                <w:b/>
                <w:bCs/>
                <w:lang w:val="tt-RU"/>
              </w:rPr>
              <w:t>Пр</w:t>
            </w:r>
            <w:r w:rsidR="00265CFC" w:rsidRPr="000127C1">
              <w:rPr>
                <w:b/>
                <w:bCs/>
                <w:lang w:val="tt-RU"/>
              </w:rPr>
              <w:t xml:space="preserve">ограммное </w:t>
            </w:r>
            <w:r w:rsidRPr="000127C1">
              <w:rPr>
                <w:b/>
                <w:bCs/>
                <w:lang w:val="tt-RU"/>
              </w:rPr>
              <w:t>содержание</w:t>
            </w:r>
          </w:p>
        </w:tc>
        <w:tc>
          <w:tcPr>
            <w:tcW w:w="3686" w:type="dxa"/>
            <w:vAlign w:val="center"/>
          </w:tcPr>
          <w:p w14:paraId="15A39F19" w14:textId="1E58BAE1" w:rsidR="00B60276" w:rsidRPr="000127C1" w:rsidRDefault="00B60276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</w:rPr>
              <w:t>Речевая деятельность обучающихся</w:t>
            </w:r>
          </w:p>
        </w:tc>
      </w:tr>
      <w:tr w:rsidR="001D2E4E" w:rsidRPr="000127C1" w14:paraId="7169E6DE" w14:textId="5ED1B834" w:rsidTr="000127C1">
        <w:tc>
          <w:tcPr>
            <w:tcW w:w="2376" w:type="dxa"/>
          </w:tcPr>
          <w:p w14:paraId="1C94C5EF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val="tt-RU" w:eastAsia="en-US"/>
              </w:rPr>
            </w:pPr>
            <w:r w:rsidRPr="000127C1">
              <w:rPr>
                <w:b/>
                <w:lang w:eastAsia="en-US"/>
              </w:rPr>
              <w:t>Мир моего «Я»</w:t>
            </w:r>
          </w:p>
          <w:p w14:paraId="127A2137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val="tt-RU" w:eastAsia="en-US"/>
              </w:rPr>
            </w:pPr>
            <w:r w:rsidRPr="000127C1">
              <w:rPr>
                <w:b/>
                <w:iCs/>
                <w:lang w:val="tt-RU"/>
              </w:rPr>
              <w:t>(25 ч.)</w:t>
            </w:r>
          </w:p>
          <w:p w14:paraId="5C97E3F2" w14:textId="0F203A50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val="tt-RU" w:eastAsia="en-US"/>
              </w:rPr>
            </w:pPr>
            <w:r w:rsidRPr="000127C1">
              <w:rPr>
                <w:lang w:val="tt-RU" w:eastAsia="en-US"/>
              </w:rPr>
              <w:t>Помощь родителям. Общение с друзьями. Описание внешности и характера человека</w:t>
            </w:r>
          </w:p>
        </w:tc>
        <w:tc>
          <w:tcPr>
            <w:tcW w:w="3402" w:type="dxa"/>
            <w:vMerge w:val="restart"/>
          </w:tcPr>
          <w:p w14:paraId="54474E14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Аудирование</w:t>
            </w:r>
          </w:p>
          <w:p w14:paraId="4E8B2810" w14:textId="7D9F6C8A" w:rsidR="00B60276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iCs/>
              </w:rPr>
              <w:t>Понимание на слух речи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учителя и одноклассников и вербальная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невербальная реакция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на услышанное</w:t>
            </w:r>
            <w:r w:rsidRPr="000127C1">
              <w:rPr>
                <w:iCs/>
                <w:lang w:val="tt-RU"/>
              </w:rPr>
              <w:t>. Д</w:t>
            </w:r>
            <w:r w:rsidRPr="000127C1">
              <w:rPr>
                <w:iCs/>
              </w:rPr>
              <w:t>альнейшее развитие восприятия и понимания на слух несложных адаптированных аутентичных текстов, содержащих отдельные незнакомые слова,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разной глубиной проникновения в их содержание в зависимости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от поставленной коммуникативной задачи: с пониманием основного содержания, с пониманием запрашиваемой информации</w:t>
            </w:r>
            <w:r w:rsidRPr="000127C1">
              <w:rPr>
                <w:iCs/>
                <w:lang w:val="tt-RU"/>
              </w:rPr>
              <w:t>.</w:t>
            </w:r>
          </w:p>
          <w:p w14:paraId="208013F2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4C5F65E" w14:textId="7528277E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Диалогическая речь</w:t>
            </w:r>
          </w:p>
          <w:p w14:paraId="59894598" w14:textId="44872D5A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Ведение разного вида диалог</w:t>
            </w:r>
            <w:r w:rsidR="008451EE" w:rsidRPr="000127C1">
              <w:rPr>
                <w:bCs/>
                <w:iCs/>
              </w:rPr>
              <w:t xml:space="preserve">а </w:t>
            </w:r>
            <w:r w:rsidRPr="000127C1">
              <w:rPr>
                <w:bCs/>
                <w:iCs/>
              </w:rPr>
              <w:t>на заданную тему (объем 7–8 реплик).</w:t>
            </w:r>
          </w:p>
          <w:p w14:paraId="040DC700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023FC312" w14:textId="6C89F876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Монологическая речь</w:t>
            </w:r>
          </w:p>
          <w:p w14:paraId="632B3DC3" w14:textId="31F70CBF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Создание устных связных монологических высказываний (объем 7–8 фраз)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использованием основных коммуникативных типов речи (повествования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сообщения). Пересказ основного содержания прочитанного</w:t>
            </w:r>
            <w:r w:rsidRPr="000127C1">
              <w:rPr>
                <w:iCs/>
                <w:lang w:val="tt-RU"/>
              </w:rPr>
              <w:t xml:space="preserve">, </w:t>
            </w:r>
            <w:r w:rsidRPr="000127C1">
              <w:rPr>
                <w:iCs/>
              </w:rPr>
              <w:t>краткое изложение результатов выполненной проектной работы.</w:t>
            </w:r>
          </w:p>
          <w:p w14:paraId="22CB79DC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C6A2701" w14:textId="1F97EF7E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Смысловое чтение</w:t>
            </w:r>
          </w:p>
          <w:p w14:paraId="7F672115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Ч</w:t>
            </w:r>
            <w:r w:rsidRPr="000127C1">
              <w:rPr>
                <w:iCs/>
                <w:lang w:val="tt-RU"/>
              </w:rPr>
              <w:t xml:space="preserve">тение с </w:t>
            </w:r>
            <w:r w:rsidRPr="000127C1">
              <w:rPr>
                <w:iCs/>
              </w:rPr>
              <w:t>понима</w:t>
            </w:r>
            <w:r w:rsidRPr="000127C1">
              <w:rPr>
                <w:iCs/>
                <w:lang w:val="tt-RU"/>
              </w:rPr>
              <w:t xml:space="preserve">нием </w:t>
            </w:r>
            <w:r w:rsidRPr="000127C1">
              <w:rPr>
                <w:iCs/>
              </w:rPr>
              <w:t>учебны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и несложны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адаптированны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аутентичны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текст</w:t>
            </w:r>
            <w:r w:rsidRPr="000127C1">
              <w:rPr>
                <w:iCs/>
                <w:lang w:val="tt-RU"/>
              </w:rPr>
              <w:t>ов (объем 150–160</w:t>
            </w:r>
            <w:r w:rsidRPr="000127C1">
              <w:rPr>
                <w:iCs/>
              </w:rPr>
              <w:t xml:space="preserve"> слов), содержащих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      </w:r>
          </w:p>
          <w:p w14:paraId="15E3DB6F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326D2D06" w14:textId="730EB28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Письм</w:t>
            </w:r>
            <w:r w:rsidRPr="000127C1">
              <w:rPr>
                <w:bCs/>
                <w:iCs/>
                <w:lang w:val="tt-RU"/>
              </w:rPr>
              <w:t>енная реч</w:t>
            </w:r>
            <w:r w:rsidRPr="000127C1">
              <w:rPr>
                <w:bCs/>
                <w:iCs/>
              </w:rPr>
              <w:t>ь</w:t>
            </w:r>
          </w:p>
          <w:p w14:paraId="50828200" w14:textId="64D098AA" w:rsidR="00B60276" w:rsidRPr="000127C1" w:rsidRDefault="00B60276" w:rsidP="000127C1">
            <w:pPr>
              <w:tabs>
                <w:tab w:val="left" w:pos="284"/>
                <w:tab w:val="left" w:pos="993"/>
              </w:tabs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Написание реплик в соответствии с ситуацией общения; н</w:t>
            </w:r>
            <w:r w:rsidRPr="000127C1">
              <w:rPr>
                <w:bCs/>
                <w:iCs/>
                <w:lang w:val="tt-RU"/>
              </w:rPr>
              <w:t>а</w:t>
            </w:r>
            <w:r w:rsidRPr="000127C1">
              <w:rPr>
                <w:bCs/>
                <w:iCs/>
              </w:rPr>
              <w:t xml:space="preserve">писание ответов на заданные вопросы с использованием изученного лексико-грамматического материала; </w:t>
            </w:r>
            <w:r w:rsidRPr="000127C1">
              <w:rPr>
                <w:iCs/>
              </w:rPr>
              <w:t>написание текста по изучаемой теме; выполнение письменных творческих заданий; н</w:t>
            </w:r>
            <w:r w:rsidRPr="000127C1">
              <w:rPr>
                <w:bCs/>
                <w:iCs/>
              </w:rPr>
              <w:t xml:space="preserve">аписание личного письма </w:t>
            </w:r>
            <w:r w:rsidRPr="000127C1">
              <w:rPr>
                <w:iCs/>
              </w:rPr>
              <w:t xml:space="preserve">с опорой и без опоры на образец </w:t>
            </w:r>
            <w:r w:rsidRPr="000127C1">
              <w:rPr>
                <w:bCs/>
                <w:iCs/>
              </w:rPr>
              <w:t>(объем до 50 слов)</w:t>
            </w:r>
          </w:p>
          <w:p w14:paraId="1CFBDEAA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3B92481D" w14:textId="6165E480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Фонетическая сторона речи</w:t>
            </w:r>
          </w:p>
          <w:p w14:paraId="75E55739" w14:textId="28D43C48" w:rsidR="00B60276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bCs/>
                <w:iCs/>
              </w:rPr>
              <w:t>Правильное чтение: новых слов согласно основным правилам чтения,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iCs/>
                <w:lang w:val="tt-RU"/>
              </w:rPr>
              <w:t>глаголов повелительного наклонения.</w:t>
            </w:r>
          </w:p>
          <w:p w14:paraId="0B079188" w14:textId="77777777" w:rsidR="00265CFC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  <w:lang w:val="tt-RU"/>
              </w:rPr>
              <w:t>Ч</w:t>
            </w:r>
            <w:r w:rsidRPr="000127C1">
              <w:rPr>
                <w:bCs/>
                <w:iCs/>
              </w:rPr>
              <w:t>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      </w:r>
          </w:p>
          <w:p w14:paraId="7A502BFA" w14:textId="201970C2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 xml:space="preserve">Объем текста для чтения вслух: </w:t>
            </w:r>
            <w:r w:rsidRPr="000127C1">
              <w:rPr>
                <w:iCs/>
              </w:rPr>
              <w:t>до 80 слов</w:t>
            </w:r>
            <w:r w:rsidRPr="000127C1">
              <w:rPr>
                <w:bCs/>
                <w:iCs/>
              </w:rPr>
              <w:t>.</w:t>
            </w:r>
          </w:p>
          <w:p w14:paraId="7BB09ACA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70B402D7" w14:textId="0599E346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Графика, орфография и пунктуация</w:t>
            </w:r>
          </w:p>
          <w:p w14:paraId="44DDD709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П</w:t>
            </w:r>
            <w:r w:rsidRPr="000127C1">
              <w:rPr>
                <w:iCs/>
              </w:rPr>
              <w:t>равильное написание изученных слов;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пунктуационно правильное, в соответствии с нормами татарского речевого этикета оформление электронного сообщения личного характера.</w:t>
            </w:r>
          </w:p>
          <w:p w14:paraId="4B74473D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0D8F4186" w14:textId="412F3796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Лексическая сторона речи</w:t>
            </w:r>
          </w:p>
          <w:p w14:paraId="361E4894" w14:textId="77777777" w:rsidR="00265CFC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bCs/>
                <w:iCs/>
              </w:rPr>
              <w:t xml:space="preserve">Распознавание и употребление в устной и письменной речи не менее </w:t>
            </w:r>
            <w:r w:rsidRPr="000127C1">
              <w:rPr>
                <w:iCs/>
              </w:rPr>
              <w:t>600</w:t>
            </w:r>
            <w:r w:rsidRPr="000127C1">
              <w:rPr>
                <w:bCs/>
                <w:iCs/>
              </w:rPr>
              <w:t xml:space="preserve"> лексических единиц (слов, словосочетаний, речевых клише), обслуживающих ситуации общения в рамках тематического содержания речи, в том числе: </w:t>
            </w:r>
            <w:r w:rsidRPr="000127C1">
              <w:rPr>
                <w:iCs/>
              </w:rPr>
              <w:t xml:space="preserve">слов-названий предметов, их признаков, действий предметов; </w:t>
            </w:r>
            <w:r w:rsidRPr="000127C1">
              <w:rPr>
                <w:iCs/>
                <w:lang w:val="tt-RU"/>
              </w:rPr>
              <w:t xml:space="preserve">заимствованных слов; синонимов и антонимов изученных слов; производных </w:t>
            </w:r>
            <w:r w:rsidR="00265CFC" w:rsidRPr="000127C1">
              <w:rPr>
                <w:iCs/>
                <w:lang w:val="tt-RU"/>
              </w:rPr>
              <w:t>«сыйныфташ», «дуслык», парных «әти-әни», сложных «даруханә», составных «җир җиләге» слов.</w:t>
            </w:r>
          </w:p>
          <w:p w14:paraId="466EEB6C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6C72952D" w14:textId="46DDCF85" w:rsidR="0061138F" w:rsidRPr="000127C1" w:rsidRDefault="0061138F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Грамматическая сторона речи</w:t>
            </w:r>
          </w:p>
          <w:p w14:paraId="02D1D30A" w14:textId="77777777" w:rsidR="0061138F" w:rsidRPr="000127C1" w:rsidRDefault="0061138F" w:rsidP="000127C1">
            <w:pPr>
              <w:jc w:val="both"/>
              <w:rPr>
                <w:bCs/>
                <w:iCs/>
                <w:lang w:val="tt-RU"/>
              </w:rPr>
            </w:pPr>
            <w:r w:rsidRPr="000127C1">
              <w:rPr>
                <w:bCs/>
                <w:iCs/>
              </w:rPr>
              <w:t>Распознавание в письменном и звучащем тексте и употребление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в устной и письменной речи изученных морфологических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 xml:space="preserve">форм и синтаксических конструкций </w:t>
            </w:r>
            <w:r w:rsidRPr="000127C1">
              <w:rPr>
                <w:bCs/>
                <w:iCs/>
                <w:lang w:val="tt-RU"/>
              </w:rPr>
              <w:t>татарского языка:</w:t>
            </w:r>
          </w:p>
          <w:p w14:paraId="2EF0C219" w14:textId="77777777" w:rsidR="00604243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личные местоимения в притяжательном,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направительном падежа, «безне» – «безгә», «сезнең» – «сезгә», «аларның» – «аларга»;</w:t>
            </w:r>
          </w:p>
          <w:p w14:paraId="19EC17D8" w14:textId="753DA6E2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производные имена существительные с аффиксами: -</w:t>
            </w:r>
            <w:r w:rsidRPr="000127C1">
              <w:rPr>
                <w:iCs/>
              </w:rPr>
              <w:t>лык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-лек, -даш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-д</w:t>
            </w:r>
            <w:r w:rsidRPr="000127C1">
              <w:rPr>
                <w:iCs/>
                <w:lang w:val="tt-RU"/>
              </w:rPr>
              <w:t>әш, -таш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-тәш (дуслык, сыйныфташ);</w:t>
            </w:r>
          </w:p>
          <w:p w14:paraId="115B8680" w14:textId="05BB501A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 xml:space="preserve">парные, сложные и составные имена существительные: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әти-әни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бала-чага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;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даруханә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җир җиләге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7F43857B" w14:textId="32C47330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val="tt-RU" w:eastAsia="en-US"/>
              </w:rPr>
            </w:pPr>
            <w:r w:rsidRPr="000127C1">
              <w:rPr>
                <w:iCs/>
                <w:lang w:val="tt-RU"/>
              </w:rPr>
              <w:t>производные имена прилагательные с аффиксами -гы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-ге, -кы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-ке (җәйге, кышкы);</w:t>
            </w:r>
          </w:p>
          <w:p w14:paraId="5C64CD99" w14:textId="77777777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г</w:t>
            </w:r>
            <w:r w:rsidRPr="000127C1">
              <w:rPr>
                <w:iCs/>
              </w:rPr>
              <w:t>лаголы прошедшего о</w:t>
            </w:r>
            <w:r w:rsidRPr="000127C1">
              <w:rPr>
                <w:iCs/>
                <w:lang w:val="tt-RU"/>
              </w:rPr>
              <w:t xml:space="preserve">пределенного и прошедшего неопределенного </w:t>
            </w:r>
            <w:r w:rsidRPr="000127C1">
              <w:rPr>
                <w:iCs/>
              </w:rPr>
              <w:t xml:space="preserve">времени в утвердительной </w:t>
            </w:r>
            <w:r w:rsidRPr="000127C1">
              <w:rPr>
                <w:iCs/>
                <w:lang w:val="tt-RU"/>
              </w:rPr>
              <w:t>и отрицател</w:t>
            </w:r>
            <w:r w:rsidRPr="000127C1">
              <w:rPr>
                <w:iCs/>
              </w:rPr>
              <w:t>ьной формах;</w:t>
            </w:r>
          </w:p>
          <w:p w14:paraId="22304179" w14:textId="77777777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iCs/>
                <w:lang w:val="tt-RU"/>
              </w:rPr>
              <w:t>г</w:t>
            </w:r>
            <w:r w:rsidRPr="000127C1">
              <w:rPr>
                <w:iCs/>
              </w:rPr>
              <w:t xml:space="preserve">лаголы </w:t>
            </w:r>
            <w:r w:rsidRPr="000127C1">
              <w:rPr>
                <w:iCs/>
                <w:lang w:val="tt-RU"/>
              </w:rPr>
              <w:t>будуще</w:t>
            </w:r>
            <w:r w:rsidRPr="000127C1">
              <w:rPr>
                <w:iCs/>
              </w:rPr>
              <w:t>го о</w:t>
            </w:r>
            <w:r w:rsidRPr="000127C1">
              <w:rPr>
                <w:iCs/>
                <w:lang w:val="tt-RU"/>
              </w:rPr>
              <w:t xml:space="preserve">пределенного </w:t>
            </w:r>
            <w:r w:rsidRPr="000127C1">
              <w:rPr>
                <w:iCs/>
              </w:rPr>
              <w:t xml:space="preserve">времени I, II, III лица единственного </w:t>
            </w:r>
            <w:r w:rsidRPr="000127C1">
              <w:rPr>
                <w:iCs/>
                <w:lang w:val="tt-RU"/>
              </w:rPr>
              <w:t xml:space="preserve">и множественного </w:t>
            </w:r>
            <w:r w:rsidRPr="000127C1">
              <w:rPr>
                <w:iCs/>
              </w:rPr>
              <w:t xml:space="preserve">числа в утвердительной </w:t>
            </w:r>
            <w:r w:rsidRPr="000127C1">
              <w:rPr>
                <w:iCs/>
                <w:lang w:val="tt-RU"/>
              </w:rPr>
              <w:t>и отрицател</w:t>
            </w:r>
            <w:r w:rsidRPr="000127C1">
              <w:rPr>
                <w:iCs/>
              </w:rPr>
              <w:t>ьной формах;</w:t>
            </w:r>
          </w:p>
          <w:p w14:paraId="304C7F19" w14:textId="77777777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 xml:space="preserve">глаголы повелительного наклонения </w:t>
            </w:r>
            <w:r w:rsidRPr="000127C1">
              <w:rPr>
                <w:rFonts w:eastAsia="Calibri"/>
                <w:iCs/>
                <w:lang w:val="en-US" w:eastAsia="en-US"/>
              </w:rPr>
              <w:t>II</w:t>
            </w:r>
            <w:r w:rsidRPr="000127C1">
              <w:rPr>
                <w:rFonts w:eastAsia="Calibri"/>
                <w:iCs/>
                <w:lang w:eastAsia="en-US"/>
              </w:rPr>
              <w:t xml:space="preserve"> лица единственного и множественного числа в утвердительной и отрицательной формах: бар! – барыгыз! – ба'рма! – ба'рмагыз!;</w:t>
            </w:r>
          </w:p>
          <w:p w14:paraId="01B4A825" w14:textId="5ED8B2E6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конструкция глагол повел. наклонения </w:t>
            </w:r>
            <w:r w:rsidRPr="000127C1">
              <w:rPr>
                <w:rFonts w:eastAsia="Calibri"/>
                <w:iCs/>
                <w:lang w:val="en-US" w:eastAsia="en-US"/>
              </w:rPr>
              <w:t>II</w:t>
            </w:r>
            <w:r w:rsidRPr="000127C1">
              <w:rPr>
                <w:rFonts w:eastAsia="Calibri"/>
                <w:iCs/>
                <w:lang w:eastAsia="en-US"/>
              </w:rPr>
              <w:t xml:space="preserve"> лица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+ частица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әле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(булыш әле, әйтегез әле);</w:t>
            </w:r>
          </w:p>
          <w:p w14:paraId="0AA3408D" w14:textId="0397E333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iCs/>
                <w:lang w:val="tt-RU"/>
              </w:rPr>
              <w:t xml:space="preserve">наречия меры и степени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күп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аз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="00604243" w:rsidRPr="000127C1">
              <w:rPr>
                <w:iCs/>
                <w:lang w:val="tt-RU"/>
              </w:rPr>
              <w:t>,</w:t>
            </w:r>
            <w:r w:rsidRPr="000127C1">
              <w:rPr>
                <w:iCs/>
                <w:lang w:val="tt-RU"/>
              </w:rPr>
              <w:t xml:space="preserve"> времени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хәзер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башта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аннан соң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места уңда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604243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сулда</w:t>
            </w:r>
            <w:r w:rsidR="00C76C3A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33F0220A" w14:textId="7B2A1DF6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аналитическая форма глагола, выра</w:t>
            </w:r>
            <w:r w:rsidRPr="000127C1">
              <w:rPr>
                <w:iCs/>
              </w:rPr>
              <w:t xml:space="preserve">жающая желание: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</w:rPr>
              <w:t>барасым кил</w:t>
            </w:r>
            <w:r w:rsidRPr="000127C1">
              <w:rPr>
                <w:iCs/>
                <w:lang w:val="tt-RU"/>
              </w:rPr>
              <w:t>ә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="00ED1728"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  <w:lang w:val="tt-RU"/>
              </w:rPr>
              <w:t>(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килми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),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уйныйсым килә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 (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килми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);</w:t>
            </w:r>
          </w:p>
          <w:p w14:paraId="1E56A8AD" w14:textId="6D0B1B32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 xml:space="preserve">глаголы условного наклонения </w:t>
            </w:r>
            <w:r w:rsidRPr="000127C1">
              <w:rPr>
                <w:iCs/>
                <w:lang w:val="en-US"/>
              </w:rPr>
              <w:t>I</w:t>
            </w:r>
            <w:r w:rsidRPr="000127C1">
              <w:rPr>
                <w:iCs/>
              </w:rPr>
              <w:t xml:space="preserve">, </w:t>
            </w:r>
            <w:r w:rsidRPr="000127C1">
              <w:rPr>
                <w:iCs/>
                <w:lang w:val="en-US"/>
              </w:rPr>
              <w:t>II</w:t>
            </w:r>
            <w:r w:rsidRPr="000127C1">
              <w:rPr>
                <w:iCs/>
              </w:rPr>
              <w:t xml:space="preserve">, </w:t>
            </w:r>
            <w:r w:rsidRPr="000127C1">
              <w:rPr>
                <w:iCs/>
                <w:lang w:val="en-US"/>
              </w:rPr>
              <w:t>III</w:t>
            </w:r>
            <w:r w:rsidRPr="000127C1">
              <w:rPr>
                <w:iCs/>
              </w:rPr>
              <w:t xml:space="preserve"> лица единственного </w:t>
            </w:r>
            <w:r w:rsidRPr="000127C1">
              <w:rPr>
                <w:iCs/>
                <w:lang w:val="tt-RU"/>
              </w:rPr>
              <w:t xml:space="preserve">и множественного </w:t>
            </w:r>
            <w:r w:rsidRPr="000127C1">
              <w:rPr>
                <w:iCs/>
              </w:rPr>
              <w:t>числа</w:t>
            </w:r>
            <w:r w:rsidRPr="000127C1">
              <w:rPr>
                <w:iCs/>
                <w:lang w:val="tt-RU"/>
              </w:rPr>
              <w:t xml:space="preserve"> в у</w:t>
            </w:r>
            <w:r w:rsidRPr="000127C1">
              <w:rPr>
                <w:iCs/>
              </w:rPr>
              <w:t>твердительн</w:t>
            </w:r>
            <w:r w:rsidRPr="000127C1">
              <w:rPr>
                <w:iCs/>
                <w:lang w:val="tt-RU"/>
              </w:rPr>
              <w:t xml:space="preserve">ой </w:t>
            </w:r>
            <w:r w:rsidRPr="000127C1">
              <w:rPr>
                <w:iCs/>
              </w:rPr>
              <w:t>и отрицательн</w:t>
            </w:r>
            <w:r w:rsidRPr="000127C1">
              <w:rPr>
                <w:iCs/>
                <w:lang w:val="tt-RU"/>
              </w:rPr>
              <w:t xml:space="preserve">ой </w:t>
            </w:r>
            <w:r w:rsidRPr="000127C1">
              <w:rPr>
                <w:iCs/>
              </w:rPr>
              <w:t>форма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: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</w:rPr>
              <w:t>барса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</w:rPr>
              <w:t xml:space="preserve"> –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</w:rPr>
              <w:t>бармаса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</w:rPr>
              <w:t xml:space="preserve">,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</w:rPr>
              <w:t>килс</w:t>
            </w:r>
            <w:r w:rsidRPr="000127C1">
              <w:rPr>
                <w:iCs/>
                <w:lang w:val="tt-RU"/>
              </w:rPr>
              <w:t>ә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</w:rPr>
              <w:t xml:space="preserve"> –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</w:rPr>
              <w:t>кил</w:t>
            </w:r>
            <w:r w:rsidRPr="000127C1">
              <w:rPr>
                <w:iCs/>
                <w:lang w:val="tt-RU"/>
              </w:rPr>
              <w:t>мәсә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7D91B146" w14:textId="3F638D3F" w:rsidR="0061138F" w:rsidRPr="000127C1" w:rsidRDefault="0061138F" w:rsidP="000127C1">
            <w:pPr>
              <w:numPr>
                <w:ilvl w:val="0"/>
                <w:numId w:val="76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вводные слова</w:t>
            </w:r>
            <w:r w:rsidR="00F14BCA" w:rsidRPr="000127C1">
              <w:rPr>
                <w:iCs/>
                <w:lang w:val="tt-RU"/>
              </w:rPr>
              <w:t xml:space="preserve">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әлбәттә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мәсәлән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.</w:t>
            </w:r>
          </w:p>
          <w:p w14:paraId="47796A3E" w14:textId="77777777" w:rsidR="006B2685" w:rsidRPr="000127C1" w:rsidRDefault="006B2685" w:rsidP="000127C1">
            <w:pPr>
              <w:jc w:val="both"/>
              <w:rPr>
                <w:rFonts w:eastAsia="Calibri"/>
                <w:iCs/>
              </w:rPr>
            </w:pPr>
          </w:p>
          <w:p w14:paraId="2A9B1628" w14:textId="284A5A5D" w:rsidR="00B60276" w:rsidRPr="000127C1" w:rsidRDefault="00B60276" w:rsidP="000127C1">
            <w:pPr>
              <w:jc w:val="both"/>
              <w:rPr>
                <w:rFonts w:eastAsia="Calibri"/>
                <w:iCs/>
                <w:lang w:val="tt-RU"/>
              </w:rPr>
            </w:pPr>
            <w:r w:rsidRPr="000127C1">
              <w:rPr>
                <w:rFonts w:eastAsia="Calibri"/>
                <w:iCs/>
              </w:rPr>
              <w:t>Социокультурные знания и умения</w:t>
            </w:r>
          </w:p>
          <w:p w14:paraId="59C8621F" w14:textId="1A0A34C2" w:rsidR="00B60276" w:rsidRPr="000127C1" w:rsidRDefault="00B60276" w:rsidP="000127C1">
            <w:pPr>
              <w:numPr>
                <w:ilvl w:val="0"/>
                <w:numId w:val="19"/>
              </w:numPr>
              <w:tabs>
                <w:tab w:val="left" w:pos="317"/>
              </w:tabs>
              <w:ind w:left="0" w:hanging="33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использование социокультурных элементов речевого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 xml:space="preserve">поведенческого этикета 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татарского языка </w:t>
            </w:r>
            <w:r w:rsidRPr="000127C1">
              <w:rPr>
                <w:rFonts w:eastAsia="Calibri"/>
                <w:iCs/>
                <w:lang w:eastAsia="en-US"/>
              </w:rPr>
              <w:t>в рамках тематического содержания в ситуациях общения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77692B3B" w14:textId="1496AEFA" w:rsidR="00B60276" w:rsidRPr="000127C1" w:rsidRDefault="00B60276" w:rsidP="000127C1">
            <w:pPr>
              <w:numPr>
                <w:ilvl w:val="0"/>
                <w:numId w:val="19"/>
              </w:numPr>
              <w:tabs>
                <w:tab w:val="left" w:pos="317"/>
              </w:tabs>
              <w:ind w:left="0" w:hanging="33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использование в устной и письменной речи наиболее употребительной тематической фоновой лексики и реалий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>в рамках отобранного тематического содержания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18AC6CD3" w14:textId="1A86D77C" w:rsidR="00B60276" w:rsidRPr="000127C1" w:rsidRDefault="00B60276" w:rsidP="000127C1">
            <w:pPr>
              <w:numPr>
                <w:ilvl w:val="0"/>
                <w:numId w:val="19"/>
              </w:numPr>
              <w:tabs>
                <w:tab w:val="left" w:pos="317"/>
              </w:tabs>
              <w:ind w:left="0" w:hanging="33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краткое представление </w:t>
            </w:r>
            <w:r w:rsidRPr="000127C1">
              <w:rPr>
                <w:rFonts w:eastAsia="Calibri"/>
                <w:iCs/>
                <w:lang w:eastAsia="en-US"/>
              </w:rPr>
              <w:t>традици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й и </w:t>
            </w:r>
            <w:r w:rsidRPr="000127C1">
              <w:rPr>
                <w:rFonts w:eastAsia="Calibri"/>
                <w:iCs/>
                <w:lang w:eastAsia="en-US"/>
              </w:rPr>
              <w:t>основных национальных праздников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Pr="000127C1">
              <w:rPr>
                <w:rFonts w:eastAsia="Calibri"/>
                <w:iCs/>
                <w:lang w:eastAsia="en-US"/>
              </w:rPr>
              <w:t>известны</w:t>
            </w:r>
            <w:r w:rsidR="009549A2" w:rsidRPr="000127C1">
              <w:rPr>
                <w:rFonts w:eastAsia="Calibri"/>
                <w:iCs/>
                <w:lang w:eastAsia="en-US"/>
              </w:rPr>
              <w:t xml:space="preserve">х </w:t>
            </w:r>
            <w:r w:rsidRPr="000127C1">
              <w:rPr>
                <w:rFonts w:eastAsia="Calibri"/>
                <w:iCs/>
                <w:lang w:eastAsia="en-US"/>
              </w:rPr>
              <w:t>достопримечательност</w:t>
            </w:r>
            <w:r w:rsidRPr="000127C1">
              <w:rPr>
                <w:rFonts w:eastAsia="Calibri"/>
                <w:iCs/>
                <w:lang w:val="tt-RU" w:eastAsia="en-US"/>
              </w:rPr>
              <w:t>ей</w:t>
            </w:r>
            <w:r w:rsidRPr="000127C1">
              <w:rPr>
                <w:rFonts w:eastAsia="Calibri"/>
                <w:iCs/>
                <w:lang w:eastAsia="en-US"/>
              </w:rPr>
              <w:t>,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>выдающихся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представителей татарского народа</w:t>
            </w:r>
            <w:r w:rsidRPr="000127C1">
              <w:rPr>
                <w:rFonts w:eastAsia="Calibri"/>
                <w:iCs/>
                <w:lang w:eastAsia="en-US"/>
              </w:rPr>
              <w:t>;</w:t>
            </w:r>
          </w:p>
          <w:p w14:paraId="4A189DA7" w14:textId="77777777" w:rsidR="00B60276" w:rsidRPr="000127C1" w:rsidRDefault="00B60276" w:rsidP="000127C1">
            <w:pPr>
              <w:numPr>
                <w:ilvl w:val="0"/>
                <w:numId w:val="19"/>
              </w:numPr>
              <w:tabs>
                <w:tab w:val="left" w:pos="317"/>
              </w:tabs>
              <w:ind w:left="0" w:hanging="33"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знакомство </w:t>
            </w:r>
            <w:r w:rsidRPr="000127C1">
              <w:rPr>
                <w:rFonts w:eastAsia="Calibri"/>
                <w:iCs/>
                <w:lang w:eastAsia="en-US"/>
              </w:rPr>
              <w:t>с доступными в языковом отношении образцами татарской поэзии и прозы;</w:t>
            </w:r>
          </w:p>
          <w:p w14:paraId="19C68F08" w14:textId="692E72B7" w:rsidR="00B60276" w:rsidRPr="000127C1" w:rsidRDefault="00B60276" w:rsidP="000127C1">
            <w:pPr>
              <w:numPr>
                <w:ilvl w:val="0"/>
                <w:numId w:val="19"/>
              </w:numPr>
              <w:tabs>
                <w:tab w:val="left" w:pos="317"/>
              </w:tabs>
              <w:ind w:left="0" w:hanging="33"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краткое представление Россию и Республику Татарстан (национальные праздники, традиции)</w:t>
            </w:r>
          </w:p>
        </w:tc>
        <w:tc>
          <w:tcPr>
            <w:tcW w:w="3686" w:type="dxa"/>
          </w:tcPr>
          <w:p w14:paraId="4D061125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комбинированный диалог: сообщение о помощи в домашних делах, согласии или несогласии выполнить работу.</w:t>
            </w:r>
          </w:p>
          <w:p w14:paraId="7CCC9640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Поблагодарить, похвалить за помощь.</w:t>
            </w:r>
          </w:p>
          <w:p w14:paraId="4FACFEF9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val="tt-RU" w:eastAsia="en-US"/>
              </w:rPr>
              <w:t>Вести диалог-расспрос с друзьями о возрасте, о месте проживания, об учебе, о любимых предметах, занятиях, кинофильмах, телепередачах.</w:t>
            </w:r>
          </w:p>
          <w:p w14:paraId="4E694386" w14:textId="3ABE7BB0" w:rsidR="00B60276" w:rsidRPr="000127C1" w:rsidRDefault="00B60276" w:rsidP="000127C1">
            <w:pPr>
              <w:jc w:val="both"/>
              <w:rPr>
                <w:b/>
                <w:i/>
              </w:rPr>
            </w:pPr>
            <w:r w:rsidRPr="000127C1">
              <w:rPr>
                <w:bCs/>
                <w:lang w:val="tt-RU" w:eastAsia="en-US"/>
              </w:rPr>
              <w:t>Оценить черты характера героев произведений по их поступкам, по их отношению к дружбе</w:t>
            </w:r>
          </w:p>
        </w:tc>
      </w:tr>
      <w:tr w:rsidR="001D2E4E" w:rsidRPr="000127C1" w14:paraId="47479925" w14:textId="16952927" w:rsidTr="000127C1">
        <w:tc>
          <w:tcPr>
            <w:tcW w:w="2376" w:type="dxa"/>
          </w:tcPr>
          <w:p w14:paraId="06CABF00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/>
                <w:lang w:val="tt-RU" w:eastAsia="en-US"/>
              </w:rPr>
            </w:pPr>
            <w:r w:rsidRPr="000127C1">
              <w:rPr>
                <w:b/>
                <w:lang w:eastAsia="en-US"/>
              </w:rPr>
              <w:t>Мир вокруг меня</w:t>
            </w:r>
          </w:p>
          <w:p w14:paraId="2B0E094A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/>
                <w:lang w:val="tt-RU" w:eastAsia="en-US"/>
              </w:rPr>
            </w:pPr>
            <w:r w:rsidRPr="000127C1">
              <w:rPr>
                <w:b/>
                <w:lang w:val="tt-RU" w:eastAsia="en-US"/>
              </w:rPr>
              <w:t>(25 ч.)</w:t>
            </w:r>
          </w:p>
          <w:p w14:paraId="54872EC1" w14:textId="17DE6F7C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Школьная жизнь. Книга – источник знаний.</w:t>
            </w:r>
          </w:p>
          <w:p w14:paraId="2919D84C" w14:textId="0E02BDB0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Мир Интернета</w:t>
            </w:r>
          </w:p>
        </w:tc>
        <w:tc>
          <w:tcPr>
            <w:tcW w:w="3402" w:type="dxa"/>
            <w:vMerge/>
          </w:tcPr>
          <w:p w14:paraId="7FE31FCB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eastAsia="en-US"/>
              </w:rPr>
            </w:pPr>
          </w:p>
        </w:tc>
        <w:tc>
          <w:tcPr>
            <w:tcW w:w="3686" w:type="dxa"/>
          </w:tcPr>
          <w:p w14:paraId="389BD1A0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школе, о школьных занятиях, об отношениях к учебе и о достижениях в учебе.</w:t>
            </w:r>
          </w:p>
          <w:p w14:paraId="4CC5B3ED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Сообщать интересные информации о книгах.</w:t>
            </w:r>
          </w:p>
          <w:p w14:paraId="57946BE7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Составлять диалог-побуждение о посещении библиотеки, чтение книг через Интернет.</w:t>
            </w:r>
          </w:p>
          <w:p w14:paraId="73FC70D4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Уточнить у библиотекаря наличие нужной книги, автора, содержание книги. </w:t>
            </w:r>
          </w:p>
          <w:p w14:paraId="7B30DC7C" w14:textId="77777777" w:rsidR="00ED1728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детских журналах, телепередачах.</w:t>
            </w:r>
          </w:p>
          <w:p w14:paraId="1C7C7D05" w14:textId="5D9012DF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роли интернета в жизни</w:t>
            </w:r>
          </w:p>
        </w:tc>
      </w:tr>
      <w:tr w:rsidR="001D2E4E" w:rsidRPr="000127C1" w14:paraId="2DC0C165" w14:textId="25645EE8" w:rsidTr="000127C1">
        <w:tc>
          <w:tcPr>
            <w:tcW w:w="2376" w:type="dxa"/>
          </w:tcPr>
          <w:p w14:paraId="20CAF796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b/>
                <w:lang w:eastAsia="en-US"/>
              </w:rPr>
            </w:pPr>
            <w:r w:rsidRPr="000127C1">
              <w:rPr>
                <w:b/>
                <w:lang w:eastAsia="en-US"/>
              </w:rPr>
              <w:t>Мир моих увлечений</w:t>
            </w:r>
          </w:p>
          <w:p w14:paraId="2588F27C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val="tt-RU" w:eastAsia="en-US"/>
              </w:rPr>
            </w:pPr>
            <w:r w:rsidRPr="000127C1">
              <w:rPr>
                <w:b/>
                <w:lang w:eastAsia="en-US"/>
              </w:rPr>
              <w:t>(</w:t>
            </w:r>
            <w:r w:rsidRPr="000127C1">
              <w:rPr>
                <w:b/>
                <w:lang w:val="tt-RU" w:eastAsia="en-US"/>
              </w:rPr>
              <w:t>25 ч.)</w:t>
            </w:r>
          </w:p>
          <w:p w14:paraId="11CB5358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val="tt-RU" w:eastAsia="en-US"/>
              </w:rPr>
            </w:pPr>
            <w:r w:rsidRPr="000127C1">
              <w:rPr>
                <w:lang w:eastAsia="en-US"/>
              </w:rPr>
              <w:t>Наши увлечения.</w:t>
            </w:r>
          </w:p>
          <w:p w14:paraId="404917B5" w14:textId="7777777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val="tt-RU" w:eastAsia="en-US"/>
              </w:rPr>
            </w:pPr>
            <w:r w:rsidRPr="000127C1">
              <w:rPr>
                <w:lang w:eastAsia="en-US"/>
              </w:rPr>
              <w:t xml:space="preserve">Здоровье и спорт. </w:t>
            </w:r>
          </w:p>
          <w:p w14:paraId="7FA12107" w14:textId="6BF28F91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Посещение кружков. Экскурсии. Поездки. Походы. Виды отдыха</w:t>
            </w:r>
          </w:p>
        </w:tc>
        <w:tc>
          <w:tcPr>
            <w:tcW w:w="3402" w:type="dxa"/>
            <w:vMerge/>
          </w:tcPr>
          <w:p w14:paraId="4B483FB4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eastAsia="en-US"/>
              </w:rPr>
            </w:pPr>
          </w:p>
        </w:tc>
        <w:tc>
          <w:tcPr>
            <w:tcW w:w="3686" w:type="dxa"/>
          </w:tcPr>
          <w:p w14:paraId="538583F3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Рассказывать о своих увлечениях и посещении кружков.</w:t>
            </w:r>
          </w:p>
          <w:p w14:paraId="4423F57E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Предлагать другу поиграть в шахматы (в шашки), убедить записаться в шахматный кружок.</w:t>
            </w:r>
          </w:p>
          <w:p w14:paraId="6DAA9AC2" w14:textId="77777777" w:rsidR="00ED1728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популярных видах спорта, о своем участии в летних, зимних видах спорта, о влиянии на здоровье занятий физической культурой.</w:t>
            </w:r>
          </w:p>
          <w:p w14:paraId="76F45C56" w14:textId="14933024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Вести диалог-обмен мнениями </w:t>
            </w:r>
            <w:r w:rsidRPr="000127C1">
              <w:rPr>
                <w:bCs/>
                <w:lang w:val="tt-RU" w:eastAsia="en-US"/>
              </w:rPr>
              <w:t xml:space="preserve">об экскурсиях, о походах, </w:t>
            </w:r>
            <w:r w:rsidRPr="000127C1">
              <w:rPr>
                <w:bCs/>
                <w:lang w:eastAsia="en-US"/>
              </w:rPr>
              <w:t>о проведении каникул</w:t>
            </w:r>
          </w:p>
        </w:tc>
      </w:tr>
      <w:tr w:rsidR="001D2E4E" w:rsidRPr="000127C1" w14:paraId="2FC541A8" w14:textId="1F14E3D7" w:rsidTr="000127C1">
        <w:tc>
          <w:tcPr>
            <w:tcW w:w="2376" w:type="dxa"/>
          </w:tcPr>
          <w:p w14:paraId="56C813D6" w14:textId="77777777" w:rsidR="00B60276" w:rsidRPr="000127C1" w:rsidRDefault="00B60276" w:rsidP="000127C1">
            <w:pPr>
              <w:tabs>
                <w:tab w:val="left" w:pos="284"/>
              </w:tabs>
              <w:jc w:val="both"/>
              <w:rPr>
                <w:b/>
                <w:lang w:val="tt-RU"/>
              </w:rPr>
            </w:pPr>
            <w:r w:rsidRPr="000127C1">
              <w:rPr>
                <w:b/>
              </w:rPr>
              <w:t>Моя Родина</w:t>
            </w:r>
          </w:p>
          <w:p w14:paraId="54ADD1E8" w14:textId="77777777" w:rsidR="00B60276" w:rsidRPr="000127C1" w:rsidRDefault="00B60276" w:rsidP="000127C1">
            <w:pPr>
              <w:tabs>
                <w:tab w:val="left" w:pos="284"/>
              </w:tabs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(27 ч.)</w:t>
            </w:r>
          </w:p>
          <w:p w14:paraId="2B5A90F7" w14:textId="77777777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Дружба народов Татарстан</w:t>
            </w:r>
            <w:r w:rsidRPr="000127C1">
              <w:rPr>
                <w:lang w:val="tt-RU" w:eastAsia="en-US"/>
              </w:rPr>
              <w:t>а</w:t>
            </w:r>
            <w:r w:rsidRPr="000127C1">
              <w:rPr>
                <w:lang w:eastAsia="en-US"/>
              </w:rPr>
              <w:t>.</w:t>
            </w:r>
          </w:p>
          <w:p w14:paraId="4C782BD9" w14:textId="77777777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Достопримечательности Казани.</w:t>
            </w:r>
          </w:p>
          <w:p w14:paraId="3936EEB0" w14:textId="22CF751C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lang w:eastAsia="en-US"/>
              </w:rPr>
              <w:t>Выдающиеся представители татарского народа. Детские писатели и поэты. Детский фольклор (рифмовки, считалки, скороговорки, загадки, сказки)</w:t>
            </w:r>
          </w:p>
        </w:tc>
        <w:tc>
          <w:tcPr>
            <w:tcW w:w="3402" w:type="dxa"/>
            <w:vMerge/>
          </w:tcPr>
          <w:p w14:paraId="22764F19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eastAsia="en-US"/>
              </w:rPr>
            </w:pPr>
          </w:p>
        </w:tc>
        <w:tc>
          <w:tcPr>
            <w:tcW w:w="3686" w:type="dxa"/>
          </w:tcPr>
          <w:p w14:paraId="38B83A90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val="tt-RU" w:eastAsia="en-US"/>
              </w:rPr>
              <w:t>Вести диалог-расспрос</w:t>
            </w:r>
            <w:r w:rsidRPr="000127C1">
              <w:rPr>
                <w:bCs/>
                <w:lang w:eastAsia="en-US"/>
              </w:rPr>
              <w:t xml:space="preserve"> о дружбе народов Татарстана.</w:t>
            </w:r>
          </w:p>
          <w:p w14:paraId="0EAB6615" w14:textId="77777777" w:rsidR="00B60276" w:rsidRPr="000127C1" w:rsidRDefault="00B60276" w:rsidP="000127C1">
            <w:pPr>
              <w:jc w:val="both"/>
              <w:rPr>
                <w:bCs/>
                <w:i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достопримечательностях Казани.</w:t>
            </w:r>
          </w:p>
          <w:p w14:paraId="6077E24F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Давать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краткую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информацию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татарских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детских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писателях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поэтах</w:t>
            </w:r>
            <w:r w:rsidRPr="000127C1">
              <w:rPr>
                <w:bCs/>
                <w:spacing w:val="1"/>
                <w:lang w:val="tt-RU" w:eastAsia="en-US"/>
              </w:rPr>
              <w:t>.</w:t>
            </w:r>
          </w:p>
          <w:p w14:paraId="0BADD785" w14:textId="77777777" w:rsidR="00ED1728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содержании прочитанных произведений.</w:t>
            </w:r>
          </w:p>
          <w:p w14:paraId="3DFC8EC8" w14:textId="2C531DE0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Правильно</w:t>
            </w:r>
            <w:r w:rsidRPr="000127C1">
              <w:rPr>
                <w:bCs/>
                <w:spacing w:val="88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 xml:space="preserve">произносить загадки, скороговорки, </w:t>
            </w:r>
            <w:r w:rsidRPr="000127C1">
              <w:rPr>
                <w:bCs/>
                <w:spacing w:val="-1"/>
                <w:lang w:eastAsia="en-US"/>
              </w:rPr>
              <w:t>считалочки,</w:t>
            </w:r>
            <w:r w:rsidRPr="000127C1">
              <w:rPr>
                <w:bCs/>
                <w:spacing w:val="-68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пословицы</w:t>
            </w:r>
          </w:p>
        </w:tc>
      </w:tr>
    </w:tbl>
    <w:p w14:paraId="3D74A020" w14:textId="77777777" w:rsidR="00B8165B" w:rsidRPr="000127C1" w:rsidRDefault="00B8165B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</w:pPr>
      <w:bookmarkStart w:id="32" w:name="_Toc105662372"/>
      <w:r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>7 класс</w:t>
      </w:r>
      <w:r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 xml:space="preserve"> </w:t>
      </w:r>
      <w:r w:rsidR="00DA6631"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>– 102 ч.</w:t>
      </w:r>
      <w:bookmarkEnd w:id="32"/>
    </w:p>
    <w:tbl>
      <w:tblPr>
        <w:tblStyle w:val="a6"/>
        <w:tblW w:w="9464" w:type="dxa"/>
        <w:tblLayout w:type="fixed"/>
        <w:tblLook w:val="04A0" w:firstRow="1" w:lastRow="0" w:firstColumn="1" w:lastColumn="0" w:noHBand="0" w:noVBand="1"/>
      </w:tblPr>
      <w:tblGrid>
        <w:gridCol w:w="2376"/>
        <w:gridCol w:w="3402"/>
        <w:gridCol w:w="3686"/>
      </w:tblGrid>
      <w:tr w:rsidR="001D2E4E" w:rsidRPr="000127C1" w14:paraId="4272C04F" w14:textId="6FCBE77B" w:rsidTr="000127C1">
        <w:tc>
          <w:tcPr>
            <w:tcW w:w="2376" w:type="dxa"/>
            <w:vAlign w:val="center"/>
          </w:tcPr>
          <w:p w14:paraId="3E2FBA26" w14:textId="63043566" w:rsidR="00B60276" w:rsidRPr="000127C1" w:rsidRDefault="00B60276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  <w:lang w:val="tt-RU"/>
              </w:rPr>
              <w:t>Тема</w:t>
            </w:r>
            <w:r w:rsidR="00ED1728" w:rsidRPr="000127C1">
              <w:rPr>
                <w:b/>
                <w:bCs/>
                <w:lang w:val="tt-RU"/>
              </w:rPr>
              <w:t>, раздел курса</w:t>
            </w:r>
          </w:p>
        </w:tc>
        <w:tc>
          <w:tcPr>
            <w:tcW w:w="3402" w:type="dxa"/>
            <w:vAlign w:val="center"/>
          </w:tcPr>
          <w:p w14:paraId="095FFCD2" w14:textId="54ADABB9" w:rsidR="00B60276" w:rsidRPr="000127C1" w:rsidRDefault="00B60276" w:rsidP="000127C1">
            <w:pPr>
              <w:jc w:val="both"/>
              <w:rPr>
                <w:b/>
                <w:bCs/>
              </w:rPr>
            </w:pPr>
            <w:r w:rsidRPr="000127C1">
              <w:rPr>
                <w:b/>
                <w:bCs/>
                <w:lang w:val="tt-RU"/>
              </w:rPr>
              <w:t>Пр</w:t>
            </w:r>
            <w:r w:rsidR="00ED1728" w:rsidRPr="000127C1">
              <w:rPr>
                <w:b/>
                <w:bCs/>
                <w:lang w:val="tt-RU"/>
              </w:rPr>
              <w:t>ограммное</w:t>
            </w:r>
            <w:r w:rsidRPr="000127C1">
              <w:rPr>
                <w:b/>
                <w:bCs/>
                <w:lang w:val="tt-RU"/>
              </w:rPr>
              <w:t xml:space="preserve"> содержание</w:t>
            </w:r>
          </w:p>
        </w:tc>
        <w:tc>
          <w:tcPr>
            <w:tcW w:w="3686" w:type="dxa"/>
            <w:vAlign w:val="center"/>
          </w:tcPr>
          <w:p w14:paraId="6346C4B5" w14:textId="46CECA4A" w:rsidR="00B60276" w:rsidRPr="000127C1" w:rsidRDefault="00ED1728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</w:rPr>
              <w:t xml:space="preserve">Основные виды </w:t>
            </w:r>
            <w:r w:rsidR="00B60276" w:rsidRPr="000127C1">
              <w:rPr>
                <w:b/>
                <w:bCs/>
              </w:rPr>
              <w:t>деятельност</w:t>
            </w:r>
            <w:r w:rsidRPr="000127C1">
              <w:rPr>
                <w:b/>
                <w:bCs/>
              </w:rPr>
              <w:t xml:space="preserve">и </w:t>
            </w:r>
            <w:r w:rsidR="00B60276" w:rsidRPr="000127C1">
              <w:rPr>
                <w:b/>
                <w:bCs/>
              </w:rPr>
              <w:t>обучающихся</w:t>
            </w:r>
          </w:p>
        </w:tc>
      </w:tr>
      <w:tr w:rsidR="001D2E4E" w:rsidRPr="000127C1" w14:paraId="09F352D5" w14:textId="4A6301B2" w:rsidTr="000127C1">
        <w:tc>
          <w:tcPr>
            <w:tcW w:w="2376" w:type="dxa"/>
          </w:tcPr>
          <w:p w14:paraId="47485D22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</w:rPr>
              <w:t>Мир моего «Я»</w:t>
            </w:r>
          </w:p>
          <w:p w14:paraId="3E29B14D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(25 ч.)</w:t>
            </w:r>
          </w:p>
          <w:p w14:paraId="30B9D5E4" w14:textId="77777777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bCs/>
                <w:lang w:eastAsia="en-US"/>
              </w:rPr>
              <w:t>Я и мои ровесники.</w:t>
            </w:r>
            <w:r w:rsidRPr="000127C1">
              <w:rPr>
                <w:lang w:eastAsia="en-US"/>
              </w:rPr>
              <w:t xml:space="preserve"> Свободное время. Здоровый образ жизни.</w:t>
            </w:r>
          </w:p>
          <w:p w14:paraId="6083A98B" w14:textId="0501CA48" w:rsidR="00B60276" w:rsidRPr="000127C1" w:rsidRDefault="00B60276" w:rsidP="000127C1">
            <w:pPr>
              <w:jc w:val="both"/>
              <w:rPr>
                <w:spacing w:val="-1"/>
                <w:lang w:eastAsia="en-US"/>
              </w:rPr>
            </w:pPr>
            <w:r w:rsidRPr="000127C1">
              <w:rPr>
                <w:bCs/>
                <w:lang w:eastAsia="en-US"/>
              </w:rPr>
              <w:t>Старшие</w:t>
            </w:r>
            <w:r w:rsidRPr="000127C1">
              <w:rPr>
                <w:bCs/>
                <w:spacing w:val="-2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</w:t>
            </w:r>
            <w:r w:rsidRPr="000127C1">
              <w:rPr>
                <w:bCs/>
                <w:spacing w:val="-3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мы</w:t>
            </w:r>
          </w:p>
        </w:tc>
        <w:tc>
          <w:tcPr>
            <w:tcW w:w="3402" w:type="dxa"/>
            <w:vMerge w:val="restart"/>
          </w:tcPr>
          <w:p w14:paraId="3C74B89A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Аудирование</w:t>
            </w:r>
          </w:p>
          <w:p w14:paraId="64DAD18C" w14:textId="31AFDB10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Понимание на слух речи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учителя и одноклассников и вербальная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невербальная реакция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на услышанное</w:t>
            </w:r>
            <w:r w:rsidRPr="000127C1">
              <w:rPr>
                <w:iCs/>
                <w:lang w:val="tt-RU"/>
              </w:rPr>
              <w:t>.</w:t>
            </w:r>
          </w:p>
          <w:p w14:paraId="39A5CD63" w14:textId="77777777" w:rsidR="00B60276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iCs/>
              </w:rPr>
              <w:t>Дальнейшее развитие восприятия и понимания на слух несложных адаптированных аутентичных аудиотекстов, содержащих отдельные незнакомые слова,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разной глубиной проникновения в их содержание в зависимости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от поставленной коммуникативной задачи: с пониманием основного содержания, с пониманием запрашиваемой информации</w:t>
            </w:r>
            <w:r w:rsidRPr="000127C1">
              <w:rPr>
                <w:iCs/>
                <w:lang w:val="tt-RU"/>
              </w:rPr>
              <w:t>.</w:t>
            </w:r>
          </w:p>
          <w:p w14:paraId="110BC6DE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7BC00BA4" w14:textId="17ED98CE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Диалогическая речь</w:t>
            </w:r>
          </w:p>
          <w:p w14:paraId="118B7D94" w14:textId="60A4C68D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 xml:space="preserve">Ведение </w:t>
            </w:r>
            <w:r w:rsidRPr="000127C1">
              <w:rPr>
                <w:bCs/>
                <w:iCs/>
                <w:lang w:val="tt-RU"/>
              </w:rPr>
              <w:t>разн</w:t>
            </w:r>
            <w:r w:rsidR="007B0309" w:rsidRPr="000127C1">
              <w:rPr>
                <w:bCs/>
                <w:iCs/>
                <w:lang w:val="tt-RU"/>
              </w:rPr>
              <w:t>ых видов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диалог</w:t>
            </w:r>
            <w:r w:rsidR="008451EE" w:rsidRPr="000127C1">
              <w:rPr>
                <w:bCs/>
                <w:iCs/>
              </w:rPr>
              <w:t>а</w:t>
            </w:r>
            <w:r w:rsidRPr="000127C1">
              <w:rPr>
                <w:bCs/>
                <w:iCs/>
              </w:rPr>
              <w:t xml:space="preserve"> (объем 8-9 реплик) по темам общения. </w:t>
            </w:r>
          </w:p>
          <w:p w14:paraId="1D7C6EB8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F5D58EE" w14:textId="0BD8F6B0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Монологическая речь</w:t>
            </w:r>
          </w:p>
          <w:p w14:paraId="2B2964D9" w14:textId="34A10D24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Создание устных связных монологических высказываний (объем монолога 8–9 фраз)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использованием основных коммуникативных типов речи: повествование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сообщение; изложение (пересказ) основного содержания прочитанного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 xml:space="preserve">прослушанного текста; </w:t>
            </w:r>
            <w:r w:rsidRPr="000127C1">
              <w:rPr>
                <w:iCs/>
              </w:rPr>
              <w:t>краткое изложение результатов выполненной проектной работы.</w:t>
            </w:r>
          </w:p>
          <w:p w14:paraId="0A73F70A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5BAE7210" w14:textId="49B045D6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Смысловое чтение</w:t>
            </w:r>
          </w:p>
          <w:p w14:paraId="4E5AC693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Ч</w:t>
            </w:r>
            <w:r w:rsidRPr="000127C1">
              <w:rPr>
                <w:iCs/>
                <w:lang w:val="tt-RU"/>
              </w:rPr>
              <w:t xml:space="preserve">тение с </w:t>
            </w:r>
            <w:r w:rsidRPr="000127C1">
              <w:rPr>
                <w:iCs/>
              </w:rPr>
              <w:t>понима</w:t>
            </w:r>
            <w:r w:rsidRPr="000127C1">
              <w:rPr>
                <w:iCs/>
                <w:lang w:val="tt-RU"/>
              </w:rPr>
              <w:t xml:space="preserve">нием </w:t>
            </w:r>
            <w:r w:rsidRPr="000127C1">
              <w:rPr>
                <w:iCs/>
              </w:rPr>
              <w:t>учебны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и несложны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адаптированны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аутентичны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текст</w:t>
            </w:r>
            <w:r w:rsidRPr="000127C1">
              <w:rPr>
                <w:iCs/>
                <w:lang w:val="tt-RU"/>
              </w:rPr>
              <w:t>ов (объем 180–200 слов)</w:t>
            </w:r>
            <w:r w:rsidRPr="000127C1">
              <w:rPr>
                <w:iCs/>
              </w:rPr>
              <w:t xml:space="preserve"> разных жанров и стилей, содержащи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задачи.</w:t>
            </w:r>
          </w:p>
          <w:p w14:paraId="283042F4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0B80CB6C" w14:textId="1DD8FB60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Письм</w:t>
            </w:r>
            <w:r w:rsidRPr="000127C1">
              <w:rPr>
                <w:bCs/>
                <w:iCs/>
                <w:lang w:val="tt-RU"/>
              </w:rPr>
              <w:t>енная речь</w:t>
            </w:r>
          </w:p>
          <w:p w14:paraId="5432F221" w14:textId="64D3DA16" w:rsidR="00B60276" w:rsidRPr="000127C1" w:rsidRDefault="00B60276" w:rsidP="000127C1">
            <w:pPr>
              <w:tabs>
                <w:tab w:val="left" w:pos="284"/>
                <w:tab w:val="left" w:pos="993"/>
              </w:tabs>
              <w:jc w:val="both"/>
              <w:rPr>
                <w:iCs/>
              </w:rPr>
            </w:pPr>
            <w:r w:rsidRPr="000127C1">
              <w:rPr>
                <w:bCs/>
                <w:iCs/>
              </w:rPr>
              <w:t>Написание реплик</w:t>
            </w:r>
            <w:r w:rsidR="00F14BCA" w:rsidRPr="000127C1">
              <w:rPr>
                <w:bCs/>
                <w:iCs/>
              </w:rPr>
              <w:t xml:space="preserve"> </w:t>
            </w:r>
            <w:r w:rsidRPr="000127C1">
              <w:rPr>
                <w:bCs/>
                <w:iCs/>
              </w:rPr>
              <w:t xml:space="preserve">в соответствии с ситуацией общения; </w:t>
            </w:r>
            <w:r w:rsidRPr="000127C1">
              <w:rPr>
                <w:iCs/>
              </w:rPr>
              <w:t>самостоятельное составление</w:t>
            </w:r>
            <w:r w:rsidR="00F14BCA" w:rsidRPr="000127C1">
              <w:rPr>
                <w:iCs/>
              </w:rPr>
              <w:t xml:space="preserve"> </w:t>
            </w:r>
            <w:r w:rsidRPr="000127C1">
              <w:rPr>
                <w:iCs/>
              </w:rPr>
              <w:t xml:space="preserve">и написание текста по изучаемой теме; </w:t>
            </w:r>
            <w:r w:rsidRPr="000127C1">
              <w:rPr>
                <w:bCs/>
                <w:iCs/>
              </w:rPr>
              <w:t>н</w:t>
            </w:r>
            <w:r w:rsidRPr="000127C1">
              <w:rPr>
                <w:bCs/>
                <w:iCs/>
                <w:lang w:val="tt-RU"/>
              </w:rPr>
              <w:t>а</w:t>
            </w:r>
            <w:r w:rsidRPr="000127C1">
              <w:rPr>
                <w:bCs/>
                <w:iCs/>
              </w:rPr>
              <w:t xml:space="preserve">писание ответов на заданные вопросы с использованием изученного лексико-грамматического материала; </w:t>
            </w:r>
            <w:r w:rsidRPr="000127C1">
              <w:rPr>
                <w:iCs/>
              </w:rPr>
              <w:t>выполнение письменных творческих зада</w:t>
            </w:r>
            <w:r w:rsidR="007B0309" w:rsidRPr="000127C1">
              <w:rPr>
                <w:iCs/>
              </w:rPr>
              <w:t>ний</w:t>
            </w:r>
            <w:r w:rsidRPr="000127C1">
              <w:rPr>
                <w:iCs/>
              </w:rPr>
              <w:t>.</w:t>
            </w:r>
          </w:p>
          <w:p w14:paraId="3E473609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417FBD78" w14:textId="5E856381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Фонетическая сторона речи</w:t>
            </w:r>
          </w:p>
          <w:p w14:paraId="5C948A7F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особенностей; чтение новых слов согласно основным правилам чтения.</w:t>
            </w:r>
          </w:p>
          <w:p w14:paraId="4992052D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Чтение вслух адаптированных аутентичных текстов (объем 90 слов), построенных на изученном языковом материале, с соблюдением правил чтения и соответствующей интонации, демонстрирующее понимание текста.</w:t>
            </w:r>
          </w:p>
          <w:p w14:paraId="4FC9375E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01DD5D6D" w14:textId="4CF0DFDE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Графика, орфография и пунктуация</w:t>
            </w:r>
          </w:p>
          <w:p w14:paraId="2455DC6A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П</w:t>
            </w:r>
            <w:r w:rsidRPr="000127C1">
              <w:rPr>
                <w:iCs/>
              </w:rPr>
              <w:t>равильное написание изученных слов;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      </w:r>
            <w:r w:rsidRPr="000127C1">
              <w:rPr>
                <w:iCs/>
                <w:lang w:val="tt-RU"/>
              </w:rPr>
              <w:t xml:space="preserve">, </w:t>
            </w:r>
            <w:r w:rsidRPr="000127C1">
              <w:rPr>
                <w:iCs/>
              </w:rPr>
              <w:t>обращении;</w:t>
            </w:r>
            <w:r w:rsidRPr="000127C1">
              <w:rPr>
                <w:iCs/>
                <w:lang w:val="tt-RU"/>
              </w:rPr>
              <w:t xml:space="preserve"> при вводных словах; </w:t>
            </w:r>
            <w:r w:rsidRPr="000127C1">
              <w:rPr>
                <w:iCs/>
              </w:rPr>
              <w:t>пунктуационно правильное, в соответствии с нормами татарского речевого этикета оформление электронного сообщения личного характера.</w:t>
            </w:r>
          </w:p>
          <w:p w14:paraId="2E0CE918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0CF5A2BC" w14:textId="755DE451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Лексическая сторона речи</w:t>
            </w:r>
          </w:p>
          <w:p w14:paraId="4670B0B5" w14:textId="7B32D3CD" w:rsidR="00B60276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bCs/>
                <w:iCs/>
              </w:rPr>
              <w:t xml:space="preserve">Распознавание и употребление в устной и письменной речи не менее </w:t>
            </w:r>
            <w:r w:rsidRPr="000127C1">
              <w:rPr>
                <w:bCs/>
                <w:iCs/>
                <w:lang w:val="tt-RU"/>
              </w:rPr>
              <w:t>70</w:t>
            </w:r>
            <w:r w:rsidRPr="000127C1">
              <w:rPr>
                <w:bCs/>
                <w:iCs/>
              </w:rPr>
              <w:t xml:space="preserve">0 лексических единиц (слов, словосочетаний, речевых клише), обслуживающих ситуации общения в рамках тематического содержания речи, в том числе: </w:t>
            </w:r>
            <w:r w:rsidRPr="000127C1">
              <w:rPr>
                <w:iCs/>
              </w:rPr>
              <w:t xml:space="preserve">слов-названий предметов, их признаков, действий предметов; </w:t>
            </w:r>
            <w:r w:rsidRPr="000127C1">
              <w:rPr>
                <w:iCs/>
                <w:lang w:val="tt-RU"/>
              </w:rPr>
              <w:t xml:space="preserve">заимствованных слов; синонимов и антонимов изученных слов; производных </w:t>
            </w:r>
            <w:r w:rsidR="00ED1728" w:rsidRPr="000127C1">
              <w:rPr>
                <w:iCs/>
                <w:lang w:val="tt-RU"/>
              </w:rPr>
              <w:t>«сәламәтлек», «максатчан», парных «дус-иш», сложных «кунакханә», составных «хуш исле» слов.</w:t>
            </w:r>
          </w:p>
          <w:p w14:paraId="659A785D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EF237E9" w14:textId="40570653" w:rsidR="0061138F" w:rsidRPr="000127C1" w:rsidRDefault="0061138F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Грамматическая сторона речи</w:t>
            </w:r>
          </w:p>
          <w:p w14:paraId="1D57C182" w14:textId="77777777" w:rsidR="0061138F" w:rsidRPr="000127C1" w:rsidRDefault="0061138F" w:rsidP="000127C1">
            <w:pPr>
              <w:jc w:val="both"/>
              <w:rPr>
                <w:bCs/>
                <w:iCs/>
                <w:lang w:val="tt-RU"/>
              </w:rPr>
            </w:pPr>
            <w:r w:rsidRPr="000127C1">
              <w:rPr>
                <w:bCs/>
                <w:iCs/>
              </w:rPr>
              <w:t>Распознавание в письменном и звучащем тексте и употребление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в устной и письменной речи изученных морфологических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 xml:space="preserve">форм и синтаксических конструкций </w:t>
            </w:r>
            <w:r w:rsidRPr="000127C1">
              <w:rPr>
                <w:bCs/>
                <w:iCs/>
                <w:lang w:val="tt-RU"/>
              </w:rPr>
              <w:t>татарского языка:</w:t>
            </w:r>
          </w:p>
          <w:p w14:paraId="4AA7663A" w14:textId="4DAD9211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производные </w:t>
            </w:r>
            <w:r w:rsidRPr="000127C1">
              <w:rPr>
                <w:rFonts w:eastAsia="Calibri"/>
                <w:iCs/>
                <w:lang w:eastAsia="en-US"/>
              </w:rPr>
              <w:t>имена прилагательные, образованные с аффиксами -</w:t>
            </w:r>
            <w:r w:rsidRPr="000127C1">
              <w:rPr>
                <w:rFonts w:eastAsia="Calibri"/>
                <w:iCs/>
                <w:lang w:val="tt-RU" w:eastAsia="en-US"/>
              </w:rPr>
              <w:t>чан</w:t>
            </w:r>
            <w:r w:rsidR="00055FEC" w:rsidRPr="000127C1">
              <w:rPr>
                <w:rFonts w:eastAsia="Calibri"/>
                <w:iCs/>
                <w:lang w:eastAsia="en-US"/>
              </w:rPr>
              <w:t xml:space="preserve"> / </w:t>
            </w:r>
            <w:r w:rsidRPr="000127C1">
              <w:rPr>
                <w:rFonts w:eastAsia="Calibri"/>
                <w:iCs/>
                <w:lang w:eastAsia="en-US"/>
              </w:rPr>
              <w:t>-</w:t>
            </w:r>
            <w:r w:rsidRPr="000127C1">
              <w:rPr>
                <w:rFonts w:eastAsia="Calibri"/>
                <w:iCs/>
                <w:lang w:val="tt-RU" w:eastAsia="en-US"/>
              </w:rPr>
              <w:t>чән (эшчән, максатчан)</w:t>
            </w:r>
            <w:r w:rsidRPr="000127C1">
              <w:rPr>
                <w:rFonts w:eastAsia="Calibri"/>
                <w:iCs/>
                <w:lang w:eastAsia="en-US"/>
              </w:rPr>
              <w:t>;</w:t>
            </w:r>
          </w:p>
          <w:p w14:paraId="13099C49" w14:textId="77777777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временные формы глаголов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изъявительного наклонения</w:t>
            </w:r>
            <w:r w:rsidRPr="000127C1">
              <w:rPr>
                <w:rFonts w:eastAsia="Calibri"/>
                <w:iCs/>
                <w:lang w:eastAsia="en-US"/>
              </w:rPr>
              <w:t>;</w:t>
            </w:r>
          </w:p>
          <w:p w14:paraId="72BD4E7E" w14:textId="1BD9A325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  <w:tab w:val="left" w:pos="993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iCs/>
                <w:lang w:val="tt-RU"/>
              </w:rPr>
              <w:t xml:space="preserve">наречия образа действия </w:t>
            </w:r>
            <w:r w:rsidR="00ED1728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тиз</w:t>
            </w:r>
            <w:r w:rsidR="00ED1728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ED1728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акрын</w:t>
            </w:r>
            <w:r w:rsidR="00ED1728" w:rsidRPr="000127C1">
              <w:rPr>
                <w:iCs/>
                <w:lang w:val="tt-RU"/>
              </w:rPr>
              <w:t>»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="00ED1728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әкрен</w:t>
            </w:r>
            <w:r w:rsidR="00ED1728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63793DE5" w14:textId="02344671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 xml:space="preserve">указательные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бу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теге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шул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шундый</w:t>
            </w:r>
            <w:r w:rsidR="00AA0F89" w:rsidRPr="000127C1">
              <w:rPr>
                <w:iCs/>
                <w:lang w:val="tt-RU"/>
              </w:rPr>
              <w:t xml:space="preserve">» </w:t>
            </w:r>
            <w:r w:rsidRPr="000127C1">
              <w:rPr>
                <w:rFonts w:eastAsia="Calibri"/>
                <w:iCs/>
                <w:lang w:val="tt-RU" w:eastAsia="en-US"/>
              </w:rPr>
              <w:t>и</w:t>
            </w:r>
            <w:r w:rsidR="00ED1728"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определительные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барлык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бөтен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үз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һәр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/>
              </w:rPr>
              <w:t>)</w:t>
            </w:r>
            <w:r w:rsidR="00AA0F89"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>местоимения;</w:t>
            </w:r>
          </w:p>
          <w:p w14:paraId="3D485947" w14:textId="08060D8B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деепричасти</w:t>
            </w:r>
            <w:r w:rsidRPr="000127C1">
              <w:rPr>
                <w:rFonts w:eastAsia="Calibri"/>
                <w:iCs/>
                <w:lang w:val="tt-RU" w:eastAsia="en-US"/>
              </w:rPr>
              <w:t>я</w:t>
            </w:r>
            <w:r w:rsidRPr="000127C1">
              <w:rPr>
                <w:rFonts w:eastAsia="Calibri"/>
                <w:iCs/>
                <w:lang w:eastAsia="en-US"/>
              </w:rPr>
              <w:t xml:space="preserve"> на -гач</w:t>
            </w:r>
            <w:r w:rsidR="00055FEC" w:rsidRPr="000127C1">
              <w:rPr>
                <w:rFonts w:eastAsia="Calibri"/>
                <w:iCs/>
                <w:lang w:eastAsia="en-US"/>
              </w:rPr>
              <w:t xml:space="preserve"> / </w:t>
            </w:r>
            <w:r w:rsidRPr="000127C1">
              <w:rPr>
                <w:rFonts w:eastAsia="Calibri"/>
                <w:iCs/>
                <w:lang w:eastAsia="en-US"/>
              </w:rPr>
              <w:t>-г</w:t>
            </w:r>
            <w:r w:rsidRPr="000127C1">
              <w:rPr>
                <w:rFonts w:eastAsia="Calibri"/>
                <w:iCs/>
                <w:lang w:val="tt-RU" w:eastAsia="en-US"/>
              </w:rPr>
              <w:t>әч, -кач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Pr="000127C1">
              <w:rPr>
                <w:rFonts w:eastAsia="Calibri"/>
                <w:iCs/>
                <w:lang w:val="tt-RU" w:eastAsia="en-US"/>
              </w:rPr>
              <w:t>-кәч;</w:t>
            </w:r>
          </w:p>
          <w:p w14:paraId="1B95BF87" w14:textId="77777777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главные члены предло</w:t>
            </w:r>
            <w:r w:rsidRPr="000127C1">
              <w:rPr>
                <w:rFonts w:eastAsia="Calibri"/>
                <w:iCs/>
                <w:lang w:eastAsia="en-US"/>
              </w:rPr>
              <w:t>жения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  <w:r w:rsidRPr="000127C1">
              <w:rPr>
                <w:rFonts w:eastAsia="Calibri"/>
                <w:iCs/>
                <w:lang w:eastAsia="en-US"/>
              </w:rPr>
              <w:t xml:space="preserve"> согласование подлежащего и сказуемого;</w:t>
            </w:r>
          </w:p>
          <w:p w14:paraId="5AE16380" w14:textId="77777777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iCs/>
                <w:lang w:val="tt-RU"/>
              </w:rPr>
              <w:t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яратам);</w:t>
            </w:r>
          </w:p>
          <w:p w14:paraId="13B30DF4" w14:textId="77777777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предложения по цели высказывания;</w:t>
            </w:r>
          </w:p>
          <w:p w14:paraId="572B050F" w14:textId="77777777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 xml:space="preserve">порядок слов в </w:t>
            </w:r>
            <w:r w:rsidRPr="000127C1">
              <w:rPr>
                <w:rFonts w:eastAsia="Calibri"/>
                <w:iCs/>
                <w:lang w:val="tt-RU" w:eastAsia="en-US"/>
              </w:rPr>
              <w:t>повествовател</w:t>
            </w:r>
            <w:r w:rsidRPr="000127C1">
              <w:rPr>
                <w:rFonts w:eastAsia="Calibri"/>
                <w:iCs/>
                <w:lang w:eastAsia="en-US"/>
              </w:rPr>
              <w:t>ь</w:t>
            </w:r>
            <w:r w:rsidRPr="000127C1">
              <w:rPr>
                <w:rFonts w:eastAsia="Calibri"/>
                <w:iCs/>
                <w:lang w:val="tt-RU" w:eastAsia="en-US"/>
              </w:rPr>
              <w:t>ных</w:t>
            </w:r>
            <w:r w:rsidRPr="000127C1">
              <w:rPr>
                <w:rFonts w:eastAsia="Calibri"/>
                <w:iCs/>
                <w:lang w:eastAsia="en-US"/>
              </w:rPr>
              <w:t xml:space="preserve"> и вопросительных предложениях;</w:t>
            </w:r>
          </w:p>
          <w:p w14:paraId="286DEBDD" w14:textId="5BAAF9E2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союзы: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һәм,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да</w:t>
            </w:r>
            <w:r w:rsidR="00AA0F89" w:rsidRPr="000127C1">
              <w:rPr>
                <w:iCs/>
                <w:lang w:val="tt-RU"/>
              </w:rPr>
              <w:t>»</w:t>
            </w:r>
            <w:r w:rsidR="00055FEC" w:rsidRPr="000127C1">
              <w:rPr>
                <w:iCs/>
                <w:lang w:val="tt-RU"/>
              </w:rPr>
              <w:t xml:space="preserve"> 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/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дә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та</w:t>
            </w:r>
            <w:r w:rsidR="00AA0F89" w:rsidRPr="000127C1">
              <w:rPr>
                <w:iCs/>
                <w:lang w:val="tt-RU"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тә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яки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1BFE47D7" w14:textId="1EA559C6" w:rsidR="0061138F" w:rsidRPr="000127C1" w:rsidRDefault="0061138F" w:rsidP="000127C1">
            <w:pPr>
              <w:numPr>
                <w:ilvl w:val="0"/>
                <w:numId w:val="77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iCs/>
                <w:lang w:eastAsia="en-US"/>
              </w:rPr>
              <w:t xml:space="preserve">частицы: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eastAsia="en-US"/>
              </w:rPr>
              <w:t>гына</w:t>
            </w:r>
            <w:r w:rsidR="00AA0F89" w:rsidRPr="000127C1">
              <w:rPr>
                <w:iCs/>
                <w:lang w:val="tt-RU"/>
              </w:rPr>
              <w:t>»</w:t>
            </w:r>
            <w:r w:rsidR="00055FEC" w:rsidRPr="000127C1">
              <w:rPr>
                <w:iCs/>
                <w:lang w:eastAsia="en-US"/>
              </w:rPr>
              <w:t xml:space="preserve"> /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eastAsia="en-US"/>
              </w:rPr>
              <w:t>генә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eastAsia="en-US"/>
              </w:rPr>
              <w:t xml:space="preserve">,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eastAsia="en-US"/>
              </w:rPr>
              <w:t>кына</w:t>
            </w:r>
            <w:r w:rsidR="00AA0F89" w:rsidRPr="000127C1">
              <w:rPr>
                <w:iCs/>
                <w:lang w:val="tt-RU"/>
              </w:rPr>
              <w:t>»</w:t>
            </w:r>
            <w:r w:rsidR="00055FEC" w:rsidRPr="000127C1">
              <w:rPr>
                <w:iCs/>
                <w:lang w:eastAsia="en-US"/>
              </w:rPr>
              <w:t xml:space="preserve"> / </w:t>
            </w:r>
            <w:r w:rsidR="00AA0F89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eastAsia="en-US"/>
              </w:rPr>
              <w:t>кенә</w:t>
            </w:r>
            <w:r w:rsidR="00AA0F89" w:rsidRPr="000127C1">
              <w:rPr>
                <w:iCs/>
                <w:lang w:val="tt-RU"/>
              </w:rPr>
              <w:t>»</w:t>
            </w:r>
            <w:r w:rsidRPr="000127C1">
              <w:rPr>
                <w:iCs/>
                <w:lang w:val="tt-RU" w:eastAsia="en-US"/>
              </w:rPr>
              <w:t>.</w:t>
            </w:r>
          </w:p>
          <w:p w14:paraId="4A955AC2" w14:textId="77777777" w:rsidR="006B2685" w:rsidRPr="000127C1" w:rsidRDefault="006B2685" w:rsidP="000127C1">
            <w:pPr>
              <w:jc w:val="both"/>
              <w:rPr>
                <w:rFonts w:eastAsia="Calibri"/>
                <w:iCs/>
              </w:rPr>
            </w:pPr>
          </w:p>
          <w:p w14:paraId="2E49B03A" w14:textId="72087C4C" w:rsidR="00B60276" w:rsidRPr="000127C1" w:rsidRDefault="00B60276" w:rsidP="000127C1">
            <w:pPr>
              <w:jc w:val="both"/>
              <w:rPr>
                <w:rFonts w:eastAsia="Calibri"/>
                <w:iCs/>
                <w:lang w:val="tt-RU"/>
              </w:rPr>
            </w:pPr>
            <w:r w:rsidRPr="000127C1">
              <w:rPr>
                <w:rFonts w:eastAsia="Calibri"/>
                <w:iCs/>
              </w:rPr>
              <w:t>Социокультурные знания и умения</w:t>
            </w:r>
          </w:p>
          <w:p w14:paraId="35129C97" w14:textId="2BF7E61E" w:rsidR="00B60276" w:rsidRPr="000127C1" w:rsidRDefault="00B60276" w:rsidP="000127C1">
            <w:pPr>
              <w:numPr>
                <w:ilvl w:val="0"/>
                <w:numId w:val="28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использование активных формул татарского</w:t>
            </w:r>
            <w:r w:rsidR="00F14BCA" w:rsidRPr="000127C1">
              <w:rPr>
                <w:rFonts w:eastAsia="Calibri"/>
                <w:iCs/>
                <w:lang w:eastAsia="en-US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>речевого</w:t>
            </w:r>
            <w:r w:rsidR="00F14BCA"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>этикета в ситуациях общения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260E128A" w14:textId="3AC7F50F" w:rsidR="00B60276" w:rsidRPr="000127C1" w:rsidRDefault="00B60276" w:rsidP="000127C1">
            <w:pPr>
              <w:numPr>
                <w:ilvl w:val="0"/>
                <w:numId w:val="28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использование в устной и письменной речи наиболее употребительной тематической фоновой лексики и реалий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lang w:eastAsia="en-US"/>
              </w:rPr>
              <w:t>в рамках отобранного тематического содержания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04EA0F21" w14:textId="15220279" w:rsidR="00B60276" w:rsidRPr="000127C1" w:rsidRDefault="00B60276" w:rsidP="000127C1">
            <w:pPr>
              <w:numPr>
                <w:ilvl w:val="0"/>
                <w:numId w:val="28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краткое представление основных сведений о Республике Татарстан (географическое положение, природа, исторические и памятные места);</w:t>
            </w:r>
          </w:p>
          <w:p w14:paraId="6E46A888" w14:textId="6374DBD2" w:rsidR="00B60276" w:rsidRPr="000127C1" w:rsidRDefault="00B60276" w:rsidP="000127C1">
            <w:pPr>
              <w:numPr>
                <w:ilvl w:val="0"/>
                <w:numId w:val="28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краткое представление известных деятелей культуры татарского народа;</w:t>
            </w:r>
          </w:p>
          <w:p w14:paraId="32ABF56E" w14:textId="4C9DF961" w:rsidR="00B60276" w:rsidRPr="000127C1" w:rsidRDefault="00B60276" w:rsidP="000127C1">
            <w:pPr>
              <w:numPr>
                <w:ilvl w:val="0"/>
                <w:numId w:val="28"/>
              </w:numPr>
              <w:tabs>
                <w:tab w:val="left" w:pos="317"/>
              </w:tabs>
              <w:ind w:left="0" w:firstLine="0"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знакомство </w:t>
            </w:r>
            <w:r w:rsidRPr="000127C1">
              <w:rPr>
                <w:rFonts w:eastAsia="Calibri"/>
                <w:iCs/>
                <w:lang w:eastAsia="en-US"/>
              </w:rPr>
              <w:t>с доступными в языковом отношении образцами татарской поэзии и прозы</w:t>
            </w:r>
          </w:p>
        </w:tc>
        <w:tc>
          <w:tcPr>
            <w:tcW w:w="3686" w:type="dxa"/>
          </w:tcPr>
          <w:p w14:paraId="56F8C8FE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val="tt-RU" w:eastAsia="en-US"/>
              </w:rPr>
              <w:t>Вести комбинированный диалог о свободном времени, об отдыхе, об увлечениях,</w:t>
            </w:r>
            <w:r w:rsidRPr="000127C1">
              <w:rPr>
                <w:bCs/>
                <w:lang w:eastAsia="en-US"/>
              </w:rPr>
              <w:t xml:space="preserve"> о посещ</w:t>
            </w:r>
            <w:r w:rsidRPr="000127C1">
              <w:rPr>
                <w:bCs/>
                <w:lang w:val="tt-RU" w:eastAsia="en-US"/>
              </w:rPr>
              <w:t xml:space="preserve">ении </w:t>
            </w:r>
            <w:r w:rsidRPr="000127C1">
              <w:rPr>
                <w:bCs/>
                <w:lang w:eastAsia="en-US"/>
              </w:rPr>
              <w:t>музе</w:t>
            </w:r>
            <w:r w:rsidRPr="000127C1">
              <w:rPr>
                <w:bCs/>
                <w:lang w:val="tt-RU" w:eastAsia="en-US"/>
              </w:rPr>
              <w:t>ев</w:t>
            </w:r>
            <w:r w:rsidRPr="000127C1">
              <w:rPr>
                <w:bCs/>
                <w:lang w:eastAsia="en-US"/>
              </w:rPr>
              <w:t>, театр</w:t>
            </w:r>
            <w:r w:rsidRPr="000127C1">
              <w:rPr>
                <w:bCs/>
                <w:lang w:val="tt-RU" w:eastAsia="en-US"/>
              </w:rPr>
              <w:t>ов</w:t>
            </w:r>
            <w:r w:rsidRPr="000127C1">
              <w:rPr>
                <w:bCs/>
                <w:lang w:eastAsia="en-US"/>
              </w:rPr>
              <w:t>, концерт</w:t>
            </w:r>
            <w:r w:rsidRPr="000127C1">
              <w:rPr>
                <w:bCs/>
                <w:lang w:val="tt-RU" w:eastAsia="en-US"/>
              </w:rPr>
              <w:t>ов; о</w:t>
            </w:r>
            <w:r w:rsidRPr="000127C1">
              <w:rPr>
                <w:bCs/>
                <w:lang w:eastAsia="en-US"/>
              </w:rPr>
              <w:t xml:space="preserve"> походах.</w:t>
            </w:r>
          </w:p>
          <w:p w14:paraId="2143A24D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здоровом образе жизни: о режиме труда и отдыха</w:t>
            </w:r>
            <w:r w:rsidRPr="000127C1">
              <w:rPr>
                <w:bCs/>
                <w:lang w:val="tt-RU" w:eastAsia="en-US"/>
              </w:rPr>
              <w:t>, о сбалансированном питании.</w:t>
            </w:r>
          </w:p>
          <w:p w14:paraId="3AB623BD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диалог-рассуждение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</w:t>
            </w:r>
            <w:r w:rsidRPr="000127C1">
              <w:rPr>
                <w:bCs/>
                <w:spacing w:val="-67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взаимоотношениях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старших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младших в</w:t>
            </w:r>
            <w:r w:rsidRPr="000127C1">
              <w:rPr>
                <w:bCs/>
                <w:spacing w:val="-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семье.</w:t>
            </w:r>
          </w:p>
          <w:p w14:paraId="5716588B" w14:textId="7885D33D" w:rsidR="00B60276" w:rsidRPr="000127C1" w:rsidRDefault="00B60276" w:rsidP="000127C1">
            <w:pPr>
              <w:jc w:val="both"/>
              <w:rPr>
                <w:b/>
                <w:i/>
              </w:rPr>
            </w:pPr>
            <w:r w:rsidRPr="000127C1">
              <w:rPr>
                <w:bCs/>
                <w:lang w:eastAsia="en-US"/>
              </w:rPr>
              <w:t>Аргументировать свои суждения 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 xml:space="preserve">необходимости </w:t>
            </w:r>
            <w:r w:rsidRPr="000127C1">
              <w:rPr>
                <w:bCs/>
                <w:spacing w:val="-1"/>
                <w:lang w:eastAsia="en-US"/>
              </w:rPr>
              <w:t xml:space="preserve">уважительного </w:t>
            </w:r>
            <w:r w:rsidRPr="000127C1">
              <w:rPr>
                <w:bCs/>
                <w:lang w:eastAsia="en-US"/>
              </w:rPr>
              <w:t>отношения</w:t>
            </w:r>
            <w:r w:rsidRPr="000127C1">
              <w:rPr>
                <w:bCs/>
                <w:spacing w:val="-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к старшим</w:t>
            </w:r>
          </w:p>
        </w:tc>
      </w:tr>
      <w:tr w:rsidR="001D2E4E" w:rsidRPr="000127C1" w14:paraId="54524A14" w14:textId="15B313B6" w:rsidTr="000127C1">
        <w:tc>
          <w:tcPr>
            <w:tcW w:w="2376" w:type="dxa"/>
          </w:tcPr>
          <w:p w14:paraId="56BD6EFF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Мир моих увлечений</w:t>
            </w:r>
          </w:p>
          <w:p w14:paraId="3C5820A0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 xml:space="preserve">(25 ч.) </w:t>
            </w:r>
          </w:p>
          <w:p w14:paraId="57D8FC25" w14:textId="77777777" w:rsidR="00B60276" w:rsidRPr="000127C1" w:rsidRDefault="00B60276" w:rsidP="000127C1">
            <w:pPr>
              <w:jc w:val="both"/>
              <w:rPr>
                <w:bCs/>
                <w:lang w:val="tt-RU"/>
              </w:rPr>
            </w:pPr>
            <w:r w:rsidRPr="000127C1">
              <w:rPr>
                <w:bCs/>
                <w:lang w:val="tt-RU"/>
              </w:rPr>
              <w:t>Мои любимые занятия на досуге. Путешествия.</w:t>
            </w:r>
          </w:p>
          <w:p w14:paraId="1BE87ADC" w14:textId="48A0B1FC" w:rsidR="00B60276" w:rsidRPr="000127C1" w:rsidRDefault="00B60276" w:rsidP="000127C1">
            <w:pPr>
              <w:jc w:val="both"/>
              <w:rPr>
                <w:bCs/>
                <w:lang w:val="tt-RU"/>
              </w:rPr>
            </w:pPr>
            <w:r w:rsidRPr="000127C1">
              <w:rPr>
                <w:bCs/>
                <w:lang w:val="tt-RU"/>
              </w:rPr>
              <w:t>Походы</w:t>
            </w:r>
          </w:p>
        </w:tc>
        <w:tc>
          <w:tcPr>
            <w:tcW w:w="3402" w:type="dxa"/>
            <w:vMerge/>
          </w:tcPr>
          <w:p w14:paraId="568C02BF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</w:p>
        </w:tc>
        <w:tc>
          <w:tcPr>
            <w:tcW w:w="3686" w:type="dxa"/>
          </w:tcPr>
          <w:p w14:paraId="7D4B474F" w14:textId="73E7B66A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</w:t>
            </w:r>
            <w:r w:rsidR="00735B36" w:rsidRPr="000127C1">
              <w:rPr>
                <w:bCs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 xml:space="preserve">мнениями </w:t>
            </w:r>
            <w:r w:rsidRPr="000127C1">
              <w:rPr>
                <w:bCs/>
                <w:lang w:val="tt-RU" w:eastAsia="en-US"/>
              </w:rPr>
              <w:t xml:space="preserve">об экскурсиях, о походах, путешествиях, </w:t>
            </w:r>
            <w:r w:rsidRPr="000127C1">
              <w:rPr>
                <w:bCs/>
                <w:lang w:eastAsia="en-US"/>
              </w:rPr>
              <w:t>о проведении каникул</w:t>
            </w:r>
          </w:p>
        </w:tc>
      </w:tr>
      <w:tr w:rsidR="001D2E4E" w:rsidRPr="000127C1" w14:paraId="06AE5A64" w14:textId="523D4487" w:rsidTr="000127C1">
        <w:tc>
          <w:tcPr>
            <w:tcW w:w="2376" w:type="dxa"/>
          </w:tcPr>
          <w:p w14:paraId="73F0C24B" w14:textId="77777777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Мир вокруг меня</w:t>
            </w:r>
          </w:p>
          <w:p w14:paraId="765AC010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(25 ч.)</w:t>
            </w:r>
          </w:p>
          <w:p w14:paraId="63F2CE68" w14:textId="5A3CB3B1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Знание и жизнь. Школ</w:t>
            </w:r>
            <w:r w:rsidRPr="000127C1">
              <w:rPr>
                <w:bCs/>
                <w:lang w:val="tt-RU" w:eastAsia="en-US"/>
              </w:rPr>
              <w:t>а</w:t>
            </w:r>
            <w:r w:rsidRPr="000127C1">
              <w:rPr>
                <w:bCs/>
                <w:lang w:eastAsia="en-US"/>
              </w:rPr>
              <w:t>. Секреты хорошей учебы</w:t>
            </w:r>
          </w:p>
        </w:tc>
        <w:tc>
          <w:tcPr>
            <w:tcW w:w="3402" w:type="dxa"/>
            <w:vMerge/>
          </w:tcPr>
          <w:p w14:paraId="2217D0B4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</w:p>
        </w:tc>
        <w:tc>
          <w:tcPr>
            <w:tcW w:w="3686" w:type="dxa"/>
          </w:tcPr>
          <w:p w14:paraId="12B9EA2E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Вести диалог-обмен мнениями о </w:t>
            </w:r>
          </w:p>
          <w:p w14:paraId="015990FA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о новостях в школе, о новых предметах.</w:t>
            </w:r>
          </w:p>
          <w:p w14:paraId="641B6504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 о необходимых качествах для хорошей учебы, о самообразовании через Интернет.</w:t>
            </w:r>
          </w:p>
          <w:p w14:paraId="727A359A" w14:textId="77777777" w:rsidR="00735B3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Рассуждать о роли режима дня, о самоорганизованности.</w:t>
            </w:r>
          </w:p>
          <w:p w14:paraId="0D6E0477" w14:textId="5DED44EE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Убедить друга о необходимости серьезного отношения к учебе</w:t>
            </w:r>
          </w:p>
        </w:tc>
      </w:tr>
      <w:tr w:rsidR="001D2E4E" w:rsidRPr="000127C1" w14:paraId="34BDE071" w14:textId="6C3F2C51" w:rsidTr="000127C1">
        <w:tc>
          <w:tcPr>
            <w:tcW w:w="2376" w:type="dxa"/>
          </w:tcPr>
          <w:p w14:paraId="69CE6F5D" w14:textId="77777777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Моя Родина</w:t>
            </w:r>
          </w:p>
          <w:p w14:paraId="2F93361A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 xml:space="preserve">(27 ч.) </w:t>
            </w:r>
          </w:p>
          <w:p w14:paraId="3D5CC953" w14:textId="15ED2957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Моя </w:t>
            </w:r>
            <w:r w:rsidRPr="000127C1">
              <w:rPr>
                <w:bCs/>
                <w:lang w:val="tt-RU" w:eastAsia="en-US"/>
              </w:rPr>
              <w:t xml:space="preserve">малая родина. </w:t>
            </w:r>
            <w:r w:rsidRPr="000127C1">
              <w:rPr>
                <w:bCs/>
                <w:lang w:eastAsia="en-US"/>
              </w:rPr>
              <w:t>Географическое</w:t>
            </w:r>
            <w:r w:rsidRPr="000127C1">
              <w:rPr>
                <w:bCs/>
                <w:spacing w:val="22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положение,</w:t>
            </w:r>
            <w:r w:rsidRPr="000127C1">
              <w:rPr>
                <w:bCs/>
                <w:spacing w:val="23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климат,</w:t>
            </w:r>
            <w:r w:rsidRPr="000127C1">
              <w:rPr>
                <w:bCs/>
                <w:lang w:val="tt-RU"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природа</w:t>
            </w:r>
            <w:r w:rsidRPr="000127C1">
              <w:rPr>
                <w:bCs/>
                <w:lang w:val="tt-RU" w:eastAsia="en-US"/>
              </w:rPr>
              <w:t>.</w:t>
            </w:r>
            <w:r w:rsidRPr="000127C1">
              <w:rPr>
                <w:bCs/>
                <w:lang w:eastAsia="en-US"/>
              </w:rPr>
              <w:t xml:space="preserve"> </w:t>
            </w:r>
            <w:r w:rsidRPr="000127C1">
              <w:rPr>
                <w:bCs/>
                <w:lang w:val="tt-RU" w:eastAsia="en-US"/>
              </w:rPr>
              <w:t>Исторические и памятные места.</w:t>
            </w:r>
            <w:r w:rsidRPr="000127C1">
              <w:rPr>
                <w:bCs/>
                <w:lang w:eastAsia="en-US"/>
              </w:rPr>
              <w:t xml:space="preserve"> Казань – столица Татарстана.</w:t>
            </w:r>
            <w:r w:rsidRPr="000127C1">
              <w:rPr>
                <w:bCs/>
                <w:lang w:val="tt-RU"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Выдающиеся представители</w:t>
            </w:r>
            <w:r w:rsidRPr="000127C1">
              <w:rPr>
                <w:bCs/>
                <w:spacing w:val="-68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татарского народа (писатели и поэты</w:t>
            </w:r>
            <w:r w:rsidRPr="000127C1">
              <w:rPr>
                <w:bCs/>
                <w:lang w:val="tt-RU" w:eastAsia="en-US"/>
              </w:rPr>
              <w:t>, деятели культуры)</w:t>
            </w:r>
          </w:p>
        </w:tc>
        <w:tc>
          <w:tcPr>
            <w:tcW w:w="3402" w:type="dxa"/>
            <w:vMerge/>
          </w:tcPr>
          <w:p w14:paraId="28B7F850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</w:p>
        </w:tc>
        <w:tc>
          <w:tcPr>
            <w:tcW w:w="3686" w:type="dxa"/>
          </w:tcPr>
          <w:p w14:paraId="77F4D1B5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Сообщать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 географическом положении, климате, природе Татарстана.</w:t>
            </w:r>
          </w:p>
          <w:p w14:paraId="061E173A" w14:textId="77777777" w:rsidR="00B60276" w:rsidRPr="000127C1" w:rsidRDefault="00B60276" w:rsidP="000127C1">
            <w:pPr>
              <w:jc w:val="both"/>
              <w:rPr>
                <w:bCs/>
                <w:i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достопримечательностях Казани.</w:t>
            </w:r>
          </w:p>
          <w:p w14:paraId="4B6DB2F5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Давать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краткую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информацию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татарских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писателях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поэтах</w:t>
            </w:r>
            <w:r w:rsidRPr="000127C1">
              <w:rPr>
                <w:bCs/>
                <w:spacing w:val="1"/>
                <w:lang w:val="tt-RU" w:eastAsia="en-US"/>
              </w:rPr>
              <w:t xml:space="preserve">, деятелях культуры. </w:t>
            </w:r>
          </w:p>
          <w:p w14:paraId="3D65A1B2" w14:textId="6C795DC1" w:rsidR="00B60276" w:rsidRPr="000127C1" w:rsidRDefault="00B60276" w:rsidP="000127C1">
            <w:pPr>
              <w:jc w:val="both"/>
              <w:rPr>
                <w:bCs/>
                <w:spacing w:val="-68"/>
                <w:lang w:eastAsia="en-US"/>
              </w:rPr>
            </w:pPr>
            <w:r w:rsidRPr="000127C1">
              <w:rPr>
                <w:bCs/>
                <w:lang w:eastAsia="en-US"/>
              </w:rPr>
              <w:t>Обсуждать содержан</w:t>
            </w:r>
            <w:r w:rsidR="00735B36" w:rsidRPr="000127C1">
              <w:rPr>
                <w:bCs/>
                <w:lang w:eastAsia="en-US"/>
              </w:rPr>
              <w:t xml:space="preserve">ие </w:t>
            </w:r>
            <w:r w:rsidRPr="000127C1">
              <w:rPr>
                <w:bCs/>
                <w:lang w:val="tt-RU" w:eastAsia="en-US"/>
              </w:rPr>
              <w:t>п</w:t>
            </w:r>
            <w:r w:rsidRPr="000127C1">
              <w:rPr>
                <w:bCs/>
                <w:lang w:eastAsia="en-US"/>
              </w:rPr>
              <w:t>рочитанных произведений,</w:t>
            </w:r>
            <w:r w:rsidRPr="000127C1">
              <w:rPr>
                <w:bCs/>
                <w:spacing w:val="-68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высказывать</w:t>
            </w:r>
            <w:r w:rsidRPr="000127C1">
              <w:rPr>
                <w:bCs/>
                <w:spacing w:val="-3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свое мнение</w:t>
            </w:r>
          </w:p>
        </w:tc>
      </w:tr>
    </w:tbl>
    <w:p w14:paraId="73581E8C" w14:textId="77777777" w:rsidR="00E5303D" w:rsidRPr="000127C1" w:rsidRDefault="00B8165B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  <w:lang w:val="en-US" w:eastAsia="en-US"/>
        </w:rPr>
      </w:pPr>
      <w:bookmarkStart w:id="33" w:name="_Toc105662373"/>
      <w:r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8 класс </w:t>
      </w:r>
      <w:r w:rsidR="00DA6631"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– </w:t>
      </w:r>
      <w:r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102 </w:t>
      </w:r>
      <w:r w:rsidR="00DA6631"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>ч.</w:t>
      </w:r>
      <w:bookmarkEnd w:id="33"/>
    </w:p>
    <w:tbl>
      <w:tblPr>
        <w:tblStyle w:val="a6"/>
        <w:tblW w:w="9464" w:type="dxa"/>
        <w:tblLayout w:type="fixed"/>
        <w:tblLook w:val="04A0" w:firstRow="1" w:lastRow="0" w:firstColumn="1" w:lastColumn="0" w:noHBand="0" w:noVBand="1"/>
      </w:tblPr>
      <w:tblGrid>
        <w:gridCol w:w="2376"/>
        <w:gridCol w:w="3402"/>
        <w:gridCol w:w="3686"/>
      </w:tblGrid>
      <w:tr w:rsidR="001D2E4E" w:rsidRPr="000127C1" w14:paraId="1F8D53EC" w14:textId="6C15A88C" w:rsidTr="000127C1">
        <w:tc>
          <w:tcPr>
            <w:tcW w:w="2376" w:type="dxa"/>
            <w:vAlign w:val="center"/>
          </w:tcPr>
          <w:p w14:paraId="1698D65A" w14:textId="19CB5142" w:rsidR="00B60276" w:rsidRPr="000127C1" w:rsidRDefault="00B60276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  <w:lang w:val="tt-RU"/>
              </w:rPr>
              <w:t>Тема</w:t>
            </w:r>
            <w:r w:rsidR="00735B36" w:rsidRPr="000127C1">
              <w:rPr>
                <w:b/>
                <w:bCs/>
                <w:lang w:val="tt-RU"/>
              </w:rPr>
              <w:t>, раздел курса</w:t>
            </w:r>
          </w:p>
        </w:tc>
        <w:tc>
          <w:tcPr>
            <w:tcW w:w="3402" w:type="dxa"/>
            <w:vAlign w:val="center"/>
          </w:tcPr>
          <w:p w14:paraId="13A0EC13" w14:textId="3F8487A6" w:rsidR="00B60276" w:rsidRPr="000127C1" w:rsidRDefault="00B60276" w:rsidP="000127C1">
            <w:pPr>
              <w:jc w:val="both"/>
              <w:rPr>
                <w:b/>
                <w:bCs/>
              </w:rPr>
            </w:pPr>
            <w:r w:rsidRPr="000127C1">
              <w:rPr>
                <w:b/>
                <w:bCs/>
                <w:lang w:val="tt-RU"/>
              </w:rPr>
              <w:t>Пр</w:t>
            </w:r>
            <w:r w:rsidR="00735B36" w:rsidRPr="000127C1">
              <w:rPr>
                <w:b/>
                <w:bCs/>
                <w:lang w:val="tt-RU"/>
              </w:rPr>
              <w:t>ограммное</w:t>
            </w:r>
            <w:r w:rsidRPr="000127C1">
              <w:rPr>
                <w:b/>
                <w:bCs/>
                <w:lang w:val="tt-RU"/>
              </w:rPr>
              <w:t xml:space="preserve"> содержание</w:t>
            </w:r>
          </w:p>
        </w:tc>
        <w:tc>
          <w:tcPr>
            <w:tcW w:w="3686" w:type="dxa"/>
            <w:vAlign w:val="center"/>
          </w:tcPr>
          <w:p w14:paraId="4C5D4010" w14:textId="323C73F4" w:rsidR="00B60276" w:rsidRPr="000127C1" w:rsidRDefault="00735B36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</w:rPr>
              <w:t xml:space="preserve">Основные виды деятельности </w:t>
            </w:r>
            <w:r w:rsidR="00B60276" w:rsidRPr="000127C1">
              <w:rPr>
                <w:b/>
                <w:bCs/>
              </w:rPr>
              <w:t>обучающихся</w:t>
            </w:r>
          </w:p>
        </w:tc>
      </w:tr>
      <w:tr w:rsidR="001D2E4E" w:rsidRPr="000127C1" w14:paraId="62EDAE0C" w14:textId="32DAB82F" w:rsidTr="000127C1">
        <w:tc>
          <w:tcPr>
            <w:tcW w:w="2376" w:type="dxa"/>
          </w:tcPr>
          <w:p w14:paraId="0BD93D5D" w14:textId="77777777" w:rsidR="00B60276" w:rsidRPr="000127C1" w:rsidRDefault="00B60276" w:rsidP="000127C1">
            <w:pPr>
              <w:jc w:val="both"/>
              <w:rPr>
                <w:b/>
                <w:iCs/>
              </w:rPr>
            </w:pPr>
            <w:r w:rsidRPr="000127C1">
              <w:rPr>
                <w:b/>
                <w:iCs/>
              </w:rPr>
              <w:t>Мир моего «</w:t>
            </w:r>
            <w:r w:rsidRPr="000127C1">
              <w:rPr>
                <w:b/>
                <w:iCs/>
                <w:lang w:val="tt-RU"/>
              </w:rPr>
              <w:t>Я</w:t>
            </w:r>
            <w:r w:rsidRPr="000127C1">
              <w:rPr>
                <w:b/>
                <w:iCs/>
              </w:rPr>
              <w:t>»</w:t>
            </w:r>
          </w:p>
          <w:p w14:paraId="2813E06B" w14:textId="77777777" w:rsidR="00B60276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b/>
                <w:iCs/>
                <w:lang w:val="tt-RU"/>
              </w:rPr>
              <w:t>(25 ч.)</w:t>
            </w:r>
          </w:p>
          <w:p w14:paraId="042E53BB" w14:textId="77777777" w:rsidR="00735B3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iCs/>
                <w:lang w:eastAsia="en-US"/>
              </w:rPr>
            </w:pPr>
            <w:r w:rsidRPr="000127C1">
              <w:rPr>
                <w:iCs/>
                <w:lang w:val="tt-RU" w:eastAsia="en-US"/>
              </w:rPr>
              <w:t>О</w:t>
            </w:r>
            <w:r w:rsidRPr="000127C1">
              <w:rPr>
                <w:iCs/>
                <w:lang w:eastAsia="en-US"/>
              </w:rPr>
              <w:t>бщени</w:t>
            </w:r>
            <w:r w:rsidRPr="000127C1">
              <w:rPr>
                <w:iCs/>
                <w:lang w:val="tt-RU" w:eastAsia="en-US"/>
              </w:rPr>
              <w:t>е</w:t>
            </w:r>
            <w:r w:rsidRPr="000127C1">
              <w:rPr>
                <w:iCs/>
                <w:lang w:eastAsia="en-US"/>
              </w:rPr>
              <w:t xml:space="preserve"> и дружб</w:t>
            </w:r>
            <w:r w:rsidRPr="000127C1">
              <w:rPr>
                <w:iCs/>
                <w:lang w:val="tt-RU" w:eastAsia="en-US"/>
              </w:rPr>
              <w:t>а</w:t>
            </w:r>
            <w:r w:rsidRPr="000127C1">
              <w:rPr>
                <w:iCs/>
                <w:lang w:eastAsia="en-US"/>
              </w:rPr>
              <w:t xml:space="preserve"> с ровесниками.</w:t>
            </w:r>
          </w:p>
          <w:p w14:paraId="0027A912" w14:textId="301DD983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iCs/>
                <w:lang w:val="tt-RU" w:eastAsia="en-US"/>
              </w:rPr>
            </w:pPr>
            <w:r w:rsidRPr="000127C1">
              <w:rPr>
                <w:iCs/>
                <w:lang w:eastAsia="en-US"/>
              </w:rPr>
              <w:t>Свободное время</w:t>
            </w:r>
            <w:r w:rsidRPr="000127C1">
              <w:rPr>
                <w:iCs/>
                <w:lang w:val="tt-RU" w:eastAsia="en-US"/>
              </w:rPr>
              <w:t>. Л</w:t>
            </w:r>
            <w:r w:rsidRPr="000127C1">
              <w:rPr>
                <w:lang w:eastAsia="en-US"/>
              </w:rPr>
              <w:t>юбимые занятия и путешествия</w:t>
            </w:r>
          </w:p>
        </w:tc>
        <w:tc>
          <w:tcPr>
            <w:tcW w:w="3402" w:type="dxa"/>
            <w:vMerge w:val="restart"/>
          </w:tcPr>
          <w:p w14:paraId="4AAFA394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Аудирование</w:t>
            </w:r>
          </w:p>
          <w:p w14:paraId="4F2343A0" w14:textId="75964E96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Понимание на слух речи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учителя и одноклассников и вербальная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невербальная реакция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на услышанное</w:t>
            </w:r>
            <w:r w:rsidRPr="000127C1">
              <w:rPr>
                <w:iCs/>
                <w:lang w:val="tt-RU"/>
              </w:rPr>
              <w:t>.</w:t>
            </w:r>
          </w:p>
          <w:p w14:paraId="16E62952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Дальнейшее развитие восприятия и понимания на слух несложных адаптированных аутентичных аудиотекстов, содержащих отдельные незнакомые слова,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разной глубиной проникновения в их содержание в зависимости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от поставленной коммуникативной задачи.</w:t>
            </w:r>
          </w:p>
          <w:p w14:paraId="29A16BA7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296DA30" w14:textId="5EC794B9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Диалогическая речь</w:t>
            </w:r>
          </w:p>
          <w:p w14:paraId="103D2F1E" w14:textId="7D2CD264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Ведение</w:t>
            </w:r>
            <w:r w:rsidRPr="000127C1">
              <w:rPr>
                <w:bCs/>
                <w:iCs/>
                <w:lang w:val="tt-RU"/>
              </w:rPr>
              <w:t xml:space="preserve"> разн</w:t>
            </w:r>
            <w:r w:rsidR="007B0309" w:rsidRPr="000127C1">
              <w:rPr>
                <w:bCs/>
                <w:iCs/>
                <w:lang w:val="tt-RU"/>
              </w:rPr>
              <w:t>ых видов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диалог</w:t>
            </w:r>
            <w:r w:rsidR="007B0309" w:rsidRPr="000127C1">
              <w:rPr>
                <w:bCs/>
                <w:iCs/>
              </w:rPr>
              <w:t>а</w:t>
            </w:r>
            <w:r w:rsidRPr="000127C1">
              <w:rPr>
                <w:bCs/>
                <w:iCs/>
              </w:rPr>
              <w:t xml:space="preserve"> (объем 9-10 реплик) по темам общения.</w:t>
            </w:r>
          </w:p>
          <w:p w14:paraId="465D813A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164556E9" w14:textId="30ABB578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Монологическая речь</w:t>
            </w:r>
          </w:p>
          <w:p w14:paraId="7D23E748" w14:textId="5804F01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Создание устных связных монологических высказываний</w:t>
            </w:r>
            <w:r w:rsidRPr="000127C1">
              <w:rPr>
                <w:iCs/>
                <w:lang w:val="tt-RU"/>
              </w:rPr>
              <w:t xml:space="preserve"> (объем 9-10 фраз) </w:t>
            </w:r>
            <w:r w:rsidRPr="000127C1">
              <w:rPr>
                <w:iCs/>
              </w:rPr>
              <w:t>с использованием основных коммуникативных типов речи. Изложение (пересказ) основного содержания прочитанного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прослушанного текста. К</w:t>
            </w:r>
            <w:r w:rsidRPr="000127C1">
              <w:rPr>
                <w:iCs/>
              </w:rPr>
              <w:t>раткое изложение результатов выполненной проектной работы.</w:t>
            </w:r>
          </w:p>
          <w:p w14:paraId="2D598DF8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7D6F40E0" w14:textId="0C337699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Смысловое чтение</w:t>
            </w:r>
          </w:p>
          <w:p w14:paraId="3018C2F8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Ч</w:t>
            </w:r>
            <w:r w:rsidRPr="000127C1">
              <w:rPr>
                <w:iCs/>
                <w:lang w:val="tt-RU"/>
              </w:rPr>
              <w:t xml:space="preserve">тение с </w:t>
            </w:r>
            <w:r w:rsidRPr="000127C1">
              <w:rPr>
                <w:iCs/>
              </w:rPr>
              <w:t>понима</w:t>
            </w:r>
            <w:r w:rsidRPr="000127C1">
              <w:rPr>
                <w:iCs/>
                <w:lang w:val="tt-RU"/>
              </w:rPr>
              <w:t xml:space="preserve">нием </w:t>
            </w:r>
            <w:r w:rsidRPr="000127C1">
              <w:rPr>
                <w:iCs/>
              </w:rPr>
              <w:t>учебны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и несложны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адаптированны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аутентичны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текст</w:t>
            </w:r>
            <w:r w:rsidRPr="000127C1">
              <w:rPr>
                <w:iCs/>
                <w:lang w:val="tt-RU"/>
              </w:rPr>
              <w:t>ов (объем 200-250 слов)</w:t>
            </w:r>
            <w:r w:rsidRPr="000127C1">
              <w:rPr>
                <w:iCs/>
              </w:rPr>
              <w:t xml:space="preserve"> разных жанров и стилей, содержащи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      </w:r>
          </w:p>
          <w:p w14:paraId="53D4B2E4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40FC65A8" w14:textId="5FA83A62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Письм</w:t>
            </w:r>
            <w:r w:rsidRPr="000127C1">
              <w:rPr>
                <w:bCs/>
                <w:iCs/>
                <w:lang w:val="tt-RU"/>
              </w:rPr>
              <w:t>енная речь</w:t>
            </w:r>
          </w:p>
          <w:p w14:paraId="302A4BA7" w14:textId="250C53F5" w:rsidR="00B60276" w:rsidRPr="000127C1" w:rsidRDefault="00B60276" w:rsidP="000127C1">
            <w:pPr>
              <w:tabs>
                <w:tab w:val="left" w:pos="284"/>
                <w:tab w:val="left" w:pos="993"/>
              </w:tabs>
              <w:jc w:val="both"/>
              <w:rPr>
                <w:b/>
                <w:iCs/>
              </w:rPr>
            </w:pPr>
            <w:r w:rsidRPr="000127C1">
              <w:rPr>
                <w:bCs/>
                <w:iCs/>
              </w:rPr>
              <w:t xml:space="preserve">Заполнение анкеты и сообщение о себе основных сведений в соответствии с языковыми нормами; </w:t>
            </w:r>
            <w:r w:rsidRPr="000127C1">
              <w:rPr>
                <w:iCs/>
              </w:rPr>
              <w:t xml:space="preserve">самостоятельное составление и написание текста по изучаемой теме; </w:t>
            </w:r>
            <w:r w:rsidRPr="000127C1">
              <w:rPr>
                <w:bCs/>
                <w:iCs/>
              </w:rPr>
              <w:t>н</w:t>
            </w:r>
            <w:r w:rsidRPr="000127C1">
              <w:rPr>
                <w:bCs/>
                <w:iCs/>
                <w:lang w:val="tt-RU"/>
              </w:rPr>
              <w:t>а</w:t>
            </w:r>
            <w:r w:rsidRPr="000127C1">
              <w:rPr>
                <w:bCs/>
                <w:iCs/>
              </w:rPr>
              <w:t xml:space="preserve">писание ответов на заданные вопросы с использованием изученного лексико-грамматического материала; </w:t>
            </w:r>
            <w:r w:rsidRPr="000127C1">
              <w:rPr>
                <w:iCs/>
              </w:rPr>
              <w:t xml:space="preserve">выполнение письменных творческих заданий; написание </w:t>
            </w:r>
            <w:r w:rsidRPr="000127C1">
              <w:rPr>
                <w:bCs/>
                <w:iCs/>
              </w:rPr>
              <w:t xml:space="preserve">личного </w:t>
            </w:r>
            <w:r w:rsidRPr="000127C1">
              <w:rPr>
                <w:bCs/>
                <w:iCs/>
                <w:lang w:val="tt-RU"/>
              </w:rPr>
              <w:t xml:space="preserve">письма </w:t>
            </w:r>
            <w:r w:rsidRPr="000127C1">
              <w:rPr>
                <w:iCs/>
              </w:rPr>
              <w:t>с опорой и без опоры на образец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(объем до 70 слов)</w:t>
            </w:r>
            <w:r w:rsidRPr="000127C1">
              <w:rPr>
                <w:iCs/>
              </w:rPr>
              <w:t>.</w:t>
            </w:r>
            <w:r w:rsidR="00F14BCA" w:rsidRPr="000127C1">
              <w:rPr>
                <w:iCs/>
              </w:rPr>
              <w:t xml:space="preserve"> </w:t>
            </w:r>
          </w:p>
          <w:p w14:paraId="20EB7D60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543FDBF3" w14:textId="21DFC73F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Фонетическая сторона речи</w:t>
            </w:r>
          </w:p>
          <w:p w14:paraId="30E5E793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iCs/>
              </w:rPr>
              <w:t>Р</w:t>
            </w:r>
            <w:r w:rsidRPr="000127C1">
              <w:rPr>
                <w:bCs/>
                <w:iCs/>
              </w:rPr>
              <w:t>азличение на слух и адекватное произнесение слов с соблюдением правильного ударения и фраз с соблюдением их ритмико-интонационных особенностей. Чтение новых слов согласно правилам чтения.</w:t>
            </w:r>
          </w:p>
          <w:p w14:paraId="7EF1B443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Чтение вслух небольших адаптированных аутентичных текстов (объем до 100слов), построенных на изученном языковом материале, с соблюдением правил чтения и соответствующей интонации, демонстрирующее понимание текста.</w:t>
            </w:r>
          </w:p>
          <w:p w14:paraId="74B8FF72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199D6195" w14:textId="05359C4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Графика, орфография и пунктуация</w:t>
            </w:r>
          </w:p>
          <w:p w14:paraId="45B552B1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П</w:t>
            </w:r>
            <w:r w:rsidRPr="000127C1">
              <w:rPr>
                <w:iCs/>
              </w:rPr>
              <w:t>равильное написание изученных слов. 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обращении; при вводных словах.</w:t>
            </w:r>
          </w:p>
          <w:p w14:paraId="583227AB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Пунктуационно правильное, в соответствии с нормами татарского речевого этикета оформление электронного сообщения личного характера.</w:t>
            </w:r>
          </w:p>
          <w:p w14:paraId="63F5F6B3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17289D05" w14:textId="782CA655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Лексическая сторона речи</w:t>
            </w:r>
          </w:p>
          <w:p w14:paraId="0C1C90C0" w14:textId="5980BB6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 xml:space="preserve">Распознавание и употребление в устной и письменной речи не менее </w:t>
            </w:r>
            <w:r w:rsidRPr="000127C1">
              <w:rPr>
                <w:iCs/>
                <w:lang w:val="tt-RU"/>
              </w:rPr>
              <w:t>850</w:t>
            </w:r>
            <w:r w:rsidRPr="000127C1">
              <w:rPr>
                <w:bCs/>
                <w:iCs/>
              </w:rPr>
              <w:t xml:space="preserve"> лексических единиц (слов, словосочетаний, речевых клише), обслуживающих ситуации общения в рамках тематического содержания речи, в том числе: </w:t>
            </w:r>
            <w:r w:rsidRPr="000127C1">
              <w:rPr>
                <w:iCs/>
              </w:rPr>
              <w:t xml:space="preserve">слов-названий предметов, их признаков, действий предметов; </w:t>
            </w:r>
            <w:r w:rsidRPr="000127C1">
              <w:rPr>
                <w:iCs/>
                <w:lang w:val="tt-RU"/>
              </w:rPr>
              <w:t xml:space="preserve">заимствованных слов; синонимов и антонимов изученных слов; производных </w:t>
            </w:r>
            <w:r w:rsidR="00060888" w:rsidRPr="000127C1">
              <w:rPr>
                <w:iCs/>
                <w:lang w:val="tt-RU"/>
              </w:rPr>
              <w:t>«истәлекле», «модалы», парных «җыр-бию», сложных «көнчыгыш», составных «шат күңелле» слов</w:t>
            </w:r>
            <w:r w:rsidRPr="000127C1">
              <w:rPr>
                <w:iCs/>
                <w:lang w:val="tt-RU"/>
              </w:rPr>
              <w:t>.</w:t>
            </w:r>
          </w:p>
          <w:p w14:paraId="7B0F1EF8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8B4FEB1" w14:textId="6E06198D" w:rsidR="0061138F" w:rsidRPr="000127C1" w:rsidRDefault="0061138F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Грамматическая сторона речи</w:t>
            </w:r>
          </w:p>
          <w:p w14:paraId="429B9163" w14:textId="77777777" w:rsidR="0061138F" w:rsidRPr="000127C1" w:rsidRDefault="0061138F" w:rsidP="000127C1">
            <w:pPr>
              <w:tabs>
                <w:tab w:val="left" w:pos="993"/>
              </w:tabs>
              <w:jc w:val="both"/>
              <w:rPr>
                <w:bCs/>
                <w:iCs/>
                <w:lang w:val="tt-RU"/>
              </w:rPr>
            </w:pPr>
            <w:r w:rsidRPr="000127C1">
              <w:rPr>
                <w:bCs/>
                <w:iCs/>
              </w:rPr>
              <w:t>Распознавание в письменном и звучащем тексте и употребление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в устной и письменной речи изученных морфологических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 xml:space="preserve">форм и синтаксических конструкций </w:t>
            </w:r>
            <w:r w:rsidRPr="000127C1">
              <w:rPr>
                <w:bCs/>
                <w:iCs/>
                <w:lang w:val="tt-RU"/>
              </w:rPr>
              <w:t>татарского языка:</w:t>
            </w:r>
          </w:p>
          <w:p w14:paraId="65254892" w14:textId="77777777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производные, парные, составные, сложные имена существительные;</w:t>
            </w:r>
          </w:p>
          <w:p w14:paraId="625DFF6D" w14:textId="77777777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конструкци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я </w:t>
            </w:r>
            <w:r w:rsidRPr="000127C1">
              <w:rPr>
                <w:iCs/>
              </w:rPr>
              <w:t>имя сущ. + имя сущ</w:t>
            </w:r>
            <w:r w:rsidRPr="000127C1">
              <w:rPr>
                <w:iCs/>
                <w:lang w:val="tt-RU"/>
              </w:rPr>
              <w:t xml:space="preserve">. </w:t>
            </w:r>
            <w:r w:rsidRPr="000127C1">
              <w:rPr>
                <w:iCs/>
              </w:rPr>
              <w:t>с</w:t>
            </w:r>
            <w:r w:rsidRPr="000127C1">
              <w:rPr>
                <w:iCs/>
                <w:spacing w:val="1"/>
              </w:rPr>
              <w:t xml:space="preserve"> аффикс</w:t>
            </w:r>
            <w:r w:rsidRPr="000127C1">
              <w:rPr>
                <w:iCs/>
                <w:spacing w:val="1"/>
                <w:lang w:val="tt-RU"/>
              </w:rPr>
              <w:t>ом</w:t>
            </w:r>
            <w:r w:rsidRPr="000127C1">
              <w:rPr>
                <w:iCs/>
                <w:spacing w:val="1"/>
              </w:rPr>
              <w:t xml:space="preserve"> </w:t>
            </w:r>
            <w:r w:rsidRPr="000127C1">
              <w:rPr>
                <w:iCs/>
              </w:rPr>
              <w:t>принадлеж</w:t>
            </w:r>
            <w:r w:rsidRPr="000127C1">
              <w:rPr>
                <w:iCs/>
                <w:lang w:val="tt-RU"/>
              </w:rPr>
              <w:t>н</w:t>
            </w:r>
            <w:r w:rsidRPr="000127C1">
              <w:rPr>
                <w:iCs/>
              </w:rPr>
              <w:t>ости 3 лица:</w:t>
            </w:r>
            <w:r w:rsidRPr="000127C1">
              <w:rPr>
                <w:rFonts w:eastAsia="Calibri"/>
                <w:iCs/>
                <w:lang w:eastAsia="en-US"/>
              </w:rPr>
              <w:t xml:space="preserve"> </w:t>
            </w:r>
            <w:r w:rsidRPr="000127C1">
              <w:rPr>
                <w:rFonts w:eastAsia="Calibri"/>
                <w:iCs/>
                <w:lang w:val="tt-RU" w:eastAsia="en-US"/>
              </w:rPr>
              <w:t>Россия Федерациясе;</w:t>
            </w:r>
          </w:p>
          <w:p w14:paraId="4B1CD223" w14:textId="736631AD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неопределенные местоимения </w:t>
            </w:r>
            <w:r w:rsidR="00060888" w:rsidRPr="000127C1">
              <w:rPr>
                <w:rFonts w:eastAsia="Calibri"/>
                <w:iCs/>
                <w:lang w:val="tt-RU" w:eastAsia="en-US"/>
              </w:rPr>
              <w:t>«кемдер», «әллә кем»</w:t>
            </w:r>
            <w:r w:rsidR="00060888" w:rsidRPr="000127C1">
              <w:rPr>
                <w:rFonts w:eastAsia="Calibri"/>
                <w:iCs/>
                <w:lang w:eastAsia="en-US"/>
              </w:rPr>
              <w:t>;</w:t>
            </w:r>
          </w:p>
          <w:p w14:paraId="2BB664E1" w14:textId="248D448B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наречия меры и степени </w:t>
            </w:r>
            <w:r w:rsidR="0006088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еш</w:t>
            </w:r>
            <w:r w:rsidR="0006088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060888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сирәк</w:t>
            </w:r>
            <w:r w:rsidR="00060888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0F48CF41" w14:textId="74AC8F38" w:rsidR="0061138F" w:rsidRPr="000127C1" w:rsidRDefault="0061138F" w:rsidP="000127C1">
            <w:pPr>
              <w:widowControl w:val="0"/>
              <w:numPr>
                <w:ilvl w:val="0"/>
                <w:numId w:val="7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инфинитив с модал</w:t>
            </w:r>
            <w:r w:rsidRPr="000127C1">
              <w:rPr>
                <w:iCs/>
              </w:rPr>
              <w:t>ь</w:t>
            </w:r>
            <w:r w:rsidRPr="000127C1">
              <w:rPr>
                <w:iCs/>
                <w:lang w:val="tt-RU"/>
              </w:rPr>
              <w:t xml:space="preserve">ными словами </w:t>
            </w:r>
            <w:r w:rsidR="00D042C5" w:rsidRPr="000127C1">
              <w:rPr>
                <w:iCs/>
              </w:rPr>
              <w:t>«кирәк»</w:t>
            </w:r>
            <w:r w:rsidR="00055FEC" w:rsidRPr="000127C1">
              <w:rPr>
                <w:iCs/>
              </w:rPr>
              <w:t xml:space="preserve"> / </w:t>
            </w:r>
            <w:r w:rsidR="00D042C5" w:rsidRPr="000127C1">
              <w:rPr>
                <w:iCs/>
              </w:rPr>
              <w:t>«кирәкми», «ярый»</w:t>
            </w:r>
            <w:r w:rsidR="00055FEC" w:rsidRPr="000127C1">
              <w:rPr>
                <w:iCs/>
              </w:rPr>
              <w:t xml:space="preserve"> / </w:t>
            </w:r>
            <w:r w:rsidR="00D042C5" w:rsidRPr="000127C1">
              <w:rPr>
                <w:iCs/>
              </w:rPr>
              <w:t>«ярамый», «мөмкин»</w:t>
            </w:r>
            <w:r w:rsidR="00055FEC" w:rsidRPr="000127C1">
              <w:rPr>
                <w:iCs/>
              </w:rPr>
              <w:t xml:space="preserve"> / </w:t>
            </w:r>
            <w:r w:rsidR="00D042C5" w:rsidRPr="000127C1">
              <w:rPr>
                <w:iCs/>
              </w:rPr>
              <w:t>«мөмкин түгел», «тиеш»</w:t>
            </w:r>
            <w:r w:rsidR="00055FEC" w:rsidRPr="000127C1">
              <w:rPr>
                <w:iCs/>
              </w:rPr>
              <w:t xml:space="preserve"> / </w:t>
            </w:r>
            <w:r w:rsidR="00D042C5" w:rsidRPr="000127C1">
              <w:rPr>
                <w:iCs/>
              </w:rPr>
              <w:t>«тиеш түгел»;</w:t>
            </w:r>
          </w:p>
          <w:p w14:paraId="774396F9" w14:textId="33187FDF" w:rsidR="0061138F" w:rsidRPr="000127C1" w:rsidRDefault="0061138F" w:rsidP="000127C1">
            <w:pPr>
              <w:widowControl w:val="0"/>
              <w:numPr>
                <w:ilvl w:val="0"/>
                <w:numId w:val="7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iCs/>
              </w:rPr>
            </w:pPr>
            <w:r w:rsidRPr="000127C1">
              <w:rPr>
                <w:bCs/>
                <w:iCs/>
                <w:lang w:val="tt-RU"/>
              </w:rPr>
              <w:t>аналитические</w:t>
            </w:r>
            <w:r w:rsidRPr="000127C1">
              <w:rPr>
                <w:b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  <w:lang w:val="tt-RU"/>
              </w:rPr>
              <w:t>глаголы,</w:t>
            </w:r>
            <w:r w:rsidRPr="000127C1">
              <w:rPr>
                <w:iCs/>
                <w:lang w:val="tt-RU"/>
              </w:rPr>
              <w:t xml:space="preserve"> выражающие начало и</w:t>
            </w:r>
            <w:r w:rsidR="00090EDB"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  <w:lang w:val="tt-RU"/>
              </w:rPr>
              <w:t xml:space="preserve">завершение действия </w:t>
            </w:r>
            <w:r w:rsidR="00D042C5" w:rsidRPr="000127C1">
              <w:rPr>
                <w:iCs/>
                <w:lang w:val="tt-RU"/>
              </w:rPr>
              <w:t>«укый башлады», «укып бетерде»;</w:t>
            </w:r>
          </w:p>
          <w:p w14:paraId="7703CEA8" w14:textId="42D7E9AA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деепричастия на -ып</w:t>
            </w:r>
            <w:r w:rsidR="00055FEC" w:rsidRPr="000127C1">
              <w:rPr>
                <w:rFonts w:eastAsia="Calibri"/>
                <w:iCs/>
                <w:lang w:eastAsia="en-US"/>
              </w:rPr>
              <w:t xml:space="preserve"> / </w:t>
            </w:r>
            <w:r w:rsidRPr="000127C1">
              <w:rPr>
                <w:rFonts w:eastAsia="Calibri"/>
                <w:iCs/>
                <w:lang w:eastAsia="en-US"/>
              </w:rPr>
              <w:t>-еп</w:t>
            </w:r>
            <w:r w:rsidR="00055FEC" w:rsidRPr="000127C1">
              <w:rPr>
                <w:rFonts w:eastAsia="Calibri"/>
                <w:iCs/>
                <w:lang w:eastAsia="en-US"/>
              </w:rPr>
              <w:t xml:space="preserve"> / </w:t>
            </w:r>
            <w:r w:rsidRPr="000127C1">
              <w:rPr>
                <w:rFonts w:eastAsia="Calibri"/>
                <w:iCs/>
                <w:lang w:eastAsia="en-US"/>
              </w:rPr>
              <w:t>-п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681BFB24" w14:textId="77777777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bCs/>
                <w:iCs/>
                <w:lang w:eastAsia="en-US"/>
              </w:rPr>
            </w:pPr>
            <w:r w:rsidRPr="000127C1">
              <w:rPr>
                <w:iCs/>
                <w:lang w:val="tt-RU"/>
              </w:rPr>
              <w:t>причастия настоя</w:t>
            </w:r>
            <w:r w:rsidRPr="000127C1">
              <w:rPr>
                <w:iCs/>
              </w:rPr>
              <w:t>щего</w:t>
            </w:r>
            <w:r w:rsidRPr="000127C1">
              <w:rPr>
                <w:iCs/>
                <w:lang w:val="tt-RU"/>
              </w:rPr>
              <w:t xml:space="preserve"> (баручы кеше</w:t>
            </w:r>
            <w:r w:rsidRPr="000127C1">
              <w:rPr>
                <w:iCs/>
              </w:rPr>
              <w:t>,</w:t>
            </w:r>
            <w:r w:rsidRPr="000127C1">
              <w:rPr>
                <w:iCs/>
                <w:lang w:val="tt-RU"/>
              </w:rPr>
              <w:t xml:space="preserve"> бара торган поезд) и </w:t>
            </w:r>
            <w:r w:rsidRPr="000127C1">
              <w:rPr>
                <w:iCs/>
              </w:rPr>
              <w:t xml:space="preserve">прошедшего </w:t>
            </w:r>
            <w:r w:rsidRPr="000127C1">
              <w:rPr>
                <w:iCs/>
                <w:lang w:val="tt-RU"/>
              </w:rPr>
              <w:t>времени (килгән кунак);</w:t>
            </w:r>
          </w:p>
          <w:p w14:paraId="147E7484" w14:textId="123611D3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конструкция имя действия + послелог </w:t>
            </w:r>
            <w:r w:rsidR="003311EA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өчен</w:t>
            </w:r>
            <w:r w:rsidR="003311EA" w:rsidRPr="000127C1">
              <w:rPr>
                <w:iCs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(белү өчен)</w:t>
            </w:r>
            <w:r w:rsidRPr="000127C1">
              <w:rPr>
                <w:rFonts w:eastAsia="Calibri"/>
                <w:iCs/>
                <w:lang w:eastAsia="en-US"/>
              </w:rPr>
              <w:t>;</w:t>
            </w:r>
          </w:p>
          <w:p w14:paraId="524896A9" w14:textId="77777777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b/>
                <w:bCs/>
                <w:iCs/>
                <w:lang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главные и второстепенные члены предло</w:t>
            </w:r>
            <w:r w:rsidRPr="000127C1">
              <w:rPr>
                <w:rFonts w:eastAsia="Calibri"/>
                <w:iCs/>
                <w:lang w:eastAsia="en-US"/>
              </w:rPr>
              <w:t>жения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45C8BFC4" w14:textId="2B58CD4A" w:rsidR="0061138F" w:rsidRPr="000127C1" w:rsidRDefault="0061138F" w:rsidP="000127C1">
            <w:pPr>
              <w:widowControl w:val="0"/>
              <w:numPr>
                <w:ilvl w:val="0"/>
                <w:numId w:val="78"/>
              </w:numPr>
              <w:tabs>
                <w:tab w:val="left" w:pos="317"/>
                <w:tab w:val="left" w:pos="567"/>
                <w:tab w:val="left" w:pos="1134"/>
              </w:tabs>
              <w:overflowPunct w:val="0"/>
              <w:autoSpaceDE w:val="0"/>
              <w:autoSpaceDN w:val="0"/>
              <w:adjustRightInd w:val="0"/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iCs/>
                <w:lang w:val="tt-RU"/>
              </w:rPr>
              <w:t xml:space="preserve">вводные слова </w:t>
            </w:r>
            <w:r w:rsidR="003311EA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беренчедән</w:t>
            </w:r>
            <w:r w:rsidR="003311EA" w:rsidRPr="000127C1">
              <w:rPr>
                <w:iCs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3311EA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икенчедән</w:t>
            </w:r>
            <w:r w:rsidR="003311EA" w:rsidRPr="000127C1">
              <w:rPr>
                <w:iCs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3311EA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/>
              </w:rPr>
              <w:t>өченчедән</w:t>
            </w:r>
            <w:r w:rsidR="003311EA" w:rsidRPr="000127C1">
              <w:rPr>
                <w:iCs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41718B09" w14:textId="4B33A2F5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союзы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да</w:t>
            </w:r>
            <w:r w:rsidR="00FA6561" w:rsidRPr="000127C1">
              <w:rPr>
                <w:iCs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дә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>,</w:t>
            </w:r>
            <w:r w:rsidR="00FA6561" w:rsidRPr="000127C1">
              <w:rPr>
                <w:rFonts w:eastAsia="Calibri"/>
                <w:iCs/>
                <w:lang w:val="tt-RU" w:eastAsia="en-US"/>
              </w:rPr>
              <w:t xml:space="preserve">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та</w:t>
            </w:r>
            <w:r w:rsidR="00FA6561" w:rsidRPr="000127C1">
              <w:rPr>
                <w:iCs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тә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>,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яки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3BEFA107" w14:textId="7FF77CEA" w:rsidR="0061138F" w:rsidRPr="000127C1" w:rsidRDefault="0061138F" w:rsidP="000127C1">
            <w:pPr>
              <w:numPr>
                <w:ilvl w:val="0"/>
                <w:numId w:val="78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iCs/>
                <w:lang w:val="tt-RU" w:eastAsia="en-US"/>
              </w:rPr>
              <w:t xml:space="preserve">частицы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 w:eastAsia="en-US"/>
              </w:rPr>
              <w:t>әнә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iCs/>
                <w:lang w:val="tt-RU" w:eastAsia="en-US"/>
              </w:rPr>
              <w:t xml:space="preserve">,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 w:eastAsia="en-US"/>
              </w:rPr>
              <w:t>менә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iCs/>
                <w:lang w:val="tt-RU" w:eastAsia="en-US"/>
              </w:rPr>
              <w:t xml:space="preserve">, </w:t>
            </w:r>
            <w:r w:rsidR="00FA6561" w:rsidRPr="000127C1">
              <w:rPr>
                <w:iCs/>
                <w:lang w:val="tt-RU"/>
              </w:rPr>
              <w:t>«</w:t>
            </w:r>
            <w:r w:rsidRPr="000127C1">
              <w:rPr>
                <w:iCs/>
                <w:lang w:val="tt-RU" w:eastAsia="en-US"/>
              </w:rPr>
              <w:t>бит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iCs/>
                <w:lang w:val="tt-RU" w:eastAsia="en-US"/>
              </w:rPr>
              <w:t>, тагын</w:t>
            </w:r>
            <w:r w:rsidR="00FA6561" w:rsidRPr="000127C1">
              <w:rPr>
                <w:iCs/>
              </w:rPr>
              <w:t>»</w:t>
            </w:r>
            <w:r w:rsidRPr="000127C1">
              <w:rPr>
                <w:iCs/>
                <w:lang w:val="tt-RU" w:eastAsia="en-US"/>
              </w:rPr>
              <w:t>.</w:t>
            </w:r>
          </w:p>
          <w:p w14:paraId="1836097F" w14:textId="77777777" w:rsidR="006B2685" w:rsidRPr="000127C1" w:rsidRDefault="006B2685" w:rsidP="000127C1">
            <w:pPr>
              <w:jc w:val="both"/>
              <w:rPr>
                <w:rFonts w:eastAsia="Calibri"/>
                <w:iCs/>
              </w:rPr>
            </w:pPr>
          </w:p>
          <w:p w14:paraId="4E85D238" w14:textId="0E240DE7" w:rsidR="00B60276" w:rsidRPr="000127C1" w:rsidRDefault="00B60276" w:rsidP="000127C1">
            <w:pPr>
              <w:jc w:val="both"/>
              <w:rPr>
                <w:rFonts w:eastAsia="Calibri"/>
                <w:iCs/>
                <w:lang w:val="tt-RU"/>
              </w:rPr>
            </w:pPr>
            <w:r w:rsidRPr="000127C1">
              <w:rPr>
                <w:rFonts w:eastAsia="Calibri"/>
                <w:iCs/>
              </w:rPr>
              <w:t>Социокультурные знания и умения</w:t>
            </w:r>
          </w:p>
          <w:p w14:paraId="16B1F877" w14:textId="7409F092" w:rsidR="00B60276" w:rsidRPr="000127C1" w:rsidRDefault="00B60276" w:rsidP="000127C1">
            <w:pPr>
              <w:pStyle w:val="a5"/>
              <w:numPr>
                <w:ilvl w:val="0"/>
                <w:numId w:val="89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использование активных формул татарского речевого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этикета</w:t>
            </w:r>
            <w:r w:rsidR="00F14BCA"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в ситуациях общения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; </w:t>
            </w:r>
          </w:p>
          <w:p w14:paraId="39F8804D" w14:textId="68880B39" w:rsidR="00B60276" w:rsidRPr="000127C1" w:rsidRDefault="00B60276" w:rsidP="000127C1">
            <w:pPr>
              <w:pStyle w:val="a5"/>
              <w:numPr>
                <w:ilvl w:val="0"/>
                <w:numId w:val="89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использование в устной и письменной речи наиболее употребительных реалий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в рамках отобранного тематического содержания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>; з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 xml:space="preserve">нание названий городов России и Татарстана на татарском языке; известных татарских ученых, артистов, художников, спортсменов; </w:t>
            </w:r>
          </w:p>
          <w:p w14:paraId="088DBFD2" w14:textId="77777777" w:rsidR="00B60276" w:rsidRPr="000127C1" w:rsidRDefault="00B60276" w:rsidP="000127C1">
            <w:pPr>
              <w:pStyle w:val="a5"/>
              <w:numPr>
                <w:ilvl w:val="0"/>
                <w:numId w:val="89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знакомство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 xml:space="preserve">с образцами татарской поэзии и прозы; </w:t>
            </w:r>
          </w:p>
          <w:p w14:paraId="388BB6B9" w14:textId="01023117" w:rsidR="00B60276" w:rsidRPr="000127C1" w:rsidRDefault="00B60276" w:rsidP="000127C1">
            <w:pPr>
              <w:pStyle w:val="a5"/>
              <w:numPr>
                <w:ilvl w:val="0"/>
                <w:numId w:val="89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>краткое представление основных достижений России и Республики</w:t>
            </w:r>
            <w:r w:rsidR="00F14BCA"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>Татарстан</w:t>
            </w:r>
          </w:p>
        </w:tc>
        <w:tc>
          <w:tcPr>
            <w:tcW w:w="3686" w:type="dxa"/>
          </w:tcPr>
          <w:p w14:paraId="7A35F48E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правилах общения.</w:t>
            </w:r>
          </w:p>
          <w:p w14:paraId="02F3E593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Аргументировать</w:t>
            </w:r>
            <w:r w:rsidRPr="000127C1">
              <w:rPr>
                <w:bCs/>
                <w:spacing w:val="5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свои</w:t>
            </w:r>
            <w:r w:rsidRPr="000127C1">
              <w:rPr>
                <w:bCs/>
                <w:spacing w:val="54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суждения</w:t>
            </w:r>
            <w:r w:rsidRPr="000127C1">
              <w:rPr>
                <w:bCs/>
                <w:spacing w:val="55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 поведении своих сверстников в разных ситуациях общения.</w:t>
            </w:r>
          </w:p>
          <w:p w14:paraId="3FFCC14A" w14:textId="61BAE0C9" w:rsidR="00B60276" w:rsidRPr="000127C1" w:rsidRDefault="00B60276" w:rsidP="000127C1">
            <w:pPr>
              <w:jc w:val="both"/>
              <w:rPr>
                <w:b/>
                <w:i/>
              </w:rPr>
            </w:pPr>
            <w:r w:rsidRPr="000127C1">
              <w:rPr>
                <w:bCs/>
                <w:lang w:eastAsia="en-US"/>
              </w:rPr>
              <w:t>Вести диалог-расспрос об</w:t>
            </w:r>
            <w:r w:rsidRPr="000127C1">
              <w:rPr>
                <w:bCs/>
                <w:lang w:val="tt-RU"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 xml:space="preserve">отдыхе, </w:t>
            </w:r>
            <w:r w:rsidRPr="000127C1">
              <w:rPr>
                <w:bCs/>
                <w:spacing w:val="-3"/>
                <w:lang w:eastAsia="en-US"/>
              </w:rPr>
              <w:t xml:space="preserve">о совместных делах, </w:t>
            </w:r>
            <w:r w:rsidRPr="000127C1">
              <w:rPr>
                <w:bCs/>
                <w:lang w:eastAsia="en-US"/>
              </w:rPr>
              <w:t>о любимых занятиях и путешествиях</w:t>
            </w:r>
          </w:p>
        </w:tc>
      </w:tr>
      <w:tr w:rsidR="001D2E4E" w:rsidRPr="000127C1" w14:paraId="4B2D7C5B" w14:textId="15164BB5" w:rsidTr="000127C1">
        <w:tc>
          <w:tcPr>
            <w:tcW w:w="2376" w:type="dxa"/>
          </w:tcPr>
          <w:p w14:paraId="533AF034" w14:textId="77777777" w:rsidR="00B60276" w:rsidRPr="000127C1" w:rsidRDefault="00B60276" w:rsidP="000127C1">
            <w:pPr>
              <w:jc w:val="both"/>
              <w:rPr>
                <w:b/>
                <w:iCs/>
                <w:lang w:val="tt-RU"/>
              </w:rPr>
            </w:pPr>
            <w:r w:rsidRPr="000127C1">
              <w:rPr>
                <w:b/>
                <w:iCs/>
              </w:rPr>
              <w:t>Мир вокруг меня</w:t>
            </w:r>
          </w:p>
          <w:p w14:paraId="171DDFAC" w14:textId="77777777" w:rsidR="00B60276" w:rsidRPr="000127C1" w:rsidRDefault="00B60276" w:rsidP="000127C1">
            <w:pPr>
              <w:jc w:val="both"/>
              <w:rPr>
                <w:b/>
                <w:iCs/>
                <w:lang w:val="tt-RU"/>
              </w:rPr>
            </w:pPr>
            <w:r w:rsidRPr="000127C1">
              <w:rPr>
                <w:b/>
                <w:iCs/>
                <w:lang w:val="tt-RU"/>
              </w:rPr>
              <w:t>(25 ч.)</w:t>
            </w:r>
          </w:p>
          <w:p w14:paraId="44FC06BC" w14:textId="2DCB1397" w:rsidR="00B60276" w:rsidRPr="000127C1" w:rsidRDefault="00B60276" w:rsidP="000127C1">
            <w:pPr>
              <w:tabs>
                <w:tab w:val="left" w:pos="2532"/>
                <w:tab w:val="left" w:pos="4557"/>
              </w:tabs>
              <w:jc w:val="both"/>
              <w:rPr>
                <w:iCs/>
                <w:lang w:val="tt-RU" w:eastAsia="en-US"/>
              </w:rPr>
            </w:pPr>
            <w:r w:rsidRPr="000127C1">
              <w:rPr>
                <w:bCs/>
                <w:iCs/>
                <w:lang w:eastAsia="en-US"/>
              </w:rPr>
              <w:t>Школьная жизнь.</w:t>
            </w:r>
            <w:r w:rsidRPr="000127C1">
              <w:rPr>
                <w:b/>
                <w:iCs/>
                <w:lang w:eastAsia="en-US"/>
              </w:rPr>
              <w:t xml:space="preserve"> </w:t>
            </w:r>
            <w:r w:rsidRPr="000127C1">
              <w:rPr>
                <w:bCs/>
                <w:iCs/>
                <w:lang w:val="tt-RU" w:eastAsia="en-US"/>
              </w:rPr>
              <w:t>П</w:t>
            </w:r>
            <w:r w:rsidRPr="000127C1">
              <w:rPr>
                <w:iCs/>
                <w:lang w:eastAsia="en-US"/>
              </w:rPr>
              <w:t>ланирование своего времени.</w:t>
            </w:r>
            <w:r w:rsidRPr="000127C1">
              <w:rPr>
                <w:iCs/>
                <w:lang w:val="tt-RU" w:eastAsia="en-US"/>
              </w:rPr>
              <w:t xml:space="preserve"> </w:t>
            </w:r>
            <w:r w:rsidRPr="000127C1">
              <w:rPr>
                <w:bCs/>
                <w:iCs/>
                <w:lang w:eastAsia="en-US"/>
              </w:rPr>
              <w:t>Природа и человек.</w:t>
            </w:r>
            <w:r w:rsidRPr="000127C1">
              <w:rPr>
                <w:b/>
                <w:iCs/>
                <w:lang w:eastAsia="en-US"/>
              </w:rPr>
              <w:t xml:space="preserve"> </w:t>
            </w:r>
            <w:r w:rsidRPr="000127C1">
              <w:rPr>
                <w:iCs/>
                <w:lang w:val="tt-RU" w:eastAsia="en-US"/>
              </w:rPr>
              <w:t>Э</w:t>
            </w:r>
            <w:r w:rsidRPr="000127C1">
              <w:rPr>
                <w:iCs/>
                <w:lang w:eastAsia="en-US"/>
              </w:rPr>
              <w:t>кологи</w:t>
            </w:r>
            <w:r w:rsidRPr="000127C1">
              <w:rPr>
                <w:iCs/>
                <w:lang w:val="tt-RU" w:eastAsia="en-US"/>
              </w:rPr>
              <w:t>я</w:t>
            </w:r>
            <w:r w:rsidRPr="000127C1">
              <w:rPr>
                <w:lang w:eastAsia="en-US"/>
              </w:rPr>
              <w:t xml:space="preserve"> </w:t>
            </w:r>
            <w:r w:rsidRPr="000127C1">
              <w:rPr>
                <w:lang w:val="tt-RU" w:eastAsia="en-US"/>
              </w:rPr>
              <w:t xml:space="preserve">и </w:t>
            </w:r>
            <w:r w:rsidRPr="000127C1">
              <w:rPr>
                <w:lang w:eastAsia="en-US"/>
              </w:rPr>
              <w:t>окружающ</w:t>
            </w:r>
            <w:r w:rsidRPr="000127C1">
              <w:rPr>
                <w:lang w:val="tt-RU" w:eastAsia="en-US"/>
              </w:rPr>
              <w:t>ая</w:t>
            </w:r>
            <w:r w:rsidRPr="000127C1">
              <w:rPr>
                <w:lang w:eastAsia="en-US"/>
              </w:rPr>
              <w:t xml:space="preserve"> сред</w:t>
            </w:r>
            <w:r w:rsidRPr="000127C1">
              <w:rPr>
                <w:lang w:val="tt-RU" w:eastAsia="en-US"/>
              </w:rPr>
              <w:t>а</w:t>
            </w:r>
          </w:p>
        </w:tc>
        <w:tc>
          <w:tcPr>
            <w:tcW w:w="3402" w:type="dxa"/>
            <w:vMerge/>
          </w:tcPr>
          <w:p w14:paraId="6FB6998C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eastAsia="en-US"/>
              </w:rPr>
            </w:pPr>
          </w:p>
        </w:tc>
        <w:tc>
          <w:tcPr>
            <w:tcW w:w="3686" w:type="dxa"/>
          </w:tcPr>
          <w:p w14:paraId="594E7B8D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Рассказать о празднике в школе, о новостях в школьной жизни. </w:t>
            </w:r>
          </w:p>
          <w:p w14:paraId="32E6BCB8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Рассуждать</w:t>
            </w:r>
            <w:r w:rsidRPr="000127C1">
              <w:rPr>
                <w:rFonts w:eastAsia="Calibri"/>
                <w:bCs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 секретах успешной учебы.</w:t>
            </w:r>
          </w:p>
          <w:p w14:paraId="58E2B948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комбинированный диалог о правильном планировании, о распределении своего времени.</w:t>
            </w:r>
          </w:p>
          <w:p w14:paraId="6CC690D6" w14:textId="77777777" w:rsidR="00AC56D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</w:t>
            </w:r>
            <w:r w:rsidRPr="000127C1">
              <w:rPr>
                <w:bCs/>
                <w:spacing w:val="55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диалог-обмен</w:t>
            </w:r>
            <w:r w:rsidRPr="000127C1">
              <w:rPr>
                <w:bCs/>
                <w:spacing w:val="57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мнениями</w:t>
            </w:r>
            <w:r w:rsidRPr="000127C1">
              <w:rPr>
                <w:bCs/>
                <w:spacing w:val="52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 пользе</w:t>
            </w:r>
            <w:r w:rsidRPr="000127C1">
              <w:rPr>
                <w:bCs/>
                <w:spacing w:val="-4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природы.</w:t>
            </w:r>
          </w:p>
          <w:p w14:paraId="5703C889" w14:textId="4D31062B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Рассуждать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 проблемах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экологии окружающей среды,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влиянии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человека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на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окружающую</w:t>
            </w:r>
            <w:r w:rsidRPr="000127C1">
              <w:rPr>
                <w:bCs/>
                <w:spacing w:val="-2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среду</w:t>
            </w:r>
          </w:p>
        </w:tc>
      </w:tr>
      <w:tr w:rsidR="001D2E4E" w:rsidRPr="000127C1" w14:paraId="1B715C5A" w14:textId="5DB8F0D5" w:rsidTr="000127C1">
        <w:tc>
          <w:tcPr>
            <w:tcW w:w="2376" w:type="dxa"/>
          </w:tcPr>
          <w:p w14:paraId="2B088980" w14:textId="77777777" w:rsidR="00B60276" w:rsidRPr="000127C1" w:rsidRDefault="00B60276" w:rsidP="000127C1">
            <w:pPr>
              <w:jc w:val="both"/>
              <w:rPr>
                <w:b/>
                <w:iCs/>
              </w:rPr>
            </w:pPr>
            <w:r w:rsidRPr="000127C1">
              <w:rPr>
                <w:b/>
                <w:iCs/>
                <w:lang w:val="tt-RU"/>
              </w:rPr>
              <w:t>М</w:t>
            </w:r>
            <w:r w:rsidRPr="000127C1">
              <w:rPr>
                <w:b/>
                <w:iCs/>
              </w:rPr>
              <w:t>ир моих увлечений</w:t>
            </w:r>
          </w:p>
          <w:p w14:paraId="018FB032" w14:textId="77777777" w:rsidR="00B60276" w:rsidRPr="000127C1" w:rsidRDefault="00B60276" w:rsidP="000127C1">
            <w:pPr>
              <w:jc w:val="both"/>
              <w:rPr>
                <w:b/>
                <w:iCs/>
                <w:lang w:val="tt-RU"/>
              </w:rPr>
            </w:pPr>
            <w:r w:rsidRPr="000127C1">
              <w:rPr>
                <w:b/>
                <w:iCs/>
              </w:rPr>
              <w:t>(</w:t>
            </w:r>
            <w:r w:rsidRPr="000127C1">
              <w:rPr>
                <w:b/>
                <w:iCs/>
                <w:lang w:val="tt-RU"/>
              </w:rPr>
              <w:t>25 ч.)</w:t>
            </w:r>
          </w:p>
          <w:p w14:paraId="00672697" w14:textId="0FC424B0" w:rsidR="00B60276" w:rsidRPr="000127C1" w:rsidRDefault="00B60276" w:rsidP="000127C1">
            <w:pPr>
              <w:tabs>
                <w:tab w:val="left" w:pos="3977"/>
              </w:tabs>
              <w:jc w:val="both"/>
              <w:rPr>
                <w:b/>
                <w:lang w:eastAsia="en-US"/>
              </w:rPr>
            </w:pPr>
            <w:r w:rsidRPr="000127C1">
              <w:rPr>
                <w:iCs/>
                <w:lang w:eastAsia="en-US"/>
              </w:rPr>
              <w:t xml:space="preserve">В мире </w:t>
            </w:r>
            <w:r w:rsidRPr="000127C1">
              <w:rPr>
                <w:iCs/>
                <w:lang w:val="tt-RU" w:eastAsia="en-US"/>
              </w:rPr>
              <w:t>музыки. Молодежная мода и дизайн.</w:t>
            </w:r>
            <w:r w:rsidRPr="000127C1">
              <w:rPr>
                <w:bCs/>
                <w:iCs/>
                <w:lang w:val="tt-RU" w:eastAsia="en-US"/>
              </w:rPr>
              <w:t xml:space="preserve"> Здоровый образ жизн</w:t>
            </w:r>
          </w:p>
        </w:tc>
        <w:tc>
          <w:tcPr>
            <w:tcW w:w="3402" w:type="dxa"/>
            <w:vMerge/>
          </w:tcPr>
          <w:p w14:paraId="2AAF2028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eastAsia="en-US"/>
              </w:rPr>
            </w:pPr>
          </w:p>
        </w:tc>
        <w:tc>
          <w:tcPr>
            <w:tcW w:w="3686" w:type="dxa"/>
          </w:tcPr>
          <w:p w14:paraId="398310A4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комбинированный диалог о выходных днях, о местах отдыха (кино, театр, парк, кафе).</w:t>
            </w:r>
          </w:p>
          <w:p w14:paraId="74223985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диалог-расспрос о любимых фильмах,</w:t>
            </w:r>
          </w:p>
          <w:p w14:paraId="60058A44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об их героях, о любимой музыке.</w:t>
            </w:r>
          </w:p>
          <w:p w14:paraId="76EE134F" w14:textId="77777777" w:rsidR="00AC56D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Рассказывать</w:t>
            </w:r>
            <w:r w:rsidRPr="000127C1">
              <w:rPr>
                <w:bCs/>
                <w:lang w:eastAsia="en-US"/>
              </w:rPr>
              <w:tab/>
              <w:t>о своем кумире.</w:t>
            </w:r>
          </w:p>
          <w:p w14:paraId="3E75C0EA" w14:textId="2B0EEEDB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моде, стилях одежды, о дизайне, о здоровом питании</w:t>
            </w:r>
          </w:p>
        </w:tc>
      </w:tr>
      <w:tr w:rsidR="001D2E4E" w:rsidRPr="000127C1" w14:paraId="3046E7EF" w14:textId="51FAB47C" w:rsidTr="000127C1">
        <w:tc>
          <w:tcPr>
            <w:tcW w:w="2376" w:type="dxa"/>
          </w:tcPr>
          <w:p w14:paraId="66F0968D" w14:textId="77777777" w:rsidR="00B60276" w:rsidRPr="000127C1" w:rsidRDefault="00B60276" w:rsidP="000127C1">
            <w:pPr>
              <w:jc w:val="both"/>
              <w:rPr>
                <w:b/>
                <w:iCs/>
                <w:lang w:val="tt-RU"/>
              </w:rPr>
            </w:pPr>
            <w:r w:rsidRPr="000127C1">
              <w:rPr>
                <w:b/>
                <w:iCs/>
              </w:rPr>
              <w:t>Моя Родина</w:t>
            </w:r>
          </w:p>
          <w:p w14:paraId="36CC7F5B" w14:textId="77777777" w:rsidR="00B60276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b/>
                <w:iCs/>
                <w:lang w:val="tt-RU"/>
              </w:rPr>
              <w:t>(27 ч.)</w:t>
            </w:r>
          </w:p>
          <w:p w14:paraId="23CB2941" w14:textId="02A705A7" w:rsidR="00B60276" w:rsidRPr="000127C1" w:rsidRDefault="00B60276" w:rsidP="000127C1">
            <w:pPr>
              <w:jc w:val="both"/>
              <w:rPr>
                <w:iCs/>
                <w:lang w:eastAsia="en-US"/>
              </w:rPr>
            </w:pPr>
            <w:r w:rsidRPr="000127C1">
              <w:rPr>
                <w:bCs/>
                <w:iCs/>
                <w:lang w:val="tt-RU" w:eastAsia="en-US"/>
              </w:rPr>
              <w:t xml:space="preserve">Города России и Татарстана, их достопримечательности. </w:t>
            </w:r>
            <w:r w:rsidRPr="000127C1">
              <w:rPr>
                <w:bCs/>
                <w:iCs/>
                <w:lang w:eastAsia="en-US"/>
              </w:rPr>
              <w:t xml:space="preserve">Татарстан – мой родной край. </w:t>
            </w:r>
            <w:r w:rsidRPr="000127C1">
              <w:rPr>
                <w:iCs/>
                <w:lang w:eastAsia="en-US"/>
              </w:rPr>
              <w:t>Выдающиеся личности</w:t>
            </w:r>
            <w:r w:rsidRPr="000127C1">
              <w:rPr>
                <w:iCs/>
                <w:lang w:val="tt-RU" w:eastAsia="en-US"/>
              </w:rPr>
              <w:t xml:space="preserve"> татарского народа (ученые, писатели, поэты, артисты, спортсмены)</w:t>
            </w:r>
          </w:p>
        </w:tc>
        <w:tc>
          <w:tcPr>
            <w:tcW w:w="3402" w:type="dxa"/>
            <w:vMerge/>
          </w:tcPr>
          <w:p w14:paraId="5BFDBCF5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lang w:eastAsia="en-US"/>
              </w:rPr>
            </w:pPr>
          </w:p>
        </w:tc>
        <w:tc>
          <w:tcPr>
            <w:tcW w:w="3686" w:type="dxa"/>
          </w:tcPr>
          <w:p w14:paraId="15F86C37" w14:textId="77777777" w:rsidR="00AC56D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Сообщать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 географическом положении, климате, природе Татарстана.</w:t>
            </w:r>
          </w:p>
          <w:p w14:paraId="51291CA4" w14:textId="72D950AA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комбинированный диалог о достопримечательностях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городов, музеях,</w:t>
            </w:r>
            <w:r w:rsidRPr="000127C1">
              <w:rPr>
                <w:bCs/>
                <w:spacing w:val="-2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театрах,</w:t>
            </w:r>
            <w:r w:rsidRPr="000127C1">
              <w:rPr>
                <w:bCs/>
                <w:spacing w:val="-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местах отдыха, видных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представителях культуры и искусства</w:t>
            </w:r>
            <w:r w:rsidRPr="000127C1">
              <w:rPr>
                <w:bCs/>
                <w:spacing w:val="-67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татарского</w:t>
            </w:r>
            <w:r w:rsidRPr="000127C1">
              <w:rPr>
                <w:bCs/>
                <w:spacing w:val="-4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народа</w:t>
            </w:r>
          </w:p>
        </w:tc>
      </w:tr>
    </w:tbl>
    <w:p w14:paraId="6A7EEF0A" w14:textId="77777777" w:rsidR="000127C1" w:rsidRDefault="000127C1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bookmarkStart w:id="34" w:name="_Toc105662374"/>
    </w:p>
    <w:p w14:paraId="2B3C8901" w14:textId="77777777" w:rsidR="00B8165B" w:rsidRPr="000127C1" w:rsidRDefault="00B8165B" w:rsidP="000127C1">
      <w:pPr>
        <w:pStyle w:val="1"/>
        <w:spacing w:before="0"/>
        <w:jc w:val="both"/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</w:pPr>
      <w:r w:rsidRPr="000127C1">
        <w:rPr>
          <w:rFonts w:ascii="Times New Roman" w:hAnsi="Times New Roman" w:cs="Times New Roman"/>
          <w:color w:val="auto"/>
          <w:sz w:val="24"/>
          <w:szCs w:val="24"/>
          <w:lang w:eastAsia="en-US"/>
        </w:rPr>
        <w:t>9 класс</w:t>
      </w:r>
      <w:r w:rsidR="009A4570"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 xml:space="preserve"> –</w:t>
      </w:r>
      <w:r w:rsidR="00DA6631"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 xml:space="preserve"> </w:t>
      </w:r>
      <w:r w:rsidR="00615E75"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 xml:space="preserve">99 </w:t>
      </w:r>
      <w:r w:rsidR="00DA6631" w:rsidRPr="000127C1">
        <w:rPr>
          <w:rFonts w:ascii="Times New Roman" w:hAnsi="Times New Roman" w:cs="Times New Roman"/>
          <w:color w:val="auto"/>
          <w:spacing w:val="-1"/>
          <w:sz w:val="24"/>
          <w:szCs w:val="24"/>
          <w:lang w:eastAsia="en-US"/>
        </w:rPr>
        <w:t>ч.</w:t>
      </w:r>
      <w:bookmarkEnd w:id="34"/>
    </w:p>
    <w:tbl>
      <w:tblPr>
        <w:tblStyle w:val="a6"/>
        <w:tblW w:w="9464" w:type="dxa"/>
        <w:tblLayout w:type="fixed"/>
        <w:tblLook w:val="04A0" w:firstRow="1" w:lastRow="0" w:firstColumn="1" w:lastColumn="0" w:noHBand="0" w:noVBand="1"/>
      </w:tblPr>
      <w:tblGrid>
        <w:gridCol w:w="2376"/>
        <w:gridCol w:w="3402"/>
        <w:gridCol w:w="3686"/>
      </w:tblGrid>
      <w:tr w:rsidR="001D2E4E" w:rsidRPr="000127C1" w14:paraId="6713B720" w14:textId="0885894D" w:rsidTr="000127C1">
        <w:tc>
          <w:tcPr>
            <w:tcW w:w="2376" w:type="dxa"/>
            <w:vAlign w:val="center"/>
          </w:tcPr>
          <w:p w14:paraId="4C60A249" w14:textId="1ADC1B3F" w:rsidR="00B60276" w:rsidRPr="000127C1" w:rsidRDefault="00B60276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  <w:lang w:val="tt-RU"/>
              </w:rPr>
              <w:t>Тема</w:t>
            </w:r>
            <w:r w:rsidR="000B00D1" w:rsidRPr="000127C1">
              <w:rPr>
                <w:b/>
                <w:bCs/>
                <w:lang w:val="tt-RU"/>
              </w:rPr>
              <w:t>, раздел курса</w:t>
            </w:r>
          </w:p>
        </w:tc>
        <w:tc>
          <w:tcPr>
            <w:tcW w:w="3402" w:type="dxa"/>
            <w:vAlign w:val="center"/>
          </w:tcPr>
          <w:p w14:paraId="290605A8" w14:textId="4DD08D93" w:rsidR="00B60276" w:rsidRPr="000127C1" w:rsidRDefault="00B60276" w:rsidP="000127C1">
            <w:pPr>
              <w:jc w:val="both"/>
              <w:rPr>
                <w:b/>
                <w:bCs/>
              </w:rPr>
            </w:pPr>
            <w:r w:rsidRPr="000127C1">
              <w:rPr>
                <w:b/>
                <w:bCs/>
                <w:lang w:val="tt-RU"/>
              </w:rPr>
              <w:t>Пр</w:t>
            </w:r>
            <w:r w:rsidR="000B00D1" w:rsidRPr="000127C1">
              <w:rPr>
                <w:b/>
                <w:bCs/>
                <w:lang w:val="tt-RU"/>
              </w:rPr>
              <w:t>ограммное</w:t>
            </w:r>
            <w:r w:rsidRPr="000127C1">
              <w:rPr>
                <w:b/>
                <w:bCs/>
                <w:lang w:val="tt-RU"/>
              </w:rPr>
              <w:t xml:space="preserve"> содержание</w:t>
            </w:r>
          </w:p>
        </w:tc>
        <w:tc>
          <w:tcPr>
            <w:tcW w:w="3686" w:type="dxa"/>
            <w:vAlign w:val="center"/>
          </w:tcPr>
          <w:p w14:paraId="2BE47A8F" w14:textId="2D41EABA" w:rsidR="00B60276" w:rsidRPr="000127C1" w:rsidRDefault="000B00D1" w:rsidP="000127C1">
            <w:pPr>
              <w:jc w:val="both"/>
              <w:rPr>
                <w:b/>
                <w:bCs/>
                <w:lang w:val="tt-RU"/>
              </w:rPr>
            </w:pPr>
            <w:r w:rsidRPr="000127C1">
              <w:rPr>
                <w:b/>
                <w:bCs/>
              </w:rPr>
              <w:t>Основные виды деятельности</w:t>
            </w:r>
            <w:r w:rsidR="00B60276" w:rsidRPr="000127C1">
              <w:rPr>
                <w:b/>
                <w:bCs/>
              </w:rPr>
              <w:t xml:space="preserve"> обучающихся</w:t>
            </w:r>
          </w:p>
        </w:tc>
      </w:tr>
      <w:tr w:rsidR="001D2E4E" w:rsidRPr="000127C1" w14:paraId="6F669A97" w14:textId="07CD006A" w:rsidTr="000127C1">
        <w:tc>
          <w:tcPr>
            <w:tcW w:w="2376" w:type="dxa"/>
          </w:tcPr>
          <w:p w14:paraId="7A653032" w14:textId="74DBD5F3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Мир моего «Я»</w:t>
            </w:r>
          </w:p>
          <w:p w14:paraId="16F6EBBF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</w:rPr>
              <w:t>(25 ч.)</w:t>
            </w:r>
          </w:p>
          <w:p w14:paraId="19BEC259" w14:textId="58333A48" w:rsidR="00B60276" w:rsidRPr="000127C1" w:rsidRDefault="00B60276" w:rsidP="000127C1">
            <w:pPr>
              <w:jc w:val="both"/>
              <w:rPr>
                <w:lang w:val="tt-RU" w:eastAsia="en-US"/>
              </w:rPr>
            </w:pPr>
            <w:r w:rsidRPr="000127C1">
              <w:rPr>
                <w:bCs/>
                <w:lang w:eastAsia="en-US"/>
              </w:rPr>
              <w:t>Здоровье</w:t>
            </w:r>
            <w:r w:rsidRPr="000127C1">
              <w:rPr>
                <w:bCs/>
                <w:lang w:val="tt-RU" w:eastAsia="en-US"/>
              </w:rPr>
              <w:t xml:space="preserve">. </w:t>
            </w:r>
            <w:r w:rsidRPr="000127C1">
              <w:rPr>
                <w:lang w:eastAsia="en-US"/>
              </w:rPr>
              <w:t>Здоровый образ жизни</w:t>
            </w:r>
            <w:r w:rsidRPr="000127C1">
              <w:rPr>
                <w:lang w:val="tt-RU" w:eastAsia="en-US"/>
              </w:rPr>
              <w:t>. Хорошие и в</w:t>
            </w:r>
            <w:r w:rsidRPr="000127C1">
              <w:rPr>
                <w:lang w:eastAsia="en-US"/>
              </w:rPr>
              <w:t>редные</w:t>
            </w:r>
            <w:r w:rsidRPr="000127C1">
              <w:rPr>
                <w:spacing w:val="-1"/>
                <w:lang w:eastAsia="en-US"/>
              </w:rPr>
              <w:t xml:space="preserve"> </w:t>
            </w:r>
            <w:r w:rsidRPr="000127C1">
              <w:rPr>
                <w:lang w:eastAsia="en-US"/>
              </w:rPr>
              <w:t>привычки.</w:t>
            </w:r>
          </w:p>
          <w:p w14:paraId="1F445C57" w14:textId="738F8896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spacing w:val="-4"/>
                <w:lang w:val="tt-RU" w:eastAsia="en-US"/>
              </w:rPr>
              <w:t>Эмоциональный интеллект</w:t>
            </w:r>
          </w:p>
        </w:tc>
        <w:tc>
          <w:tcPr>
            <w:tcW w:w="3402" w:type="dxa"/>
            <w:vMerge w:val="restart"/>
          </w:tcPr>
          <w:p w14:paraId="21E03374" w14:textId="7777777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Аудирование</w:t>
            </w:r>
          </w:p>
          <w:p w14:paraId="3122B45F" w14:textId="2396C1B0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Понимание на слух речи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учителя и одноклассников и вербальная</w:t>
            </w:r>
            <w:r w:rsidR="00055FEC" w:rsidRPr="000127C1">
              <w:rPr>
                <w:iCs/>
              </w:rPr>
              <w:t xml:space="preserve"> / </w:t>
            </w:r>
            <w:r w:rsidRPr="000127C1">
              <w:rPr>
                <w:iCs/>
              </w:rPr>
              <w:t>невербальная реакция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на услышанное. Дальнейшее развитие восприятия и понимания на слух несложных адаптированных аутентичных аудиотекстов, содержащих отдельные незнакомые слова,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разной глубиной проникновения в их содержание в зависимости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от поставленной коммуникативной задачи.</w:t>
            </w:r>
          </w:p>
          <w:p w14:paraId="4CFD507C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24765270" w14:textId="6C1717EA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Диалогическая речь</w:t>
            </w:r>
          </w:p>
          <w:p w14:paraId="6A454796" w14:textId="0509DAEC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Ведение</w:t>
            </w:r>
            <w:r w:rsidRPr="000127C1">
              <w:rPr>
                <w:bCs/>
                <w:iCs/>
                <w:lang w:val="tt-RU"/>
              </w:rPr>
              <w:t xml:space="preserve"> разн</w:t>
            </w:r>
            <w:r w:rsidR="007B0309" w:rsidRPr="000127C1">
              <w:rPr>
                <w:bCs/>
                <w:iCs/>
                <w:lang w:val="tt-RU"/>
              </w:rPr>
              <w:t xml:space="preserve">ых </w:t>
            </w:r>
            <w:r w:rsidRPr="000127C1">
              <w:rPr>
                <w:bCs/>
                <w:iCs/>
                <w:lang w:val="tt-RU"/>
              </w:rPr>
              <w:t>вид</w:t>
            </w:r>
            <w:r w:rsidR="007B0309" w:rsidRPr="000127C1">
              <w:rPr>
                <w:bCs/>
                <w:iCs/>
                <w:lang w:val="tt-RU"/>
              </w:rPr>
              <w:t>ов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диалог</w:t>
            </w:r>
            <w:r w:rsidR="007B0309" w:rsidRPr="000127C1">
              <w:rPr>
                <w:bCs/>
                <w:iCs/>
              </w:rPr>
              <w:t>а</w:t>
            </w:r>
            <w:r w:rsidRPr="000127C1">
              <w:rPr>
                <w:bCs/>
                <w:iCs/>
              </w:rPr>
              <w:t xml:space="preserve"> (объем 10–11 реплик) по темам общения. </w:t>
            </w:r>
          </w:p>
          <w:p w14:paraId="4A3A3599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7ED82878" w14:textId="2D059537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Монологическая речь</w:t>
            </w:r>
          </w:p>
          <w:p w14:paraId="459581C6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>Создание устных связных монологических высказываний (объем 10–11 фраз)</w:t>
            </w:r>
            <w:r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</w:rPr>
              <w:t>с использованием основных коммуникативных типов речи.</w:t>
            </w:r>
          </w:p>
          <w:p w14:paraId="20285A27" w14:textId="03C14FC0" w:rsidR="00684074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iCs/>
              </w:rPr>
              <w:t>Изложение (пересказ) основного содержания прочитанного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прослушанного текста.</w:t>
            </w:r>
          </w:p>
          <w:p w14:paraId="13A05E47" w14:textId="467F63E6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И</w:t>
            </w:r>
            <w:r w:rsidRPr="000127C1">
              <w:rPr>
                <w:iCs/>
              </w:rPr>
              <w:t>зложение результатов выполненной проектной работы.</w:t>
            </w:r>
          </w:p>
          <w:p w14:paraId="12586A76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63F54548" w14:textId="36270786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Смысловое чтение</w:t>
            </w:r>
          </w:p>
          <w:p w14:paraId="536FBA64" w14:textId="77777777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 xml:space="preserve">Чтение с </w:t>
            </w:r>
            <w:r w:rsidRPr="000127C1">
              <w:rPr>
                <w:iCs/>
              </w:rPr>
              <w:t>понима</w:t>
            </w:r>
            <w:r w:rsidRPr="000127C1">
              <w:rPr>
                <w:iCs/>
                <w:lang w:val="tt-RU"/>
              </w:rPr>
              <w:t xml:space="preserve">нием </w:t>
            </w:r>
            <w:r w:rsidRPr="000127C1">
              <w:rPr>
                <w:iCs/>
              </w:rPr>
              <w:t>учебны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и адаптированны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аутентичны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текст</w:t>
            </w:r>
            <w:r w:rsidRPr="000127C1">
              <w:rPr>
                <w:iCs/>
                <w:lang w:val="tt-RU"/>
              </w:rPr>
              <w:t>ов</w:t>
            </w:r>
            <w:r w:rsidRPr="000127C1">
              <w:rPr>
                <w:iCs/>
              </w:rPr>
              <w:t xml:space="preserve"> (объем 250–300 слов) разных жанров и стилей, содержащи</w:t>
            </w:r>
            <w:r w:rsidRPr="000127C1">
              <w:rPr>
                <w:iCs/>
                <w:lang w:val="tt-RU"/>
              </w:rPr>
              <w:t>х</w:t>
            </w:r>
            <w:r w:rsidRPr="000127C1">
              <w:rPr>
                <w:iCs/>
              </w:rPr>
      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задачи. Чтение несплошных текстов (таблиц) и понимание представленной в них информации.</w:t>
            </w:r>
          </w:p>
          <w:p w14:paraId="3CF50347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004E6300" w14:textId="64F8EEFB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Письм</w:t>
            </w:r>
            <w:r w:rsidRPr="000127C1">
              <w:rPr>
                <w:bCs/>
                <w:iCs/>
                <w:lang w:val="tt-RU"/>
              </w:rPr>
              <w:t>енная речь</w:t>
            </w:r>
          </w:p>
          <w:p w14:paraId="705F6E9B" w14:textId="77777777" w:rsidR="00684074" w:rsidRPr="000127C1" w:rsidRDefault="00B60276" w:rsidP="000127C1">
            <w:pPr>
              <w:tabs>
                <w:tab w:val="left" w:pos="284"/>
                <w:tab w:val="left" w:pos="993"/>
              </w:tabs>
              <w:jc w:val="both"/>
              <w:rPr>
                <w:iCs/>
                <w:lang w:val="tt-RU"/>
              </w:rPr>
            </w:pPr>
            <w:r w:rsidRPr="000127C1">
              <w:rPr>
                <w:iCs/>
              </w:rPr>
              <w:t xml:space="preserve">Самостоятельное составление и написание связного текста по изучаемой теме; </w:t>
            </w:r>
            <w:r w:rsidRPr="000127C1">
              <w:rPr>
                <w:bCs/>
                <w:iCs/>
              </w:rPr>
              <w:t>н</w:t>
            </w:r>
            <w:r w:rsidRPr="000127C1">
              <w:rPr>
                <w:bCs/>
                <w:iCs/>
                <w:lang w:val="tt-RU"/>
              </w:rPr>
              <w:t>а</w:t>
            </w:r>
            <w:r w:rsidRPr="000127C1">
              <w:rPr>
                <w:bCs/>
                <w:iCs/>
              </w:rPr>
              <w:t xml:space="preserve">писание ответов на заданные вопросы с использованием изученного лексико-грамматического материала; </w:t>
            </w:r>
            <w:r w:rsidRPr="000127C1">
              <w:rPr>
                <w:iCs/>
              </w:rPr>
              <w:t xml:space="preserve">выполнение письменных творческих заданий; написание </w:t>
            </w:r>
            <w:r w:rsidRPr="000127C1">
              <w:rPr>
                <w:bCs/>
                <w:iCs/>
                <w:lang w:val="tt-RU"/>
              </w:rPr>
              <w:t xml:space="preserve">личного письма </w:t>
            </w:r>
            <w:r w:rsidRPr="000127C1">
              <w:rPr>
                <w:iCs/>
              </w:rPr>
      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</w:t>
            </w:r>
            <w:r w:rsidRPr="000127C1">
              <w:rPr>
                <w:iCs/>
                <w:lang w:val="tt-RU"/>
              </w:rPr>
              <w:t>.</w:t>
            </w:r>
          </w:p>
          <w:p w14:paraId="69ADA1D5" w14:textId="646ACDA0" w:rsidR="00B60276" w:rsidRPr="000127C1" w:rsidRDefault="00B60276" w:rsidP="000127C1">
            <w:pPr>
              <w:tabs>
                <w:tab w:val="left" w:pos="284"/>
                <w:tab w:val="left" w:pos="993"/>
              </w:tabs>
              <w:jc w:val="both"/>
              <w:rPr>
                <w:b/>
                <w:iCs/>
                <w:lang w:val="tt-RU"/>
              </w:rPr>
            </w:pPr>
            <w:r w:rsidRPr="000127C1">
              <w:rPr>
                <w:iCs/>
                <w:lang w:val="tt-RU"/>
              </w:rPr>
              <w:t>О</w:t>
            </w:r>
            <w:r w:rsidRPr="000127C1">
              <w:rPr>
                <w:bCs/>
                <w:iCs/>
              </w:rPr>
              <w:t xml:space="preserve">бъем: </w:t>
            </w:r>
            <w:r w:rsidRPr="000127C1">
              <w:rPr>
                <w:iCs/>
              </w:rPr>
              <w:t xml:space="preserve">до </w:t>
            </w:r>
            <w:r w:rsidRPr="000127C1">
              <w:rPr>
                <w:iCs/>
                <w:lang w:val="tt-RU"/>
              </w:rPr>
              <w:t>8</w:t>
            </w:r>
            <w:r w:rsidRPr="000127C1">
              <w:rPr>
                <w:iCs/>
              </w:rPr>
              <w:t>0 слов</w:t>
            </w:r>
            <w:r w:rsidRPr="000127C1">
              <w:rPr>
                <w:iCs/>
                <w:lang w:val="tt-RU"/>
              </w:rPr>
              <w:t>.</w:t>
            </w:r>
          </w:p>
          <w:p w14:paraId="6A4AEE1C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4C668B2E" w14:textId="1E8B8A72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Фонетическая сторона речи</w:t>
            </w:r>
          </w:p>
          <w:p w14:paraId="489B3F56" w14:textId="77777777" w:rsidR="00684074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Различение на слух и адекватное произнесение слов с соблюдением правильного ударения и фраз с соблюдением их ритмико-интонационных особенностей. Чтение новых слов согласно правилам чтения. 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      </w:r>
          </w:p>
          <w:p w14:paraId="14F64CD7" w14:textId="15430ECB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 xml:space="preserve">Объем текста для чтения вслух: </w:t>
            </w:r>
            <w:r w:rsidRPr="000127C1">
              <w:rPr>
                <w:iCs/>
              </w:rPr>
              <w:t xml:space="preserve">до </w:t>
            </w:r>
            <w:r w:rsidRPr="000127C1">
              <w:rPr>
                <w:iCs/>
                <w:lang w:val="tt-RU"/>
              </w:rPr>
              <w:t>12</w:t>
            </w:r>
            <w:r w:rsidRPr="000127C1">
              <w:rPr>
                <w:iCs/>
              </w:rPr>
              <w:t>0 слов</w:t>
            </w:r>
            <w:r w:rsidRPr="000127C1">
              <w:rPr>
                <w:bCs/>
                <w:iCs/>
              </w:rPr>
              <w:t>.</w:t>
            </w:r>
          </w:p>
          <w:p w14:paraId="54011730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47EE8183" w14:textId="579D98F0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Графика, орфография и пунктуация</w:t>
            </w:r>
          </w:p>
          <w:p w14:paraId="4A031916" w14:textId="77777777" w:rsidR="00684074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  <w:lang w:val="tt-RU"/>
              </w:rPr>
              <w:t>П</w:t>
            </w:r>
            <w:r w:rsidRPr="000127C1">
              <w:rPr>
                <w:iCs/>
              </w:rPr>
              <w:t>равильное написание изученных слов.</w:t>
            </w:r>
          </w:p>
          <w:p w14:paraId="23EB5B47" w14:textId="67A542DD" w:rsidR="00B60276" w:rsidRPr="000127C1" w:rsidRDefault="00B60276" w:rsidP="000127C1">
            <w:pPr>
              <w:jc w:val="both"/>
              <w:rPr>
                <w:iCs/>
              </w:rPr>
            </w:pPr>
            <w:r w:rsidRPr="000127C1">
              <w:rPr>
                <w:iCs/>
              </w:rPr>
              <w:t xml:space="preserve">Правильное использование знаков препинания: точки, вопросительного и восклицательного знаков в конце предложения; запятой при перечислении и обращении </w:t>
            </w:r>
            <w:r w:rsidRPr="000127C1">
              <w:rPr>
                <w:iCs/>
                <w:lang w:val="tt-RU"/>
              </w:rPr>
              <w:t>при вводных словах;</w:t>
            </w:r>
            <w:r w:rsidRPr="000127C1">
              <w:rPr>
                <w:iCs/>
              </w:rPr>
              <w:t xml:space="preserve"> </w:t>
            </w:r>
            <w:r w:rsidRPr="000127C1">
              <w:rPr>
                <w:iCs/>
                <w:lang w:val="tt-RU"/>
              </w:rPr>
              <w:t>в сложносочиненных и сложноподчиненных предложениях; п</w:t>
            </w:r>
            <w:r w:rsidRPr="000127C1">
              <w:rPr>
                <w:iCs/>
              </w:rPr>
              <w:t>унктуационно правильное, в соответствии с нормами татарского речевого этикета оформление электронного сообщения личного характера.</w:t>
            </w:r>
          </w:p>
          <w:p w14:paraId="5783FBB4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171980B9" w14:textId="48E36AC6" w:rsidR="00B60276" w:rsidRPr="000127C1" w:rsidRDefault="00B60276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Лексическая сторона речи</w:t>
            </w:r>
          </w:p>
          <w:p w14:paraId="17B5AAE0" w14:textId="77777777" w:rsidR="00684074" w:rsidRPr="000127C1" w:rsidRDefault="00B60276" w:rsidP="000127C1">
            <w:pPr>
              <w:jc w:val="both"/>
              <w:rPr>
                <w:iCs/>
                <w:lang w:val="tt-RU"/>
              </w:rPr>
            </w:pPr>
            <w:r w:rsidRPr="000127C1">
              <w:rPr>
                <w:bCs/>
                <w:iCs/>
              </w:rPr>
              <w:t xml:space="preserve">Распознавание и употребление в устной и письменной речи не менее </w:t>
            </w:r>
            <w:r w:rsidRPr="000127C1">
              <w:rPr>
                <w:iCs/>
                <w:lang w:val="tt-RU"/>
              </w:rPr>
              <w:t>1000</w:t>
            </w:r>
            <w:r w:rsidRPr="000127C1">
              <w:rPr>
                <w:bCs/>
                <w:iCs/>
              </w:rPr>
              <w:t xml:space="preserve"> лексических единиц (слов, словосочетаний, речевых клише), </w:t>
            </w:r>
            <w:r w:rsidRPr="000127C1">
              <w:rPr>
                <w:bCs/>
                <w:iCs/>
                <w:lang w:val="tt-RU"/>
              </w:rPr>
              <w:t>о</w:t>
            </w:r>
            <w:r w:rsidRPr="000127C1">
              <w:rPr>
                <w:bCs/>
                <w:iCs/>
              </w:rPr>
              <w:t xml:space="preserve">бслуживающих ситуации общения в рамках тематического содержания речи, в том числе: </w:t>
            </w:r>
            <w:r w:rsidRPr="000127C1">
              <w:rPr>
                <w:iCs/>
              </w:rPr>
              <w:t xml:space="preserve">слов-названий предметов, их признаков, действий предметов; </w:t>
            </w:r>
            <w:r w:rsidRPr="000127C1">
              <w:rPr>
                <w:iCs/>
                <w:lang w:val="tt-RU"/>
              </w:rPr>
              <w:t xml:space="preserve">заимствованных слов; синонимов и антонимов изученных слов; производных </w:t>
            </w:r>
            <w:r w:rsidR="00684074" w:rsidRPr="000127C1">
              <w:rPr>
                <w:iCs/>
                <w:lang w:val="tt-RU"/>
              </w:rPr>
              <w:t>«белемле», «файдалы», парных «азык-төлек», сложных «көнбатыш», составных «ачык йөзле» слов.</w:t>
            </w:r>
          </w:p>
          <w:p w14:paraId="3E67BAF5" w14:textId="77777777" w:rsidR="006B2685" w:rsidRPr="000127C1" w:rsidRDefault="006B2685" w:rsidP="000127C1">
            <w:pPr>
              <w:jc w:val="both"/>
              <w:rPr>
                <w:bCs/>
                <w:iCs/>
              </w:rPr>
            </w:pPr>
          </w:p>
          <w:p w14:paraId="795DBAD9" w14:textId="4C10DFD5" w:rsidR="0061138F" w:rsidRPr="000127C1" w:rsidRDefault="0061138F" w:rsidP="000127C1">
            <w:pPr>
              <w:jc w:val="both"/>
              <w:rPr>
                <w:bCs/>
                <w:iCs/>
              </w:rPr>
            </w:pPr>
            <w:r w:rsidRPr="000127C1">
              <w:rPr>
                <w:bCs/>
                <w:iCs/>
              </w:rPr>
              <w:t>Грамматическая сторона речи</w:t>
            </w:r>
          </w:p>
          <w:p w14:paraId="1BD60D99" w14:textId="77777777" w:rsidR="0061138F" w:rsidRPr="000127C1" w:rsidRDefault="0061138F" w:rsidP="000127C1">
            <w:pPr>
              <w:jc w:val="both"/>
              <w:rPr>
                <w:bCs/>
                <w:iCs/>
                <w:lang w:val="tt-RU"/>
              </w:rPr>
            </w:pPr>
            <w:r w:rsidRPr="000127C1">
              <w:rPr>
                <w:bCs/>
                <w:iCs/>
              </w:rPr>
              <w:t>Распознавание в письменном и звучащем тексте и употребление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>в устной и письменной речи изученных морфологических</w:t>
            </w:r>
            <w:r w:rsidRPr="000127C1">
              <w:rPr>
                <w:bCs/>
                <w:iCs/>
                <w:lang w:val="tt-RU"/>
              </w:rPr>
              <w:t xml:space="preserve"> </w:t>
            </w:r>
            <w:r w:rsidRPr="000127C1">
              <w:rPr>
                <w:bCs/>
                <w:iCs/>
              </w:rPr>
              <w:t xml:space="preserve">форм и синтаксических конструкций </w:t>
            </w:r>
            <w:r w:rsidRPr="000127C1">
              <w:rPr>
                <w:bCs/>
                <w:iCs/>
                <w:lang w:val="tt-RU"/>
              </w:rPr>
              <w:t>татарского языка:</w:t>
            </w:r>
          </w:p>
          <w:p w14:paraId="7DD4564F" w14:textId="27F0CEDF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отрицательные местоимения </w:t>
            </w:r>
            <w:r w:rsidR="00510892" w:rsidRPr="000127C1">
              <w:rPr>
                <w:rFonts w:eastAsia="Calibri"/>
                <w:iCs/>
                <w:lang w:val="tt-RU" w:eastAsia="en-US"/>
              </w:rPr>
              <w:t>«беркем», «бернәрсә», «беркайчан»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56000996" w14:textId="73AB261A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  <w:tab w:val="left" w:pos="993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 xml:space="preserve">вопросительные местоимения </w:t>
            </w:r>
            <w:r w:rsidR="00510892" w:rsidRPr="000127C1">
              <w:rPr>
                <w:rFonts w:eastAsia="Calibri"/>
                <w:iCs/>
                <w:lang w:val="tt-RU" w:eastAsia="en-US"/>
              </w:rPr>
              <w:t>«ни өчен?», «нигә?», «ник?»</w:t>
            </w:r>
            <w:r w:rsidRPr="000127C1">
              <w:rPr>
                <w:rFonts w:eastAsia="Calibri"/>
                <w:iCs/>
                <w:lang w:val="tt-RU" w:eastAsia="en-US"/>
              </w:rPr>
              <w:t>;</w:t>
            </w:r>
          </w:p>
          <w:p w14:paraId="5A7CA71E" w14:textId="3AAEF312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  <w:tab w:val="left" w:pos="993"/>
              </w:tabs>
              <w:ind w:left="0" w:firstLine="0"/>
              <w:contextualSpacing/>
              <w:jc w:val="both"/>
              <w:rPr>
                <w:rFonts w:eastAsia="Calibri"/>
                <w:iCs/>
                <w:lang w:val="tt-RU" w:eastAsia="en-US"/>
              </w:rPr>
            </w:pPr>
            <w:r w:rsidRPr="000127C1">
              <w:rPr>
                <w:iCs/>
                <w:lang w:val="tt-RU"/>
              </w:rPr>
              <w:t xml:space="preserve">наречия места 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ерак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якы</w:t>
            </w:r>
            <w:r w:rsidR="00EF302F" w:rsidRPr="000127C1">
              <w:rPr>
                <w:iCs/>
                <w:lang w:val="tt-RU"/>
              </w:rPr>
              <w:t>н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,</w:t>
            </w:r>
            <w:r w:rsidR="00EF302F" w:rsidRPr="000127C1">
              <w:rPr>
                <w:iCs/>
                <w:lang w:val="tt-RU"/>
              </w:rPr>
              <w:t xml:space="preserve"> </w:t>
            </w:r>
            <w:r w:rsidRPr="000127C1">
              <w:rPr>
                <w:iCs/>
                <w:lang w:val="tt-RU"/>
              </w:rPr>
              <w:t xml:space="preserve">сравнения-уподобления 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яшьләрчә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заманча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, 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батырларча</w:t>
            </w:r>
            <w:r w:rsidR="00EF302F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7B240BC0" w14:textId="77777777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  <w:tab w:val="left" w:pos="993"/>
              </w:tabs>
              <w:ind w:left="0" w:firstLine="0"/>
              <w:contextualSpacing/>
              <w:jc w:val="both"/>
              <w:rPr>
                <w:rFonts w:eastAsia="Calibri"/>
                <w:b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 xml:space="preserve">глаголы повелительного наклонения </w:t>
            </w:r>
            <w:r w:rsidRPr="000127C1">
              <w:rPr>
                <w:rFonts w:eastAsia="Calibri"/>
                <w:iCs/>
                <w:lang w:val="en-US" w:eastAsia="en-US"/>
              </w:rPr>
              <w:t>III</w:t>
            </w:r>
            <w:r w:rsidRPr="000127C1">
              <w:rPr>
                <w:rFonts w:eastAsia="Calibri"/>
                <w:iCs/>
                <w:lang w:eastAsia="en-US"/>
              </w:rPr>
              <w:t xml:space="preserve"> лица единственного и множественного числа в утвердительной и отрицательной формах: бар</w:t>
            </w:r>
            <w:r w:rsidRPr="000127C1">
              <w:rPr>
                <w:rFonts w:eastAsia="Calibri"/>
                <w:iCs/>
                <w:lang w:val="tt-RU" w:eastAsia="en-US"/>
              </w:rPr>
              <w:t>сын</w:t>
            </w:r>
            <w:r w:rsidRPr="000127C1">
              <w:rPr>
                <w:rFonts w:eastAsia="Calibri"/>
                <w:iCs/>
                <w:lang w:eastAsia="en-US"/>
              </w:rPr>
              <w:t>! – бар</w:t>
            </w:r>
            <w:r w:rsidRPr="000127C1">
              <w:rPr>
                <w:rFonts w:eastAsia="Calibri"/>
                <w:iCs/>
                <w:lang w:val="tt-RU" w:eastAsia="en-US"/>
              </w:rPr>
              <w:t>сыннар</w:t>
            </w:r>
            <w:r w:rsidRPr="000127C1">
              <w:rPr>
                <w:rFonts w:eastAsia="Calibri"/>
                <w:iCs/>
                <w:lang w:eastAsia="en-US"/>
              </w:rPr>
              <w:t>! – ба'рма</w:t>
            </w:r>
            <w:r w:rsidRPr="000127C1">
              <w:rPr>
                <w:rFonts w:eastAsia="Calibri"/>
                <w:iCs/>
                <w:lang w:val="tt-RU" w:eastAsia="en-US"/>
              </w:rPr>
              <w:t>сын</w:t>
            </w:r>
            <w:r w:rsidRPr="000127C1">
              <w:rPr>
                <w:rFonts w:eastAsia="Calibri"/>
                <w:iCs/>
                <w:lang w:eastAsia="en-US"/>
              </w:rPr>
              <w:t>! – ба'рма</w:t>
            </w:r>
            <w:r w:rsidRPr="000127C1">
              <w:rPr>
                <w:rFonts w:eastAsia="Calibri"/>
                <w:iCs/>
                <w:lang w:val="tt-RU" w:eastAsia="en-US"/>
              </w:rPr>
              <w:t>сыннар</w:t>
            </w:r>
            <w:r w:rsidRPr="000127C1">
              <w:rPr>
                <w:rFonts w:eastAsia="Calibri"/>
                <w:iCs/>
                <w:lang w:eastAsia="en-US"/>
              </w:rPr>
              <w:t>!;</w:t>
            </w:r>
          </w:p>
          <w:p w14:paraId="30E3CD7F" w14:textId="0E781B8D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 xml:space="preserve">однородные члены предложения; средства связи между однородными членами предложения: соединительные союзы: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һәм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да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дә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та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тә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и ин</w:t>
            </w:r>
            <w:r w:rsidRPr="000127C1">
              <w:rPr>
                <w:rFonts w:eastAsia="Calibri"/>
                <w:iCs/>
                <w:lang w:eastAsia="en-US"/>
              </w:rPr>
              <w:t>тонация перечисления;</w:t>
            </w:r>
          </w:p>
          <w:p w14:paraId="2E4F47A5" w14:textId="58ED17D6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rFonts w:eastAsia="Calibri"/>
                <w:iCs/>
                <w:lang w:eastAsia="en-US"/>
              </w:rPr>
            </w:pPr>
            <w:r w:rsidRPr="000127C1">
              <w:rPr>
                <w:rFonts w:eastAsia="Calibri"/>
                <w:iCs/>
                <w:lang w:eastAsia="en-US"/>
              </w:rPr>
              <w:t>сложносочиненные предложения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 с союзами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һәм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ә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ләкин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да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дә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та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="00055FEC" w:rsidRPr="000127C1">
              <w:rPr>
                <w:rFonts w:eastAsia="Calibri"/>
                <w:iCs/>
                <w:lang w:val="tt-RU" w:eastAsia="en-US"/>
              </w:rPr>
              <w:t xml:space="preserve"> /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тә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val="tt-RU" w:eastAsia="en-US"/>
              </w:rPr>
              <w:t xml:space="preserve">,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rFonts w:eastAsia="Calibri"/>
                <w:iCs/>
                <w:lang w:val="tt-RU" w:eastAsia="en-US"/>
              </w:rPr>
              <w:t>яки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rFonts w:eastAsia="Calibri"/>
                <w:iCs/>
                <w:lang w:eastAsia="en-US"/>
              </w:rPr>
              <w:t>;</w:t>
            </w:r>
          </w:p>
          <w:p w14:paraId="327C5BDC" w14:textId="60E85166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с</w:t>
            </w:r>
            <w:r w:rsidRPr="000127C1">
              <w:rPr>
                <w:iCs/>
                <w:lang w:val="tt-RU"/>
              </w:rPr>
              <w:t>ложноподчиненные предложения с придаточным времени, образованные с помощью деепричастия на -гач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-гәч, - кач</w:t>
            </w:r>
            <w:r w:rsidR="00055FEC" w:rsidRPr="000127C1">
              <w:rPr>
                <w:iCs/>
                <w:lang w:val="tt-RU"/>
              </w:rPr>
              <w:t xml:space="preserve"> / </w:t>
            </w:r>
            <w:r w:rsidRPr="000127C1">
              <w:rPr>
                <w:iCs/>
                <w:lang w:val="tt-RU"/>
              </w:rPr>
              <w:t>кәч;</w:t>
            </w:r>
          </w:p>
          <w:p w14:paraId="67DCD55F" w14:textId="77777777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с</w:t>
            </w:r>
            <w:r w:rsidRPr="000127C1">
              <w:rPr>
                <w:iCs/>
                <w:lang w:val="tt-RU"/>
              </w:rPr>
              <w:t xml:space="preserve">ложноподчиненные предложения с придаточным цели, образованные с помощью глаголов повелительного наклонения </w:t>
            </w:r>
            <w:r w:rsidRPr="000127C1">
              <w:rPr>
                <w:rFonts w:eastAsia="Calibri"/>
                <w:iCs/>
                <w:lang w:val="en-US" w:eastAsia="en-US"/>
              </w:rPr>
              <w:t>III</w:t>
            </w:r>
            <w:r w:rsidRPr="000127C1">
              <w:rPr>
                <w:rFonts w:eastAsia="Calibri"/>
                <w:iCs/>
                <w:lang w:eastAsia="en-US"/>
              </w:rPr>
              <w:t xml:space="preserve"> лица </w:t>
            </w:r>
            <w:r w:rsidRPr="000127C1">
              <w:rPr>
                <w:rFonts w:eastAsia="Calibri"/>
                <w:iCs/>
                <w:lang w:val="tt-RU" w:eastAsia="en-US"/>
              </w:rPr>
              <w:t>ед. и мн. числа и послелога өчен (булсын өчен</w:t>
            </w:r>
            <w:r w:rsidRPr="000127C1">
              <w:rPr>
                <w:iCs/>
                <w:lang w:val="tt-RU"/>
              </w:rPr>
              <w:t>; булсыннар өчен);</w:t>
            </w:r>
          </w:p>
          <w:p w14:paraId="1DF27E2C" w14:textId="4E2ED14C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с</w:t>
            </w:r>
            <w:r w:rsidRPr="000127C1">
              <w:rPr>
                <w:iCs/>
                <w:lang w:val="tt-RU"/>
              </w:rPr>
              <w:t xml:space="preserve">ложноподчиненные предложения с придаточным причины, образованные с помощью союза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чөнки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; относительного слова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шуңа күрә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>;</w:t>
            </w:r>
          </w:p>
          <w:p w14:paraId="7ADF1D98" w14:textId="4CEBAD01" w:rsidR="0061138F" w:rsidRPr="000127C1" w:rsidRDefault="0061138F" w:rsidP="000127C1">
            <w:pPr>
              <w:numPr>
                <w:ilvl w:val="0"/>
                <w:numId w:val="79"/>
              </w:numPr>
              <w:tabs>
                <w:tab w:val="left" w:pos="317"/>
              </w:tabs>
              <w:ind w:left="0" w:firstLine="0"/>
              <w:contextualSpacing/>
              <w:jc w:val="both"/>
              <w:rPr>
                <w:iCs/>
                <w:lang w:val="tt-RU"/>
              </w:rPr>
            </w:pPr>
            <w:r w:rsidRPr="000127C1">
              <w:rPr>
                <w:rFonts w:eastAsia="Calibri"/>
                <w:iCs/>
                <w:lang w:val="tt-RU" w:eastAsia="en-US"/>
              </w:rPr>
              <w:t>с</w:t>
            </w:r>
            <w:r w:rsidRPr="000127C1">
              <w:rPr>
                <w:iCs/>
                <w:lang w:val="tt-RU"/>
              </w:rPr>
              <w:t xml:space="preserve">ложноподчиненные предложения с придаточным условия, образованные с помощью союза 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«</w:t>
            </w:r>
            <w:r w:rsidRPr="000127C1">
              <w:rPr>
                <w:iCs/>
                <w:lang w:val="tt-RU"/>
              </w:rPr>
              <w:t>әгәр</w:t>
            </w:r>
            <w:r w:rsidR="00AC56D6" w:rsidRPr="000127C1">
              <w:rPr>
                <w:rFonts w:eastAsia="Calibri"/>
                <w:iCs/>
                <w:lang w:val="tt-RU" w:eastAsia="en-US"/>
              </w:rPr>
              <w:t>»</w:t>
            </w:r>
            <w:r w:rsidRPr="000127C1">
              <w:rPr>
                <w:iCs/>
                <w:lang w:val="tt-RU"/>
              </w:rPr>
              <w:t xml:space="preserve"> и глаголов условного наклонения (барса, килсә).</w:t>
            </w:r>
          </w:p>
          <w:p w14:paraId="2F3AE232" w14:textId="77777777" w:rsidR="006B2685" w:rsidRPr="000127C1" w:rsidRDefault="006B2685" w:rsidP="000127C1">
            <w:pPr>
              <w:jc w:val="both"/>
              <w:rPr>
                <w:rFonts w:eastAsia="Calibri"/>
                <w:iCs/>
              </w:rPr>
            </w:pPr>
          </w:p>
          <w:p w14:paraId="3B32DD08" w14:textId="2C7C14E8" w:rsidR="00B60276" w:rsidRPr="000127C1" w:rsidRDefault="00B60276" w:rsidP="000127C1">
            <w:pPr>
              <w:jc w:val="both"/>
              <w:rPr>
                <w:rFonts w:eastAsia="Calibri"/>
                <w:iCs/>
                <w:lang w:val="tt-RU"/>
              </w:rPr>
            </w:pPr>
            <w:r w:rsidRPr="000127C1">
              <w:rPr>
                <w:rFonts w:eastAsia="Calibri"/>
                <w:iCs/>
              </w:rPr>
              <w:t>Социокультурные знания и умения</w:t>
            </w:r>
          </w:p>
          <w:p w14:paraId="3597F38A" w14:textId="099137CC" w:rsidR="00B60276" w:rsidRPr="000127C1" w:rsidRDefault="00B60276" w:rsidP="000127C1">
            <w:pPr>
              <w:pStyle w:val="a5"/>
              <w:numPr>
                <w:ilvl w:val="0"/>
                <w:numId w:val="90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использование изученных формул татарского</w:t>
            </w:r>
            <w:r w:rsidR="00F14BCA"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речевого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этикета в ситуациях общения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; </w:t>
            </w:r>
          </w:p>
          <w:p w14:paraId="7DD77261" w14:textId="2D7786C6" w:rsidR="00B60276" w:rsidRPr="000127C1" w:rsidRDefault="00B60276" w:rsidP="000127C1">
            <w:pPr>
              <w:pStyle w:val="a5"/>
              <w:numPr>
                <w:ilvl w:val="0"/>
                <w:numId w:val="90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использование в устной и письменной речи активной фоновой лексики и реалий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в рамках отобранного тематического содержания (народы России, национальные праздники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и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традиции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народов, проживающих на теерритории Республики Татарстан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)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; </w:t>
            </w:r>
          </w:p>
          <w:p w14:paraId="2299C169" w14:textId="288A62BA" w:rsidR="00B60276" w:rsidRPr="000127C1" w:rsidRDefault="00B60276" w:rsidP="000127C1">
            <w:pPr>
              <w:pStyle w:val="a5"/>
              <w:numPr>
                <w:ilvl w:val="0"/>
                <w:numId w:val="90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>краткое представление основных достижений России и Республики</w:t>
            </w:r>
            <w:r w:rsidR="00F14BCA"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Татарстан, 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>наиболее известных учебных заведений Республики Татарстан,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 xml:space="preserve"> известных деятелей культуры и искусства татарского народа;</w:t>
            </w:r>
          </w:p>
          <w:p w14:paraId="295650CD" w14:textId="0858F095" w:rsidR="00B60276" w:rsidRPr="000127C1" w:rsidRDefault="00B60276" w:rsidP="000127C1">
            <w:pPr>
              <w:pStyle w:val="a5"/>
              <w:numPr>
                <w:ilvl w:val="0"/>
                <w:numId w:val="90"/>
              </w:numPr>
              <w:tabs>
                <w:tab w:val="left" w:pos="289"/>
              </w:tabs>
              <w:spacing w:after="0" w:line="240" w:lineRule="auto"/>
              <w:ind w:left="0" w:firstLine="0"/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</w:pPr>
            <w:r w:rsidRPr="000127C1">
              <w:rPr>
                <w:rFonts w:eastAsia="Calibri"/>
                <w:iCs/>
                <w:color w:val="auto"/>
                <w:sz w:val="24"/>
                <w:szCs w:val="24"/>
                <w:lang w:val="tt-RU" w:eastAsia="en-US"/>
              </w:rPr>
              <w:t>знакомство с</w:t>
            </w:r>
            <w:r w:rsidRPr="000127C1">
              <w:rPr>
                <w:rFonts w:eastAsia="Calibri"/>
                <w:iCs/>
                <w:color w:val="auto"/>
                <w:sz w:val="24"/>
                <w:szCs w:val="24"/>
                <w:lang w:eastAsia="en-US"/>
              </w:rPr>
              <w:t xml:space="preserve"> образцами татарской поэзии и прозы</w:t>
            </w:r>
          </w:p>
        </w:tc>
        <w:tc>
          <w:tcPr>
            <w:tcW w:w="3686" w:type="dxa"/>
          </w:tcPr>
          <w:p w14:paraId="14D6015B" w14:textId="77777777" w:rsidR="00B60276" w:rsidRPr="000127C1" w:rsidRDefault="00B60276" w:rsidP="000127C1">
            <w:pPr>
              <w:jc w:val="both"/>
              <w:rPr>
                <w:bCs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 здоровом образе жизни: о режиме труда и отдыха, о рационе здорового питания.</w:t>
            </w:r>
          </w:p>
          <w:p w14:paraId="70FEBAE0" w14:textId="1C768D56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Аргументировать суждения </w:t>
            </w:r>
            <w:r w:rsidRPr="000127C1">
              <w:rPr>
                <w:bCs/>
                <w:spacing w:val="-3"/>
                <w:lang w:eastAsia="en-US"/>
              </w:rPr>
              <w:t>о</w:t>
            </w:r>
            <w:r w:rsidRPr="000127C1">
              <w:rPr>
                <w:bCs/>
                <w:spacing w:val="-67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 xml:space="preserve">негативном влиянии на </w:t>
            </w:r>
            <w:r w:rsidRPr="000127C1">
              <w:rPr>
                <w:bCs/>
                <w:spacing w:val="-1"/>
                <w:lang w:eastAsia="en-US"/>
              </w:rPr>
              <w:t>здоровье</w:t>
            </w:r>
            <w:r w:rsidR="00F14BCA" w:rsidRPr="000127C1">
              <w:rPr>
                <w:bCs/>
                <w:spacing w:val="-67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вредных</w:t>
            </w:r>
            <w:r w:rsidRPr="000127C1">
              <w:rPr>
                <w:bCs/>
                <w:spacing w:val="-4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привычек.</w:t>
            </w:r>
          </w:p>
          <w:p w14:paraId="35C74144" w14:textId="775413C4" w:rsidR="00B60276" w:rsidRPr="000127C1" w:rsidRDefault="00B60276" w:rsidP="000127C1">
            <w:pPr>
              <w:jc w:val="both"/>
              <w:rPr>
                <w:b/>
                <w:i/>
              </w:rPr>
            </w:pPr>
            <w:r w:rsidRPr="000127C1">
              <w:rPr>
                <w:bCs/>
                <w:lang w:eastAsia="en-US"/>
              </w:rPr>
              <w:t xml:space="preserve">Вести диалог-обмен мнениями об </w:t>
            </w:r>
            <w:r w:rsidRPr="000127C1">
              <w:rPr>
                <w:bCs/>
              </w:rPr>
              <w:t>управлении собственными эмоциями</w:t>
            </w:r>
          </w:p>
        </w:tc>
      </w:tr>
      <w:tr w:rsidR="001D2E4E" w:rsidRPr="000127C1" w14:paraId="66AB7DB1" w14:textId="2A0CA8B7" w:rsidTr="000127C1">
        <w:tc>
          <w:tcPr>
            <w:tcW w:w="2376" w:type="dxa"/>
          </w:tcPr>
          <w:p w14:paraId="4E45960E" w14:textId="77777777" w:rsidR="00B60276" w:rsidRPr="000127C1" w:rsidRDefault="00B60276" w:rsidP="000127C1">
            <w:pPr>
              <w:jc w:val="both"/>
              <w:rPr>
                <w:b/>
                <w:bCs/>
                <w:spacing w:val="-4"/>
                <w:lang w:val="tt-RU" w:eastAsia="en-US"/>
              </w:rPr>
            </w:pPr>
            <w:r w:rsidRPr="000127C1">
              <w:rPr>
                <w:b/>
                <w:bCs/>
                <w:spacing w:val="-4"/>
                <w:lang w:val="tt-RU" w:eastAsia="en-US"/>
              </w:rPr>
              <w:t>Мир вокруг меня</w:t>
            </w:r>
          </w:p>
          <w:p w14:paraId="5E9A7305" w14:textId="77777777" w:rsidR="00B60276" w:rsidRPr="000127C1" w:rsidRDefault="00B60276" w:rsidP="000127C1">
            <w:pPr>
              <w:jc w:val="both"/>
              <w:rPr>
                <w:b/>
                <w:bCs/>
                <w:spacing w:val="-4"/>
                <w:lang w:val="tt-RU" w:eastAsia="en-US"/>
              </w:rPr>
            </w:pPr>
            <w:r w:rsidRPr="000127C1">
              <w:rPr>
                <w:b/>
                <w:bCs/>
                <w:spacing w:val="-4"/>
                <w:lang w:val="tt-RU" w:eastAsia="en-US"/>
              </w:rPr>
              <w:t>(25 ч.)</w:t>
            </w:r>
          </w:p>
          <w:p w14:paraId="13FCC4E6" w14:textId="2EA46E39" w:rsidR="00B60276" w:rsidRPr="000127C1" w:rsidRDefault="00B60276" w:rsidP="000127C1">
            <w:pPr>
              <w:jc w:val="both"/>
              <w:rPr>
                <w:lang w:val="tt-RU" w:eastAsia="en-US"/>
              </w:rPr>
            </w:pPr>
            <w:r w:rsidRPr="000127C1">
              <w:rPr>
                <w:spacing w:val="-4"/>
                <w:lang w:val="tt-RU" w:eastAsia="en-US"/>
              </w:rPr>
              <w:t>Достижения науки и техники. Виды общения. Онлайн-общение</w:t>
            </w:r>
          </w:p>
        </w:tc>
        <w:tc>
          <w:tcPr>
            <w:tcW w:w="3402" w:type="dxa"/>
            <w:vMerge/>
          </w:tcPr>
          <w:p w14:paraId="620EA3B7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</w:p>
        </w:tc>
        <w:tc>
          <w:tcPr>
            <w:tcW w:w="3686" w:type="dxa"/>
          </w:tcPr>
          <w:p w14:paraId="6F8731B9" w14:textId="77777777" w:rsidR="00B60276" w:rsidRPr="000127C1" w:rsidRDefault="00B60276" w:rsidP="000127C1">
            <w:pPr>
              <w:jc w:val="both"/>
              <w:rPr>
                <w:bCs/>
                <w:spacing w:val="-2"/>
                <w:lang w:val="tt-RU" w:eastAsia="en-US"/>
              </w:rPr>
            </w:pPr>
            <w:r w:rsidRPr="000127C1">
              <w:rPr>
                <w:bCs/>
                <w:lang w:eastAsia="en-US"/>
              </w:rPr>
              <w:t>Вести</w:t>
            </w:r>
            <w:r w:rsidRPr="000127C1">
              <w:rPr>
                <w:bCs/>
                <w:spacing w:val="-4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диалог-расспрос</w:t>
            </w:r>
            <w:r w:rsidRPr="000127C1">
              <w:rPr>
                <w:bCs/>
                <w:spacing w:val="-2"/>
                <w:lang w:eastAsia="en-US"/>
              </w:rPr>
              <w:t xml:space="preserve"> </w:t>
            </w:r>
            <w:r w:rsidRPr="000127C1">
              <w:rPr>
                <w:bCs/>
                <w:spacing w:val="-2"/>
                <w:lang w:val="tt-RU" w:eastAsia="en-US"/>
              </w:rPr>
              <w:t>о достижениях в интересующих областях науки и техники.</w:t>
            </w:r>
          </w:p>
          <w:p w14:paraId="2A7FE9CF" w14:textId="77777777" w:rsidR="00B60276" w:rsidRPr="000127C1" w:rsidRDefault="00B60276" w:rsidP="000127C1">
            <w:pPr>
              <w:tabs>
                <w:tab w:val="left" w:pos="0"/>
                <w:tab w:val="left" w:pos="567"/>
              </w:tabs>
              <w:jc w:val="both"/>
              <w:rPr>
                <w:rFonts w:eastAsia="Calibri"/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диалог-обмен мнениями об</w:t>
            </w:r>
            <w:r w:rsidRPr="000127C1">
              <w:rPr>
                <w:rFonts w:eastAsia="Calibri"/>
                <w:bCs/>
                <w:lang w:eastAsia="en-US"/>
              </w:rPr>
              <w:t xml:space="preserve"> использовании новых информационных технологий в разных областях жизни.</w:t>
            </w:r>
          </w:p>
          <w:p w14:paraId="2F26AB4B" w14:textId="08397090" w:rsidR="00B60276" w:rsidRPr="000127C1" w:rsidRDefault="00B60276" w:rsidP="000127C1">
            <w:pPr>
              <w:tabs>
                <w:tab w:val="left" w:pos="0"/>
                <w:tab w:val="left" w:pos="567"/>
              </w:tabs>
              <w:jc w:val="both"/>
              <w:rPr>
                <w:rFonts w:eastAsia="Calibri"/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Вести комбинированный диалог </w:t>
            </w:r>
            <w:r w:rsidRPr="000127C1">
              <w:rPr>
                <w:bCs/>
                <w:spacing w:val="-3"/>
                <w:lang w:eastAsia="en-US"/>
              </w:rPr>
              <w:t>о</w:t>
            </w:r>
            <w:r w:rsidRPr="000127C1">
              <w:rPr>
                <w:bCs/>
                <w:spacing w:val="-3"/>
                <w:lang w:val="tt-RU" w:eastAsia="en-US"/>
              </w:rPr>
              <w:t xml:space="preserve"> мире </w:t>
            </w:r>
            <w:r w:rsidRPr="000127C1">
              <w:rPr>
                <w:bCs/>
                <w:spacing w:val="-4"/>
                <w:lang w:val="tt-RU" w:eastAsia="en-US"/>
              </w:rPr>
              <w:t>онлайн-общения</w:t>
            </w:r>
          </w:p>
        </w:tc>
      </w:tr>
      <w:tr w:rsidR="001D2E4E" w:rsidRPr="000127C1" w14:paraId="2AF441FC" w14:textId="23593C87" w:rsidTr="000127C1">
        <w:tc>
          <w:tcPr>
            <w:tcW w:w="2376" w:type="dxa"/>
          </w:tcPr>
          <w:p w14:paraId="5C01E3D0" w14:textId="77777777" w:rsidR="00B60276" w:rsidRPr="000127C1" w:rsidRDefault="00B60276" w:rsidP="000127C1">
            <w:pPr>
              <w:jc w:val="both"/>
              <w:rPr>
                <w:b/>
              </w:rPr>
            </w:pPr>
            <w:r w:rsidRPr="000127C1">
              <w:rPr>
                <w:b/>
              </w:rPr>
              <w:t>Мир моих увлечений</w:t>
            </w:r>
          </w:p>
          <w:p w14:paraId="4F8D8DB6" w14:textId="500546C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(25 ч.)</w:t>
            </w:r>
          </w:p>
          <w:p w14:paraId="1625D17E" w14:textId="75254C3B" w:rsidR="00B60276" w:rsidRPr="000127C1" w:rsidRDefault="00B60276" w:rsidP="000127C1">
            <w:pPr>
              <w:jc w:val="both"/>
              <w:rPr>
                <w:lang w:eastAsia="en-US"/>
              </w:rPr>
            </w:pPr>
            <w:r w:rsidRPr="000127C1">
              <w:rPr>
                <w:bCs/>
                <w:lang w:val="tt-RU" w:eastAsia="en-US"/>
              </w:rPr>
              <w:t xml:space="preserve">Планы на будущее. </w:t>
            </w:r>
            <w:r w:rsidRPr="000127C1">
              <w:rPr>
                <w:bCs/>
                <w:lang w:eastAsia="en-US"/>
              </w:rPr>
              <w:t>Выбор профессии.</w:t>
            </w:r>
            <w:r w:rsidRPr="000127C1">
              <w:rPr>
                <w:lang w:eastAsia="en-US"/>
              </w:rPr>
              <w:t xml:space="preserve"> </w:t>
            </w:r>
            <w:r w:rsidRPr="000127C1">
              <w:rPr>
                <w:bCs/>
                <w:lang w:val="tt-RU" w:eastAsia="en-US"/>
              </w:rPr>
              <w:t xml:space="preserve">Востребованные </w:t>
            </w:r>
            <w:r w:rsidRPr="000127C1">
              <w:rPr>
                <w:lang w:eastAsia="en-US"/>
              </w:rPr>
              <w:t>професси</w:t>
            </w:r>
            <w:r w:rsidRPr="000127C1">
              <w:rPr>
                <w:lang w:val="tt-RU" w:eastAsia="en-US"/>
              </w:rPr>
              <w:t>и</w:t>
            </w:r>
            <w:r w:rsidRPr="000127C1">
              <w:rPr>
                <w:lang w:eastAsia="en-US"/>
              </w:rPr>
              <w:t xml:space="preserve">. Профессиональные </w:t>
            </w:r>
            <w:r w:rsidRPr="000127C1">
              <w:rPr>
                <w:spacing w:val="-1"/>
                <w:lang w:eastAsia="en-US"/>
              </w:rPr>
              <w:t xml:space="preserve">учебные </w:t>
            </w:r>
            <w:r w:rsidRPr="000127C1">
              <w:rPr>
                <w:lang w:eastAsia="en-US"/>
              </w:rPr>
              <w:t>заведения</w:t>
            </w:r>
          </w:p>
        </w:tc>
        <w:tc>
          <w:tcPr>
            <w:tcW w:w="3402" w:type="dxa"/>
            <w:vMerge/>
          </w:tcPr>
          <w:p w14:paraId="73FC23BF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</w:p>
        </w:tc>
        <w:tc>
          <w:tcPr>
            <w:tcW w:w="3686" w:type="dxa"/>
          </w:tcPr>
          <w:p w14:paraId="5C3AEA49" w14:textId="77777777" w:rsidR="00E563B1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комбинированный диалог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проблемах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выбора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профессии, о востребованных профессиях, об учебных заведениях.</w:t>
            </w:r>
          </w:p>
          <w:p w14:paraId="2B09D05C" w14:textId="30EBAC3A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Аргументировать свои суждения 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необходимости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правильного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выбора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будущей</w:t>
            </w:r>
            <w:r w:rsidRPr="000127C1">
              <w:rPr>
                <w:bCs/>
                <w:spacing w:val="-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профессии</w:t>
            </w:r>
          </w:p>
        </w:tc>
      </w:tr>
      <w:tr w:rsidR="00B60276" w:rsidRPr="000127C1" w14:paraId="55AD4DD5" w14:textId="44257FAE" w:rsidTr="000127C1">
        <w:tc>
          <w:tcPr>
            <w:tcW w:w="2376" w:type="dxa"/>
          </w:tcPr>
          <w:p w14:paraId="77943417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</w:rPr>
              <w:t>Моя Родин</w:t>
            </w:r>
            <w:r w:rsidRPr="000127C1">
              <w:rPr>
                <w:b/>
                <w:lang w:val="tt-RU"/>
              </w:rPr>
              <w:t>а</w:t>
            </w:r>
          </w:p>
          <w:p w14:paraId="0B9F4481" w14:textId="77777777" w:rsidR="00B60276" w:rsidRPr="000127C1" w:rsidRDefault="00B60276" w:rsidP="000127C1">
            <w:pPr>
              <w:jc w:val="both"/>
              <w:rPr>
                <w:b/>
                <w:lang w:val="tt-RU"/>
              </w:rPr>
            </w:pPr>
            <w:r w:rsidRPr="000127C1">
              <w:rPr>
                <w:b/>
                <w:lang w:val="tt-RU"/>
              </w:rPr>
              <w:t>(24 ч.)</w:t>
            </w:r>
          </w:p>
          <w:p w14:paraId="7813BCEF" w14:textId="77777777" w:rsidR="00B60276" w:rsidRPr="000127C1" w:rsidRDefault="00B60276" w:rsidP="000127C1">
            <w:pPr>
              <w:jc w:val="both"/>
              <w:rPr>
                <w:lang w:val="tt-RU" w:eastAsia="en-US"/>
              </w:rPr>
            </w:pPr>
            <w:r w:rsidRPr="000127C1">
              <w:rPr>
                <w:bCs/>
                <w:lang w:eastAsia="en-US"/>
              </w:rPr>
              <w:t>Республика Татарстан.</w:t>
            </w:r>
            <w:r w:rsidRPr="000127C1">
              <w:rPr>
                <w:lang w:eastAsia="en-US"/>
              </w:rPr>
              <w:t xml:space="preserve"> </w:t>
            </w:r>
            <w:r w:rsidRPr="000127C1">
              <w:rPr>
                <w:lang w:val="tt-RU" w:eastAsia="en-US"/>
              </w:rPr>
              <w:t xml:space="preserve">Достижения </w:t>
            </w:r>
            <w:r w:rsidRPr="000127C1">
              <w:rPr>
                <w:lang w:eastAsia="en-US"/>
              </w:rPr>
              <w:t>Республики Татарстан:</w:t>
            </w:r>
            <w:r w:rsidRPr="000127C1">
              <w:rPr>
                <w:lang w:val="tt-RU" w:eastAsia="en-US"/>
              </w:rPr>
              <w:t xml:space="preserve"> э</w:t>
            </w:r>
            <w:r w:rsidRPr="000127C1">
              <w:rPr>
                <w:lang w:eastAsia="en-US"/>
              </w:rPr>
              <w:t xml:space="preserve">кономика, культура, спорт. Выдающиеся представители культуры и искусства татарского народа. </w:t>
            </w:r>
            <w:r w:rsidRPr="000127C1">
              <w:rPr>
                <w:lang w:val="tt-RU" w:eastAsia="en-US"/>
              </w:rPr>
              <w:t xml:space="preserve">Защитники Отечества. </w:t>
            </w:r>
          </w:p>
          <w:p w14:paraId="597BF775" w14:textId="0A1C697B" w:rsidR="00B60276" w:rsidRPr="000127C1" w:rsidRDefault="00B60276" w:rsidP="000127C1">
            <w:pPr>
              <w:jc w:val="both"/>
              <w:rPr>
                <w:spacing w:val="-1"/>
                <w:lang w:eastAsia="en-US"/>
              </w:rPr>
            </w:pPr>
            <w:r w:rsidRPr="000127C1">
              <w:rPr>
                <w:lang w:eastAsia="en-US"/>
              </w:rPr>
              <w:t xml:space="preserve">9 Мая – </w:t>
            </w:r>
            <w:r w:rsidRPr="000127C1">
              <w:rPr>
                <w:lang w:val="tt-RU" w:eastAsia="en-US"/>
              </w:rPr>
              <w:t>Д</w:t>
            </w:r>
            <w:r w:rsidRPr="000127C1">
              <w:rPr>
                <w:lang w:eastAsia="en-US"/>
              </w:rPr>
              <w:t>ень Победы</w:t>
            </w:r>
          </w:p>
        </w:tc>
        <w:tc>
          <w:tcPr>
            <w:tcW w:w="3402" w:type="dxa"/>
            <w:vMerge/>
          </w:tcPr>
          <w:p w14:paraId="4E7766BD" w14:textId="77777777" w:rsidR="00B60276" w:rsidRPr="000127C1" w:rsidRDefault="00B60276" w:rsidP="000127C1">
            <w:pPr>
              <w:widowControl w:val="0"/>
              <w:autoSpaceDE w:val="0"/>
              <w:autoSpaceDN w:val="0"/>
              <w:jc w:val="both"/>
              <w:rPr>
                <w:b/>
                <w:spacing w:val="-1"/>
                <w:lang w:eastAsia="en-US"/>
              </w:rPr>
            </w:pPr>
          </w:p>
        </w:tc>
        <w:tc>
          <w:tcPr>
            <w:tcW w:w="3686" w:type="dxa"/>
          </w:tcPr>
          <w:p w14:paraId="33A988C2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 xml:space="preserve">Вести комбинированный диалог </w:t>
            </w:r>
            <w:r w:rsidRPr="000127C1">
              <w:rPr>
                <w:bCs/>
                <w:spacing w:val="-3"/>
                <w:lang w:eastAsia="en-US"/>
              </w:rPr>
              <w:t xml:space="preserve">о </w:t>
            </w:r>
            <w:r w:rsidRPr="000127C1">
              <w:rPr>
                <w:bCs/>
                <w:lang w:val="tt-RU" w:eastAsia="en-US"/>
              </w:rPr>
              <w:t xml:space="preserve">достижениях </w:t>
            </w:r>
            <w:r w:rsidRPr="000127C1">
              <w:rPr>
                <w:bCs/>
                <w:lang w:eastAsia="en-US"/>
              </w:rPr>
              <w:t>в области экономики, культуры, спорта.</w:t>
            </w:r>
          </w:p>
          <w:p w14:paraId="78829696" w14:textId="77777777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Сообщать о выдающихся представителях культуры и искусства татарского народа.</w:t>
            </w:r>
          </w:p>
          <w:p w14:paraId="1C7D5997" w14:textId="257B4F0D" w:rsidR="00B60276" w:rsidRPr="000127C1" w:rsidRDefault="00B60276" w:rsidP="000127C1">
            <w:pPr>
              <w:jc w:val="both"/>
              <w:rPr>
                <w:bCs/>
                <w:lang w:eastAsia="en-US"/>
              </w:rPr>
            </w:pPr>
            <w:r w:rsidRPr="000127C1">
              <w:rPr>
                <w:bCs/>
                <w:lang w:eastAsia="en-US"/>
              </w:rPr>
              <w:t>Вести комбинированный диалог о защитниках Отечества, 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земляках-героях Советского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Союза,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о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подвиге</w:t>
            </w:r>
            <w:r w:rsidRPr="000127C1">
              <w:rPr>
                <w:bCs/>
                <w:spacing w:val="1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Мус</w:t>
            </w:r>
            <w:r w:rsidR="00AC56D6" w:rsidRPr="000127C1">
              <w:rPr>
                <w:bCs/>
                <w:lang w:eastAsia="en-US"/>
              </w:rPr>
              <w:t xml:space="preserve">ы </w:t>
            </w:r>
            <w:r w:rsidRPr="000127C1">
              <w:rPr>
                <w:bCs/>
                <w:lang w:eastAsia="en-US"/>
              </w:rPr>
              <w:t>Джалиля</w:t>
            </w:r>
            <w:r w:rsidRPr="000127C1">
              <w:rPr>
                <w:bCs/>
                <w:spacing w:val="-5"/>
                <w:lang w:eastAsia="en-US"/>
              </w:rPr>
              <w:t xml:space="preserve"> </w:t>
            </w:r>
            <w:r w:rsidRPr="000127C1">
              <w:rPr>
                <w:bCs/>
                <w:lang w:eastAsia="en-US"/>
              </w:rPr>
              <w:t>и джалиловцах, о праздновании Дня Победы в родном городе (селе), о чествовании ветеранов ВОВ</w:t>
            </w:r>
          </w:p>
        </w:tc>
      </w:tr>
    </w:tbl>
    <w:p w14:paraId="432C5406" w14:textId="77777777" w:rsidR="003F7F57" w:rsidRPr="000127C1" w:rsidRDefault="003F7F57" w:rsidP="000127C1">
      <w:pPr>
        <w:jc w:val="both"/>
        <w:rPr>
          <w:rFonts w:eastAsia="Calibri"/>
          <w:lang w:val="tt-RU" w:eastAsia="en-US"/>
        </w:rPr>
      </w:pPr>
    </w:p>
    <w:sectPr w:rsidR="003F7F57" w:rsidRPr="000127C1" w:rsidSect="000127C1">
      <w:footerReference w:type="default" r:id="rId9"/>
      <w:pgSz w:w="11906" w:h="16838"/>
      <w:pgMar w:top="1134" w:right="850" w:bottom="1134" w:left="1701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BC5217" w14:textId="77777777" w:rsidR="00F41DE7" w:rsidRDefault="00F41DE7" w:rsidP="00CE5BD7">
      <w:r>
        <w:separator/>
      </w:r>
    </w:p>
  </w:endnote>
  <w:endnote w:type="continuationSeparator" w:id="0">
    <w:p w14:paraId="2D293A63" w14:textId="77777777" w:rsidR="00F41DE7" w:rsidRDefault="00F41DE7" w:rsidP="00CE5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1821165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5507CD2F" w14:textId="6A3EC9A8" w:rsidR="00055FEC" w:rsidRPr="000031E1" w:rsidRDefault="00055FEC">
        <w:pPr>
          <w:pStyle w:val="ae"/>
          <w:jc w:val="center"/>
          <w:rPr>
            <w:sz w:val="20"/>
            <w:szCs w:val="20"/>
          </w:rPr>
        </w:pPr>
        <w:r w:rsidRPr="000031E1">
          <w:rPr>
            <w:sz w:val="20"/>
            <w:szCs w:val="20"/>
          </w:rPr>
          <w:fldChar w:fldCharType="begin"/>
        </w:r>
        <w:r w:rsidRPr="000031E1">
          <w:rPr>
            <w:sz w:val="20"/>
            <w:szCs w:val="20"/>
          </w:rPr>
          <w:instrText>PAGE   \* MERGEFORMAT</w:instrText>
        </w:r>
        <w:r w:rsidRPr="000031E1">
          <w:rPr>
            <w:sz w:val="20"/>
            <w:szCs w:val="20"/>
          </w:rPr>
          <w:fldChar w:fldCharType="separate"/>
        </w:r>
        <w:r w:rsidR="00733A23">
          <w:rPr>
            <w:noProof/>
            <w:sz w:val="20"/>
            <w:szCs w:val="20"/>
          </w:rPr>
          <w:t>1</w:t>
        </w:r>
        <w:r w:rsidRPr="000031E1">
          <w:rPr>
            <w:sz w:val="20"/>
            <w:szCs w:val="20"/>
          </w:rPr>
          <w:fldChar w:fldCharType="end"/>
        </w:r>
      </w:p>
    </w:sdtContent>
  </w:sdt>
  <w:p w14:paraId="275777FD" w14:textId="77777777" w:rsidR="00055FEC" w:rsidRDefault="00055FEC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98288" w14:textId="77777777" w:rsidR="00F41DE7" w:rsidRDefault="00F41DE7" w:rsidP="00CE5BD7">
      <w:r>
        <w:separator/>
      </w:r>
    </w:p>
  </w:footnote>
  <w:footnote w:type="continuationSeparator" w:id="0">
    <w:p w14:paraId="71371BEE" w14:textId="77777777" w:rsidR="00F41DE7" w:rsidRDefault="00F41DE7" w:rsidP="00CE5BD7">
      <w:r>
        <w:continuationSeparator/>
      </w:r>
    </w:p>
  </w:footnote>
  <w:footnote w:id="1">
    <w:p w14:paraId="57BF200F" w14:textId="73B7199C" w:rsidR="00055FEC" w:rsidRDefault="00055FEC" w:rsidP="000401EF">
      <w:pPr>
        <w:pStyle w:val="af7"/>
        <w:jc w:val="both"/>
      </w:pPr>
      <w:r>
        <w:rPr>
          <w:rStyle w:val="af9"/>
        </w:rPr>
        <w:footnoteRef/>
      </w:r>
      <w:r>
        <w:t xml:space="preserve"> </w:t>
      </w:r>
      <w:r w:rsidRPr="000401EF">
        <w:rPr>
          <w:rFonts w:eastAsia="Calibri"/>
          <w:lang w:eastAsia="en-US"/>
        </w:rPr>
        <w:t>Знание понятий лингвистики не выносится на промежуточную и государственную итоговую аттестацию</w:t>
      </w:r>
    </w:p>
  </w:footnote>
  <w:footnote w:id="2">
    <w:p w14:paraId="10B5FB59" w14:textId="0FCBC38A" w:rsidR="00055FEC" w:rsidRPr="008745D0" w:rsidRDefault="00055FEC" w:rsidP="00AE70D0">
      <w:pPr>
        <w:pStyle w:val="af7"/>
        <w:jc w:val="both"/>
      </w:pPr>
      <w:r>
        <w:rPr>
          <w:rStyle w:val="af9"/>
        </w:rPr>
        <w:footnoteRef/>
      </w:r>
      <w:r>
        <w:t xml:space="preserve"> </w:t>
      </w:r>
      <w:r w:rsidRPr="008745D0">
        <w:t>При реализации Программы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пособия, электронные библиотеки, виртуальные лаборатории, игровые программы, коллекции цифровых образовательных ресурсов), содержание которых соответствует закону об образовании (Приложение).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3BE2F11"/>
    <w:multiLevelType w:val="hybridMultilevel"/>
    <w:tmpl w:val="EF46FA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E7620D"/>
    <w:multiLevelType w:val="hybridMultilevel"/>
    <w:tmpl w:val="C6B0D4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FB4767"/>
    <w:multiLevelType w:val="hybridMultilevel"/>
    <w:tmpl w:val="1060A5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6EA627C"/>
    <w:multiLevelType w:val="hybridMultilevel"/>
    <w:tmpl w:val="FEEA0906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3F3460"/>
    <w:multiLevelType w:val="hybridMultilevel"/>
    <w:tmpl w:val="12D037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CC2296"/>
    <w:multiLevelType w:val="hybridMultilevel"/>
    <w:tmpl w:val="22C425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44EFA"/>
    <w:multiLevelType w:val="hybridMultilevel"/>
    <w:tmpl w:val="21FE88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C97112"/>
    <w:multiLevelType w:val="hybridMultilevel"/>
    <w:tmpl w:val="00A63C28"/>
    <w:lvl w:ilvl="0" w:tplc="9F16B156"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26307BC"/>
    <w:multiLevelType w:val="hybridMultilevel"/>
    <w:tmpl w:val="D478B7E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3E433C4"/>
    <w:multiLevelType w:val="hybridMultilevel"/>
    <w:tmpl w:val="6C6A92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6822006"/>
    <w:multiLevelType w:val="hybridMultilevel"/>
    <w:tmpl w:val="9AA0906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17013D99"/>
    <w:multiLevelType w:val="hybridMultilevel"/>
    <w:tmpl w:val="D424F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76B2670"/>
    <w:multiLevelType w:val="hybridMultilevel"/>
    <w:tmpl w:val="A3080A9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81B76F8"/>
    <w:multiLevelType w:val="hybridMultilevel"/>
    <w:tmpl w:val="D8C0DB6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8367C49"/>
    <w:multiLevelType w:val="hybridMultilevel"/>
    <w:tmpl w:val="9F7CF5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A277521"/>
    <w:multiLevelType w:val="hybridMultilevel"/>
    <w:tmpl w:val="AD10C1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A707A31"/>
    <w:multiLevelType w:val="hybridMultilevel"/>
    <w:tmpl w:val="DE8886F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9070DE"/>
    <w:multiLevelType w:val="hybridMultilevel"/>
    <w:tmpl w:val="A9965AA2"/>
    <w:lvl w:ilvl="0" w:tplc="40C4F3CE">
      <w:start w:val="1"/>
      <w:numFmt w:val="bullet"/>
      <w:lvlText w:val="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4" w15:restartNumberingAfterBreak="0">
    <w:nsid w:val="1C9357D3"/>
    <w:multiLevelType w:val="hybridMultilevel"/>
    <w:tmpl w:val="FC12D1E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1C940789"/>
    <w:multiLevelType w:val="hybridMultilevel"/>
    <w:tmpl w:val="87C28F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CB21E8C"/>
    <w:multiLevelType w:val="hybridMultilevel"/>
    <w:tmpl w:val="1FA0C41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E148A4"/>
    <w:multiLevelType w:val="hybridMultilevel"/>
    <w:tmpl w:val="DA0A35B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1EE43912"/>
    <w:multiLevelType w:val="hybridMultilevel"/>
    <w:tmpl w:val="4D7868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F983D8F"/>
    <w:multiLevelType w:val="hybridMultilevel"/>
    <w:tmpl w:val="AE84ACB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8E54D1"/>
    <w:multiLevelType w:val="hybridMultilevel"/>
    <w:tmpl w:val="2C90E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937C88"/>
    <w:multiLevelType w:val="hybridMultilevel"/>
    <w:tmpl w:val="9AD42C3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48F2FFA"/>
    <w:multiLevelType w:val="hybridMultilevel"/>
    <w:tmpl w:val="6C243386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26E96839"/>
    <w:multiLevelType w:val="hybridMultilevel"/>
    <w:tmpl w:val="833866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9961F4D"/>
    <w:multiLevelType w:val="hybridMultilevel"/>
    <w:tmpl w:val="963E4E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BE77CE5"/>
    <w:multiLevelType w:val="hybridMultilevel"/>
    <w:tmpl w:val="7514E9D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CDF1465"/>
    <w:multiLevelType w:val="hybridMultilevel"/>
    <w:tmpl w:val="4A2E271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DD15DF1"/>
    <w:multiLevelType w:val="hybridMultilevel"/>
    <w:tmpl w:val="5A0255B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F6456AD"/>
    <w:multiLevelType w:val="hybridMultilevel"/>
    <w:tmpl w:val="FB92B4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14D2603"/>
    <w:multiLevelType w:val="hybridMultilevel"/>
    <w:tmpl w:val="14240770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31A703B9"/>
    <w:multiLevelType w:val="hybridMultilevel"/>
    <w:tmpl w:val="CA7A50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1F95118"/>
    <w:multiLevelType w:val="hybridMultilevel"/>
    <w:tmpl w:val="90CEBE5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327D31EE"/>
    <w:multiLevelType w:val="hybridMultilevel"/>
    <w:tmpl w:val="6AE67F2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4375C61"/>
    <w:multiLevelType w:val="hybridMultilevel"/>
    <w:tmpl w:val="7D0CA87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367E2D0A"/>
    <w:multiLevelType w:val="hybridMultilevel"/>
    <w:tmpl w:val="111820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8D2087E"/>
    <w:multiLevelType w:val="hybridMultilevel"/>
    <w:tmpl w:val="6F78E9A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3A411B14"/>
    <w:multiLevelType w:val="hybridMultilevel"/>
    <w:tmpl w:val="EDCC2F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3D11671D"/>
    <w:multiLevelType w:val="hybridMultilevel"/>
    <w:tmpl w:val="3D94D90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3E1E4CDA"/>
    <w:multiLevelType w:val="hybridMultilevel"/>
    <w:tmpl w:val="0E2AABA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E3E0DA4"/>
    <w:multiLevelType w:val="hybridMultilevel"/>
    <w:tmpl w:val="F8BA8F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EC9787A"/>
    <w:multiLevelType w:val="hybridMultilevel"/>
    <w:tmpl w:val="7D04A95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EEB7E0E"/>
    <w:multiLevelType w:val="hybridMultilevel"/>
    <w:tmpl w:val="86BA26F6"/>
    <w:lvl w:ilvl="0" w:tplc="AFE43576">
      <w:numFmt w:val="bullet"/>
      <w:lvlText w:val="–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2" w15:restartNumberingAfterBreak="0">
    <w:nsid w:val="3F9A4984"/>
    <w:multiLevelType w:val="hybridMultilevel"/>
    <w:tmpl w:val="283AB9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10765F"/>
    <w:multiLevelType w:val="hybridMultilevel"/>
    <w:tmpl w:val="F2487B2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 w15:restartNumberingAfterBreak="0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2F444B3"/>
    <w:multiLevelType w:val="multilevel"/>
    <w:tmpl w:val="A7C22B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9"/>
      <w:numFmt w:val="decimalZero"/>
      <w:isLgl/>
      <w:lvlText w:val="%1.%2."/>
      <w:lvlJc w:val="left"/>
      <w:pPr>
        <w:ind w:left="622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45BF6B6A"/>
    <w:multiLevelType w:val="hybridMultilevel"/>
    <w:tmpl w:val="EC1812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63D45FB"/>
    <w:multiLevelType w:val="hybridMultilevel"/>
    <w:tmpl w:val="C19E4E6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65E54CD"/>
    <w:multiLevelType w:val="hybridMultilevel"/>
    <w:tmpl w:val="E7041A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9" w15:restartNumberingAfterBreak="0">
    <w:nsid w:val="46FC04C6"/>
    <w:multiLevelType w:val="hybridMultilevel"/>
    <w:tmpl w:val="A1581A8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0" w15:restartNumberingAfterBreak="0">
    <w:nsid w:val="4A4A2E9A"/>
    <w:multiLevelType w:val="hybridMultilevel"/>
    <w:tmpl w:val="22E623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ACB0B18"/>
    <w:multiLevelType w:val="hybridMultilevel"/>
    <w:tmpl w:val="906AC18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C8C5C46"/>
    <w:multiLevelType w:val="hybridMultilevel"/>
    <w:tmpl w:val="58E00DC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4" w15:restartNumberingAfterBreak="0">
    <w:nsid w:val="4D4B7CAD"/>
    <w:multiLevelType w:val="hybridMultilevel"/>
    <w:tmpl w:val="8ABAA7A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D60102F"/>
    <w:multiLevelType w:val="hybridMultilevel"/>
    <w:tmpl w:val="0008A290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E2A72A7"/>
    <w:multiLevelType w:val="hybridMultilevel"/>
    <w:tmpl w:val="70CCE5F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E4A2C98"/>
    <w:multiLevelType w:val="hybridMultilevel"/>
    <w:tmpl w:val="0E8218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508A7780"/>
    <w:multiLevelType w:val="hybridMultilevel"/>
    <w:tmpl w:val="8C3443B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2282080"/>
    <w:multiLevelType w:val="hybridMultilevel"/>
    <w:tmpl w:val="AC0E312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5654C46"/>
    <w:multiLevelType w:val="hybridMultilevel"/>
    <w:tmpl w:val="B7BC180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7CB3DF6"/>
    <w:multiLevelType w:val="hybridMultilevel"/>
    <w:tmpl w:val="779CF8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B31331E"/>
    <w:multiLevelType w:val="hybridMultilevel"/>
    <w:tmpl w:val="F2E0FAF2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C736824"/>
    <w:multiLevelType w:val="hybridMultilevel"/>
    <w:tmpl w:val="02F8332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5C736D4A"/>
    <w:multiLevelType w:val="hybridMultilevel"/>
    <w:tmpl w:val="F18C1C6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5" w15:restartNumberingAfterBreak="0">
    <w:nsid w:val="5C79657D"/>
    <w:multiLevelType w:val="hybridMultilevel"/>
    <w:tmpl w:val="8ED2764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EEE2DEA"/>
    <w:multiLevelType w:val="hybridMultilevel"/>
    <w:tmpl w:val="5DE222F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0AD0E62"/>
    <w:multiLevelType w:val="hybridMultilevel"/>
    <w:tmpl w:val="79B6E00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613A3AD9"/>
    <w:multiLevelType w:val="hybridMultilevel"/>
    <w:tmpl w:val="9A564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2371F65"/>
    <w:multiLevelType w:val="hybridMultilevel"/>
    <w:tmpl w:val="31E22F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2714925"/>
    <w:multiLevelType w:val="hybridMultilevel"/>
    <w:tmpl w:val="89FE398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1" w15:restartNumberingAfterBreak="0">
    <w:nsid w:val="62A816BD"/>
    <w:multiLevelType w:val="hybridMultilevel"/>
    <w:tmpl w:val="21B467F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63BE3060"/>
    <w:multiLevelType w:val="hybridMultilevel"/>
    <w:tmpl w:val="1328527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49447CC"/>
    <w:multiLevelType w:val="hybridMultilevel"/>
    <w:tmpl w:val="4D66BC9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650A7B20"/>
    <w:multiLevelType w:val="hybridMultilevel"/>
    <w:tmpl w:val="B6D6A04A"/>
    <w:lvl w:ilvl="0" w:tplc="40C4F3CE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5" w15:restartNumberingAfterBreak="0">
    <w:nsid w:val="650C4035"/>
    <w:multiLevelType w:val="hybridMultilevel"/>
    <w:tmpl w:val="E8D84F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586000E"/>
    <w:multiLevelType w:val="hybridMultilevel"/>
    <w:tmpl w:val="7F6E1EB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9" w15:restartNumberingAfterBreak="0">
    <w:nsid w:val="69595A91"/>
    <w:multiLevelType w:val="hybridMultilevel"/>
    <w:tmpl w:val="8F54150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C9D0AED"/>
    <w:multiLevelType w:val="hybridMultilevel"/>
    <w:tmpl w:val="B73AACC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3141B7F"/>
    <w:multiLevelType w:val="hybridMultilevel"/>
    <w:tmpl w:val="1794C77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768479C7"/>
    <w:multiLevelType w:val="hybridMultilevel"/>
    <w:tmpl w:val="1BB084D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77722543"/>
    <w:multiLevelType w:val="hybridMultilevel"/>
    <w:tmpl w:val="6C8CD4A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78BF02DD"/>
    <w:multiLevelType w:val="hybridMultilevel"/>
    <w:tmpl w:val="0B0E583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6" w15:restartNumberingAfterBreak="0">
    <w:nsid w:val="79737A0F"/>
    <w:multiLevelType w:val="hybridMultilevel"/>
    <w:tmpl w:val="D4C4E03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797A2290"/>
    <w:multiLevelType w:val="hybridMultilevel"/>
    <w:tmpl w:val="4D18F5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7EDB6972"/>
    <w:multiLevelType w:val="hybridMultilevel"/>
    <w:tmpl w:val="100257F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8"/>
  </w:num>
  <w:num w:numId="2">
    <w:abstractNumId w:val="29"/>
  </w:num>
  <w:num w:numId="3">
    <w:abstractNumId w:val="26"/>
  </w:num>
  <w:num w:numId="4">
    <w:abstractNumId w:val="73"/>
  </w:num>
  <w:num w:numId="5">
    <w:abstractNumId w:val="67"/>
  </w:num>
  <w:num w:numId="6">
    <w:abstractNumId w:val="12"/>
  </w:num>
  <w:num w:numId="7">
    <w:abstractNumId w:val="42"/>
  </w:num>
  <w:num w:numId="8">
    <w:abstractNumId w:val="91"/>
  </w:num>
  <w:num w:numId="9">
    <w:abstractNumId w:val="8"/>
  </w:num>
  <w:num w:numId="10">
    <w:abstractNumId w:val="44"/>
  </w:num>
  <w:num w:numId="11">
    <w:abstractNumId w:val="86"/>
  </w:num>
  <w:num w:numId="12">
    <w:abstractNumId w:val="37"/>
  </w:num>
  <w:num w:numId="13">
    <w:abstractNumId w:val="64"/>
  </w:num>
  <w:num w:numId="14">
    <w:abstractNumId w:val="18"/>
  </w:num>
  <w:num w:numId="15">
    <w:abstractNumId w:val="79"/>
  </w:num>
  <w:num w:numId="16">
    <w:abstractNumId w:val="60"/>
  </w:num>
  <w:num w:numId="17">
    <w:abstractNumId w:val="68"/>
  </w:num>
  <w:num w:numId="18">
    <w:abstractNumId w:val="72"/>
  </w:num>
  <w:num w:numId="19">
    <w:abstractNumId w:val="70"/>
  </w:num>
  <w:num w:numId="20">
    <w:abstractNumId w:val="81"/>
  </w:num>
  <w:num w:numId="21">
    <w:abstractNumId w:val="36"/>
  </w:num>
  <w:num w:numId="22">
    <w:abstractNumId w:val="75"/>
  </w:num>
  <w:num w:numId="23">
    <w:abstractNumId w:val="7"/>
  </w:num>
  <w:num w:numId="24">
    <w:abstractNumId w:val="82"/>
  </w:num>
  <w:num w:numId="25">
    <w:abstractNumId w:val="93"/>
  </w:num>
  <w:num w:numId="26">
    <w:abstractNumId w:val="38"/>
  </w:num>
  <w:num w:numId="27">
    <w:abstractNumId w:val="28"/>
  </w:num>
  <w:num w:numId="28">
    <w:abstractNumId w:val="48"/>
  </w:num>
  <w:num w:numId="29">
    <w:abstractNumId w:val="21"/>
  </w:num>
  <w:num w:numId="30">
    <w:abstractNumId w:val="11"/>
  </w:num>
  <w:num w:numId="31">
    <w:abstractNumId w:val="66"/>
  </w:num>
  <w:num w:numId="32">
    <w:abstractNumId w:val="6"/>
  </w:num>
  <w:num w:numId="33">
    <w:abstractNumId w:val="10"/>
  </w:num>
  <w:num w:numId="34">
    <w:abstractNumId w:val="96"/>
  </w:num>
  <w:num w:numId="35">
    <w:abstractNumId w:val="25"/>
  </w:num>
  <w:num w:numId="36">
    <w:abstractNumId w:val="90"/>
  </w:num>
  <w:num w:numId="37">
    <w:abstractNumId w:val="30"/>
  </w:num>
  <w:num w:numId="38">
    <w:abstractNumId w:val="9"/>
  </w:num>
  <w:num w:numId="39">
    <w:abstractNumId w:val="57"/>
  </w:num>
  <w:num w:numId="40">
    <w:abstractNumId w:val="19"/>
  </w:num>
  <w:num w:numId="41">
    <w:abstractNumId w:val="76"/>
  </w:num>
  <w:num w:numId="42">
    <w:abstractNumId w:val="92"/>
  </w:num>
  <w:num w:numId="43">
    <w:abstractNumId w:val="87"/>
  </w:num>
  <w:num w:numId="44">
    <w:abstractNumId w:val="13"/>
  </w:num>
  <w:num w:numId="45">
    <w:abstractNumId w:val="14"/>
  </w:num>
  <w:num w:numId="46">
    <w:abstractNumId w:val="74"/>
  </w:num>
  <w:num w:numId="47">
    <w:abstractNumId w:val="16"/>
  </w:num>
  <w:num w:numId="48">
    <w:abstractNumId w:val="39"/>
  </w:num>
  <w:num w:numId="49">
    <w:abstractNumId w:val="24"/>
  </w:num>
  <w:num w:numId="50">
    <w:abstractNumId w:val="43"/>
  </w:num>
  <w:num w:numId="51">
    <w:abstractNumId w:val="53"/>
  </w:num>
  <w:num w:numId="52">
    <w:abstractNumId w:val="47"/>
  </w:num>
  <w:num w:numId="53">
    <w:abstractNumId w:val="63"/>
  </w:num>
  <w:num w:numId="54">
    <w:abstractNumId w:val="32"/>
  </w:num>
  <w:num w:numId="55">
    <w:abstractNumId w:val="45"/>
  </w:num>
  <w:num w:numId="56">
    <w:abstractNumId w:val="95"/>
  </w:num>
  <w:num w:numId="57">
    <w:abstractNumId w:val="46"/>
  </w:num>
  <w:num w:numId="58">
    <w:abstractNumId w:val="58"/>
  </w:num>
  <w:num w:numId="59">
    <w:abstractNumId w:val="41"/>
  </w:num>
  <w:num w:numId="60">
    <w:abstractNumId w:val="59"/>
  </w:num>
  <w:num w:numId="61">
    <w:abstractNumId w:val="80"/>
  </w:num>
  <w:num w:numId="62">
    <w:abstractNumId w:val="84"/>
  </w:num>
  <w:num w:numId="63">
    <w:abstractNumId w:val="34"/>
  </w:num>
  <w:num w:numId="64">
    <w:abstractNumId w:val="20"/>
  </w:num>
  <w:num w:numId="65">
    <w:abstractNumId w:val="69"/>
  </w:num>
  <w:num w:numId="66">
    <w:abstractNumId w:val="17"/>
  </w:num>
  <w:num w:numId="67">
    <w:abstractNumId w:val="78"/>
  </w:num>
  <w:num w:numId="68">
    <w:abstractNumId w:val="97"/>
  </w:num>
  <w:num w:numId="69">
    <w:abstractNumId w:val="40"/>
  </w:num>
  <w:num w:numId="70">
    <w:abstractNumId w:val="33"/>
  </w:num>
  <w:num w:numId="71">
    <w:abstractNumId w:val="56"/>
  </w:num>
  <w:num w:numId="72">
    <w:abstractNumId w:val="77"/>
  </w:num>
  <w:num w:numId="73">
    <w:abstractNumId w:val="22"/>
  </w:num>
  <w:num w:numId="74">
    <w:abstractNumId w:val="83"/>
  </w:num>
  <w:num w:numId="75">
    <w:abstractNumId w:val="35"/>
  </w:num>
  <w:num w:numId="76">
    <w:abstractNumId w:val="49"/>
  </w:num>
  <w:num w:numId="77">
    <w:abstractNumId w:val="89"/>
  </w:num>
  <w:num w:numId="78">
    <w:abstractNumId w:val="85"/>
  </w:num>
  <w:num w:numId="79">
    <w:abstractNumId w:val="98"/>
  </w:num>
  <w:num w:numId="80">
    <w:abstractNumId w:val="94"/>
  </w:num>
  <w:num w:numId="81">
    <w:abstractNumId w:val="65"/>
  </w:num>
  <w:num w:numId="82">
    <w:abstractNumId w:val="23"/>
  </w:num>
  <w:num w:numId="83">
    <w:abstractNumId w:val="51"/>
  </w:num>
  <w:num w:numId="84">
    <w:abstractNumId w:val="62"/>
  </w:num>
  <w:num w:numId="85">
    <w:abstractNumId w:val="54"/>
  </w:num>
  <w:num w:numId="86">
    <w:abstractNumId w:val="27"/>
  </w:num>
  <w:num w:numId="87">
    <w:abstractNumId w:val="71"/>
  </w:num>
  <w:num w:numId="88">
    <w:abstractNumId w:val="61"/>
  </w:num>
  <w:num w:numId="89">
    <w:abstractNumId w:val="50"/>
  </w:num>
  <w:num w:numId="90">
    <w:abstractNumId w:val="31"/>
  </w:num>
  <w:num w:numId="91">
    <w:abstractNumId w:val="52"/>
  </w:num>
  <w:num w:numId="92">
    <w:abstractNumId w:val="15"/>
  </w:num>
  <w:num w:numId="93">
    <w:abstractNumId w:val="5"/>
  </w:num>
  <w:num w:numId="94">
    <w:abstractNumId w:val="3"/>
  </w:num>
  <w:num w:numId="95">
    <w:abstractNumId w:val="2"/>
  </w:num>
  <w:num w:numId="96">
    <w:abstractNumId w:val="4"/>
  </w:num>
  <w:num w:numId="97">
    <w:abstractNumId w:val="1"/>
  </w:num>
  <w:num w:numId="98">
    <w:abstractNumId w:val="0"/>
  </w:num>
  <w:num w:numId="99">
    <w:abstractNumId w:val="55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B4D"/>
    <w:rsid w:val="0000038D"/>
    <w:rsid w:val="000031E1"/>
    <w:rsid w:val="000127C1"/>
    <w:rsid w:val="000131DE"/>
    <w:rsid w:val="000132AB"/>
    <w:rsid w:val="00016DF5"/>
    <w:rsid w:val="0002231C"/>
    <w:rsid w:val="00024847"/>
    <w:rsid w:val="00031D7E"/>
    <w:rsid w:val="000401EF"/>
    <w:rsid w:val="000402EE"/>
    <w:rsid w:val="0004081C"/>
    <w:rsid w:val="00040A35"/>
    <w:rsid w:val="00041937"/>
    <w:rsid w:val="00051F50"/>
    <w:rsid w:val="000557BB"/>
    <w:rsid w:val="00055FEC"/>
    <w:rsid w:val="00060888"/>
    <w:rsid w:val="0006609B"/>
    <w:rsid w:val="000700BD"/>
    <w:rsid w:val="000831DB"/>
    <w:rsid w:val="0008383F"/>
    <w:rsid w:val="00083D8D"/>
    <w:rsid w:val="000907E9"/>
    <w:rsid w:val="00090EDB"/>
    <w:rsid w:val="00094C81"/>
    <w:rsid w:val="000A005F"/>
    <w:rsid w:val="000A105F"/>
    <w:rsid w:val="000A3089"/>
    <w:rsid w:val="000A30A0"/>
    <w:rsid w:val="000A6F28"/>
    <w:rsid w:val="000B00D1"/>
    <w:rsid w:val="000B1459"/>
    <w:rsid w:val="000C48E9"/>
    <w:rsid w:val="000C66EE"/>
    <w:rsid w:val="000D0059"/>
    <w:rsid w:val="000D15F8"/>
    <w:rsid w:val="000D2FDC"/>
    <w:rsid w:val="000D5B20"/>
    <w:rsid w:val="000D7692"/>
    <w:rsid w:val="000E03B5"/>
    <w:rsid w:val="000E2019"/>
    <w:rsid w:val="000E3183"/>
    <w:rsid w:val="000E3A5E"/>
    <w:rsid w:val="000F08EF"/>
    <w:rsid w:val="000F090A"/>
    <w:rsid w:val="000F24ED"/>
    <w:rsid w:val="000F4629"/>
    <w:rsid w:val="000F6FE6"/>
    <w:rsid w:val="001033A1"/>
    <w:rsid w:val="00104E36"/>
    <w:rsid w:val="00106A34"/>
    <w:rsid w:val="00107856"/>
    <w:rsid w:val="001113A9"/>
    <w:rsid w:val="001144E5"/>
    <w:rsid w:val="001145E2"/>
    <w:rsid w:val="00115717"/>
    <w:rsid w:val="001212ED"/>
    <w:rsid w:val="001238BC"/>
    <w:rsid w:val="0012521A"/>
    <w:rsid w:val="001253B4"/>
    <w:rsid w:val="00125854"/>
    <w:rsid w:val="001313A3"/>
    <w:rsid w:val="0013665E"/>
    <w:rsid w:val="00137ED6"/>
    <w:rsid w:val="0014058E"/>
    <w:rsid w:val="0014127D"/>
    <w:rsid w:val="00145EF5"/>
    <w:rsid w:val="001467CC"/>
    <w:rsid w:val="0015115D"/>
    <w:rsid w:val="00152601"/>
    <w:rsid w:val="00154A7D"/>
    <w:rsid w:val="00154C06"/>
    <w:rsid w:val="00162307"/>
    <w:rsid w:val="00163550"/>
    <w:rsid w:val="00165233"/>
    <w:rsid w:val="00165A94"/>
    <w:rsid w:val="00165B91"/>
    <w:rsid w:val="001718C7"/>
    <w:rsid w:val="00171C98"/>
    <w:rsid w:val="0017284B"/>
    <w:rsid w:val="001753A9"/>
    <w:rsid w:val="001824EF"/>
    <w:rsid w:val="00182ED4"/>
    <w:rsid w:val="00195BB7"/>
    <w:rsid w:val="00196A1C"/>
    <w:rsid w:val="00196BAF"/>
    <w:rsid w:val="001A5E94"/>
    <w:rsid w:val="001A75B6"/>
    <w:rsid w:val="001B4749"/>
    <w:rsid w:val="001B5403"/>
    <w:rsid w:val="001C724B"/>
    <w:rsid w:val="001D07A3"/>
    <w:rsid w:val="001D2632"/>
    <w:rsid w:val="001D2E4E"/>
    <w:rsid w:val="001E02BA"/>
    <w:rsid w:val="001E1411"/>
    <w:rsid w:val="001E1984"/>
    <w:rsid w:val="001E2B96"/>
    <w:rsid w:val="001E370D"/>
    <w:rsid w:val="001E6A78"/>
    <w:rsid w:val="001F17F9"/>
    <w:rsid w:val="001F2845"/>
    <w:rsid w:val="001F52D9"/>
    <w:rsid w:val="001F648E"/>
    <w:rsid w:val="001F77AA"/>
    <w:rsid w:val="002019E7"/>
    <w:rsid w:val="00210EDB"/>
    <w:rsid w:val="002137EF"/>
    <w:rsid w:val="00217304"/>
    <w:rsid w:val="00221C64"/>
    <w:rsid w:val="0022360F"/>
    <w:rsid w:val="00223955"/>
    <w:rsid w:val="002252CB"/>
    <w:rsid w:val="0022735D"/>
    <w:rsid w:val="00230811"/>
    <w:rsid w:val="00232463"/>
    <w:rsid w:val="00233EA4"/>
    <w:rsid w:val="002364F5"/>
    <w:rsid w:val="00237161"/>
    <w:rsid w:val="002413AD"/>
    <w:rsid w:val="00241AEA"/>
    <w:rsid w:val="00241D04"/>
    <w:rsid w:val="0025234A"/>
    <w:rsid w:val="00253687"/>
    <w:rsid w:val="00262073"/>
    <w:rsid w:val="00262283"/>
    <w:rsid w:val="0026265B"/>
    <w:rsid w:val="00264C1E"/>
    <w:rsid w:val="00265CFC"/>
    <w:rsid w:val="00265DCB"/>
    <w:rsid w:val="00266712"/>
    <w:rsid w:val="0027162F"/>
    <w:rsid w:val="002819F3"/>
    <w:rsid w:val="002833FD"/>
    <w:rsid w:val="00284AA4"/>
    <w:rsid w:val="00290492"/>
    <w:rsid w:val="00291A74"/>
    <w:rsid w:val="00291DB2"/>
    <w:rsid w:val="00292F91"/>
    <w:rsid w:val="0029475E"/>
    <w:rsid w:val="002955E3"/>
    <w:rsid w:val="00297910"/>
    <w:rsid w:val="002A10BC"/>
    <w:rsid w:val="002A22D6"/>
    <w:rsid w:val="002A3B57"/>
    <w:rsid w:val="002B339E"/>
    <w:rsid w:val="002B4118"/>
    <w:rsid w:val="002C060E"/>
    <w:rsid w:val="002C5C5A"/>
    <w:rsid w:val="002C682A"/>
    <w:rsid w:val="002D171B"/>
    <w:rsid w:val="002D3974"/>
    <w:rsid w:val="002D45AC"/>
    <w:rsid w:val="002D4B92"/>
    <w:rsid w:val="002E6920"/>
    <w:rsid w:val="002F1799"/>
    <w:rsid w:val="00300ED2"/>
    <w:rsid w:val="00300EFB"/>
    <w:rsid w:val="003062B2"/>
    <w:rsid w:val="00311523"/>
    <w:rsid w:val="00312A44"/>
    <w:rsid w:val="00312A6A"/>
    <w:rsid w:val="0031496E"/>
    <w:rsid w:val="003150B3"/>
    <w:rsid w:val="00321D2C"/>
    <w:rsid w:val="003245FD"/>
    <w:rsid w:val="00324C1A"/>
    <w:rsid w:val="00326C35"/>
    <w:rsid w:val="003311EA"/>
    <w:rsid w:val="00331830"/>
    <w:rsid w:val="003332FD"/>
    <w:rsid w:val="00337D94"/>
    <w:rsid w:val="003432D8"/>
    <w:rsid w:val="00344C9A"/>
    <w:rsid w:val="00351743"/>
    <w:rsid w:val="00351E4E"/>
    <w:rsid w:val="00354265"/>
    <w:rsid w:val="00357619"/>
    <w:rsid w:val="00361707"/>
    <w:rsid w:val="00363196"/>
    <w:rsid w:val="0036607B"/>
    <w:rsid w:val="00371550"/>
    <w:rsid w:val="003722B3"/>
    <w:rsid w:val="0037460D"/>
    <w:rsid w:val="0038259E"/>
    <w:rsid w:val="00383FD3"/>
    <w:rsid w:val="00392169"/>
    <w:rsid w:val="0039650E"/>
    <w:rsid w:val="003A0C6E"/>
    <w:rsid w:val="003A1E92"/>
    <w:rsid w:val="003A3715"/>
    <w:rsid w:val="003A3721"/>
    <w:rsid w:val="003A4428"/>
    <w:rsid w:val="003A7844"/>
    <w:rsid w:val="003B10E6"/>
    <w:rsid w:val="003B5561"/>
    <w:rsid w:val="003B7536"/>
    <w:rsid w:val="003D04DC"/>
    <w:rsid w:val="003D13C3"/>
    <w:rsid w:val="003D2CF9"/>
    <w:rsid w:val="003D36B0"/>
    <w:rsid w:val="003D3D67"/>
    <w:rsid w:val="003E0245"/>
    <w:rsid w:val="003E31F6"/>
    <w:rsid w:val="003E4246"/>
    <w:rsid w:val="003E7655"/>
    <w:rsid w:val="003F02C6"/>
    <w:rsid w:val="003F1997"/>
    <w:rsid w:val="003F6301"/>
    <w:rsid w:val="003F6B65"/>
    <w:rsid w:val="003F7F57"/>
    <w:rsid w:val="00400501"/>
    <w:rsid w:val="00401287"/>
    <w:rsid w:val="00404644"/>
    <w:rsid w:val="00405241"/>
    <w:rsid w:val="00406FAF"/>
    <w:rsid w:val="004133FB"/>
    <w:rsid w:val="004134E3"/>
    <w:rsid w:val="00417598"/>
    <w:rsid w:val="00421AFD"/>
    <w:rsid w:val="0042294D"/>
    <w:rsid w:val="0042329F"/>
    <w:rsid w:val="00437DC2"/>
    <w:rsid w:val="00437EF6"/>
    <w:rsid w:val="0044164F"/>
    <w:rsid w:val="004416FE"/>
    <w:rsid w:val="00441A18"/>
    <w:rsid w:val="00443DCE"/>
    <w:rsid w:val="00444A13"/>
    <w:rsid w:val="00453707"/>
    <w:rsid w:val="00455A07"/>
    <w:rsid w:val="004565D2"/>
    <w:rsid w:val="00460548"/>
    <w:rsid w:val="00466A22"/>
    <w:rsid w:val="0047108E"/>
    <w:rsid w:val="00475031"/>
    <w:rsid w:val="00475E72"/>
    <w:rsid w:val="00476292"/>
    <w:rsid w:val="00476B4D"/>
    <w:rsid w:val="00477483"/>
    <w:rsid w:val="00482460"/>
    <w:rsid w:val="00482E51"/>
    <w:rsid w:val="00483547"/>
    <w:rsid w:val="004858F1"/>
    <w:rsid w:val="00490403"/>
    <w:rsid w:val="0049069D"/>
    <w:rsid w:val="004A047B"/>
    <w:rsid w:val="004A1AF8"/>
    <w:rsid w:val="004A2247"/>
    <w:rsid w:val="004A2690"/>
    <w:rsid w:val="004A53B1"/>
    <w:rsid w:val="004B3271"/>
    <w:rsid w:val="004B3850"/>
    <w:rsid w:val="004B52F5"/>
    <w:rsid w:val="004B6112"/>
    <w:rsid w:val="004C48AD"/>
    <w:rsid w:val="004D012A"/>
    <w:rsid w:val="004D164E"/>
    <w:rsid w:val="004D4011"/>
    <w:rsid w:val="004D4F55"/>
    <w:rsid w:val="004E4327"/>
    <w:rsid w:val="004E46C2"/>
    <w:rsid w:val="004E4FF6"/>
    <w:rsid w:val="004E69C1"/>
    <w:rsid w:val="004E7665"/>
    <w:rsid w:val="004E77E0"/>
    <w:rsid w:val="004E7F21"/>
    <w:rsid w:val="004F2998"/>
    <w:rsid w:val="004F4E6C"/>
    <w:rsid w:val="005004CE"/>
    <w:rsid w:val="00502436"/>
    <w:rsid w:val="00502B6A"/>
    <w:rsid w:val="00505326"/>
    <w:rsid w:val="005055C6"/>
    <w:rsid w:val="00510892"/>
    <w:rsid w:val="00512AFB"/>
    <w:rsid w:val="00513EF4"/>
    <w:rsid w:val="0051473D"/>
    <w:rsid w:val="005171A1"/>
    <w:rsid w:val="00521537"/>
    <w:rsid w:val="00544C8A"/>
    <w:rsid w:val="00547D16"/>
    <w:rsid w:val="00551ED5"/>
    <w:rsid w:val="0055247B"/>
    <w:rsid w:val="00553443"/>
    <w:rsid w:val="00556352"/>
    <w:rsid w:val="00556C77"/>
    <w:rsid w:val="0056138F"/>
    <w:rsid w:val="00563C34"/>
    <w:rsid w:val="00565CA0"/>
    <w:rsid w:val="00572ACE"/>
    <w:rsid w:val="00572D54"/>
    <w:rsid w:val="0058078E"/>
    <w:rsid w:val="00592183"/>
    <w:rsid w:val="00597B81"/>
    <w:rsid w:val="005A163C"/>
    <w:rsid w:val="005A2747"/>
    <w:rsid w:val="005A664A"/>
    <w:rsid w:val="005B01B9"/>
    <w:rsid w:val="005B41FD"/>
    <w:rsid w:val="005B490F"/>
    <w:rsid w:val="005B683B"/>
    <w:rsid w:val="005B6993"/>
    <w:rsid w:val="005C1A45"/>
    <w:rsid w:val="005C6120"/>
    <w:rsid w:val="005C664C"/>
    <w:rsid w:val="005D2074"/>
    <w:rsid w:val="005D47D9"/>
    <w:rsid w:val="005D5456"/>
    <w:rsid w:val="005E2B97"/>
    <w:rsid w:val="005E633E"/>
    <w:rsid w:val="005E7EED"/>
    <w:rsid w:val="005F3EF4"/>
    <w:rsid w:val="00602EBD"/>
    <w:rsid w:val="00604243"/>
    <w:rsid w:val="0061138F"/>
    <w:rsid w:val="00615E75"/>
    <w:rsid w:val="0061667C"/>
    <w:rsid w:val="0062082B"/>
    <w:rsid w:val="00624063"/>
    <w:rsid w:val="00636823"/>
    <w:rsid w:val="006437D3"/>
    <w:rsid w:val="006447AF"/>
    <w:rsid w:val="00646E66"/>
    <w:rsid w:val="0065496A"/>
    <w:rsid w:val="00655694"/>
    <w:rsid w:val="00657BCE"/>
    <w:rsid w:val="00657F47"/>
    <w:rsid w:val="00661194"/>
    <w:rsid w:val="00662975"/>
    <w:rsid w:val="006647A2"/>
    <w:rsid w:val="006653FA"/>
    <w:rsid w:val="00665E29"/>
    <w:rsid w:val="00666F4C"/>
    <w:rsid w:val="00670C88"/>
    <w:rsid w:val="00674478"/>
    <w:rsid w:val="006748D6"/>
    <w:rsid w:val="0068066C"/>
    <w:rsid w:val="00682FDC"/>
    <w:rsid w:val="006835A1"/>
    <w:rsid w:val="00683BC4"/>
    <w:rsid w:val="00684074"/>
    <w:rsid w:val="006846F4"/>
    <w:rsid w:val="006851AE"/>
    <w:rsid w:val="00686A7C"/>
    <w:rsid w:val="006912CF"/>
    <w:rsid w:val="00694D98"/>
    <w:rsid w:val="006A2116"/>
    <w:rsid w:val="006A32AA"/>
    <w:rsid w:val="006A5CFE"/>
    <w:rsid w:val="006A71B6"/>
    <w:rsid w:val="006A7FDB"/>
    <w:rsid w:val="006B0A34"/>
    <w:rsid w:val="006B2685"/>
    <w:rsid w:val="006B3A17"/>
    <w:rsid w:val="006C06E3"/>
    <w:rsid w:val="006C47E9"/>
    <w:rsid w:val="006C49AB"/>
    <w:rsid w:val="006D15CE"/>
    <w:rsid w:val="006D3D1C"/>
    <w:rsid w:val="006E6C38"/>
    <w:rsid w:val="006F097E"/>
    <w:rsid w:val="006F464C"/>
    <w:rsid w:val="006F548C"/>
    <w:rsid w:val="00704EA3"/>
    <w:rsid w:val="00707A3F"/>
    <w:rsid w:val="00707D0A"/>
    <w:rsid w:val="007118FD"/>
    <w:rsid w:val="00713482"/>
    <w:rsid w:val="00713B88"/>
    <w:rsid w:val="00720EA1"/>
    <w:rsid w:val="00730C74"/>
    <w:rsid w:val="00733A23"/>
    <w:rsid w:val="00733EB3"/>
    <w:rsid w:val="0073573B"/>
    <w:rsid w:val="00735B36"/>
    <w:rsid w:val="00735C6B"/>
    <w:rsid w:val="007377AC"/>
    <w:rsid w:val="00741C77"/>
    <w:rsid w:val="00744493"/>
    <w:rsid w:val="00751E0D"/>
    <w:rsid w:val="007553BF"/>
    <w:rsid w:val="0075668F"/>
    <w:rsid w:val="007579AC"/>
    <w:rsid w:val="00761164"/>
    <w:rsid w:val="00763D31"/>
    <w:rsid w:val="00764A4D"/>
    <w:rsid w:val="0076549A"/>
    <w:rsid w:val="00766CE2"/>
    <w:rsid w:val="00770F51"/>
    <w:rsid w:val="007714C9"/>
    <w:rsid w:val="007715F0"/>
    <w:rsid w:val="00784BD9"/>
    <w:rsid w:val="00785405"/>
    <w:rsid w:val="007855D0"/>
    <w:rsid w:val="00785EED"/>
    <w:rsid w:val="0079019B"/>
    <w:rsid w:val="00790856"/>
    <w:rsid w:val="00790F7E"/>
    <w:rsid w:val="0079513C"/>
    <w:rsid w:val="007A21B3"/>
    <w:rsid w:val="007A2F49"/>
    <w:rsid w:val="007A3D2C"/>
    <w:rsid w:val="007A65F1"/>
    <w:rsid w:val="007A751F"/>
    <w:rsid w:val="007B0309"/>
    <w:rsid w:val="007B661F"/>
    <w:rsid w:val="007B7D2B"/>
    <w:rsid w:val="007C13CF"/>
    <w:rsid w:val="007C2AFA"/>
    <w:rsid w:val="007C36AA"/>
    <w:rsid w:val="007C74E7"/>
    <w:rsid w:val="007D06AF"/>
    <w:rsid w:val="007D632E"/>
    <w:rsid w:val="007D6677"/>
    <w:rsid w:val="007E153F"/>
    <w:rsid w:val="007E1844"/>
    <w:rsid w:val="007E3E54"/>
    <w:rsid w:val="007E47DE"/>
    <w:rsid w:val="007E5047"/>
    <w:rsid w:val="007E5C9F"/>
    <w:rsid w:val="007E6D69"/>
    <w:rsid w:val="007E6F70"/>
    <w:rsid w:val="007E735A"/>
    <w:rsid w:val="007F00E0"/>
    <w:rsid w:val="007F2157"/>
    <w:rsid w:val="007F6502"/>
    <w:rsid w:val="007F6885"/>
    <w:rsid w:val="007F6D87"/>
    <w:rsid w:val="00800234"/>
    <w:rsid w:val="008002FB"/>
    <w:rsid w:val="008048A2"/>
    <w:rsid w:val="008050FD"/>
    <w:rsid w:val="008071E0"/>
    <w:rsid w:val="00812DB9"/>
    <w:rsid w:val="00815505"/>
    <w:rsid w:val="008162D7"/>
    <w:rsid w:val="00817976"/>
    <w:rsid w:val="00821EA6"/>
    <w:rsid w:val="00824403"/>
    <w:rsid w:val="008256B9"/>
    <w:rsid w:val="00827D9F"/>
    <w:rsid w:val="008309BE"/>
    <w:rsid w:val="008319B3"/>
    <w:rsid w:val="00831A4C"/>
    <w:rsid w:val="008343E6"/>
    <w:rsid w:val="008351F0"/>
    <w:rsid w:val="00836170"/>
    <w:rsid w:val="00836BDC"/>
    <w:rsid w:val="00841766"/>
    <w:rsid w:val="008451EE"/>
    <w:rsid w:val="00846423"/>
    <w:rsid w:val="00856BB7"/>
    <w:rsid w:val="00866231"/>
    <w:rsid w:val="0086646D"/>
    <w:rsid w:val="00870F17"/>
    <w:rsid w:val="008745D0"/>
    <w:rsid w:val="008752D7"/>
    <w:rsid w:val="00880277"/>
    <w:rsid w:val="0088168A"/>
    <w:rsid w:val="00885B4B"/>
    <w:rsid w:val="00885ED2"/>
    <w:rsid w:val="00892CB7"/>
    <w:rsid w:val="00892E17"/>
    <w:rsid w:val="00896F2E"/>
    <w:rsid w:val="00897F0D"/>
    <w:rsid w:val="008A1119"/>
    <w:rsid w:val="008A236D"/>
    <w:rsid w:val="008A31DF"/>
    <w:rsid w:val="008A5938"/>
    <w:rsid w:val="008A5F70"/>
    <w:rsid w:val="008A7D7E"/>
    <w:rsid w:val="008B2F27"/>
    <w:rsid w:val="008B3140"/>
    <w:rsid w:val="008C03A0"/>
    <w:rsid w:val="008C1C0B"/>
    <w:rsid w:val="008C1E72"/>
    <w:rsid w:val="008C510E"/>
    <w:rsid w:val="008C7DD1"/>
    <w:rsid w:val="008D04E3"/>
    <w:rsid w:val="008D0ABC"/>
    <w:rsid w:val="008D2C49"/>
    <w:rsid w:val="008D3A4C"/>
    <w:rsid w:val="008D4209"/>
    <w:rsid w:val="008E229B"/>
    <w:rsid w:val="008E2AA1"/>
    <w:rsid w:val="008E3FF2"/>
    <w:rsid w:val="008E453E"/>
    <w:rsid w:val="008E6075"/>
    <w:rsid w:val="008E7434"/>
    <w:rsid w:val="008F282D"/>
    <w:rsid w:val="009007EB"/>
    <w:rsid w:val="009079CD"/>
    <w:rsid w:val="009105A4"/>
    <w:rsid w:val="009127AD"/>
    <w:rsid w:val="00913105"/>
    <w:rsid w:val="00917483"/>
    <w:rsid w:val="009223C2"/>
    <w:rsid w:val="00923314"/>
    <w:rsid w:val="009247C8"/>
    <w:rsid w:val="0092495F"/>
    <w:rsid w:val="00925262"/>
    <w:rsid w:val="00930D30"/>
    <w:rsid w:val="00931C20"/>
    <w:rsid w:val="009322C8"/>
    <w:rsid w:val="00945A2B"/>
    <w:rsid w:val="00946199"/>
    <w:rsid w:val="00947DD7"/>
    <w:rsid w:val="00950D20"/>
    <w:rsid w:val="009549A2"/>
    <w:rsid w:val="00960F17"/>
    <w:rsid w:val="009613E0"/>
    <w:rsid w:val="00961512"/>
    <w:rsid w:val="009615DC"/>
    <w:rsid w:val="00961B98"/>
    <w:rsid w:val="00963091"/>
    <w:rsid w:val="00964B96"/>
    <w:rsid w:val="00967401"/>
    <w:rsid w:val="0097199E"/>
    <w:rsid w:val="00972EDF"/>
    <w:rsid w:val="00974A03"/>
    <w:rsid w:val="0097508E"/>
    <w:rsid w:val="00976FF9"/>
    <w:rsid w:val="00980850"/>
    <w:rsid w:val="009838BE"/>
    <w:rsid w:val="00984C5D"/>
    <w:rsid w:val="00986DC3"/>
    <w:rsid w:val="00991AD4"/>
    <w:rsid w:val="00993C68"/>
    <w:rsid w:val="00994C9F"/>
    <w:rsid w:val="009972AD"/>
    <w:rsid w:val="009A4570"/>
    <w:rsid w:val="009B0D45"/>
    <w:rsid w:val="009B1172"/>
    <w:rsid w:val="009B15FE"/>
    <w:rsid w:val="009B53BB"/>
    <w:rsid w:val="009B5DA6"/>
    <w:rsid w:val="009B75A8"/>
    <w:rsid w:val="009C6B69"/>
    <w:rsid w:val="009D431D"/>
    <w:rsid w:val="009D4B97"/>
    <w:rsid w:val="009D65A6"/>
    <w:rsid w:val="009E28C7"/>
    <w:rsid w:val="009E6A67"/>
    <w:rsid w:val="009F6D3D"/>
    <w:rsid w:val="00A01C32"/>
    <w:rsid w:val="00A01CC4"/>
    <w:rsid w:val="00A02844"/>
    <w:rsid w:val="00A041C9"/>
    <w:rsid w:val="00A07F71"/>
    <w:rsid w:val="00A10D90"/>
    <w:rsid w:val="00A11B23"/>
    <w:rsid w:val="00A160B9"/>
    <w:rsid w:val="00A17930"/>
    <w:rsid w:val="00A17EAF"/>
    <w:rsid w:val="00A22957"/>
    <w:rsid w:val="00A24885"/>
    <w:rsid w:val="00A318A3"/>
    <w:rsid w:val="00A352BD"/>
    <w:rsid w:val="00A40F54"/>
    <w:rsid w:val="00A41099"/>
    <w:rsid w:val="00A417A3"/>
    <w:rsid w:val="00A437F2"/>
    <w:rsid w:val="00A5134A"/>
    <w:rsid w:val="00A52E0B"/>
    <w:rsid w:val="00A53D37"/>
    <w:rsid w:val="00A53DE3"/>
    <w:rsid w:val="00A543E2"/>
    <w:rsid w:val="00A60189"/>
    <w:rsid w:val="00A60BC9"/>
    <w:rsid w:val="00A62851"/>
    <w:rsid w:val="00A63206"/>
    <w:rsid w:val="00A637A8"/>
    <w:rsid w:val="00A6690C"/>
    <w:rsid w:val="00A66931"/>
    <w:rsid w:val="00A67051"/>
    <w:rsid w:val="00A67E35"/>
    <w:rsid w:val="00A80370"/>
    <w:rsid w:val="00A80B7B"/>
    <w:rsid w:val="00A969EC"/>
    <w:rsid w:val="00A96EE4"/>
    <w:rsid w:val="00AA0F89"/>
    <w:rsid w:val="00AA54E5"/>
    <w:rsid w:val="00AB0693"/>
    <w:rsid w:val="00AB0C22"/>
    <w:rsid w:val="00AB1F3C"/>
    <w:rsid w:val="00AB5C2D"/>
    <w:rsid w:val="00AC1819"/>
    <w:rsid w:val="00AC56D6"/>
    <w:rsid w:val="00AC6F38"/>
    <w:rsid w:val="00AC7E4F"/>
    <w:rsid w:val="00AD03A0"/>
    <w:rsid w:val="00AD4641"/>
    <w:rsid w:val="00AE0D69"/>
    <w:rsid w:val="00AE141D"/>
    <w:rsid w:val="00AE6179"/>
    <w:rsid w:val="00AE70D0"/>
    <w:rsid w:val="00AE7453"/>
    <w:rsid w:val="00AF5541"/>
    <w:rsid w:val="00B00872"/>
    <w:rsid w:val="00B00EA2"/>
    <w:rsid w:val="00B1288A"/>
    <w:rsid w:val="00B13D1C"/>
    <w:rsid w:val="00B1402F"/>
    <w:rsid w:val="00B14462"/>
    <w:rsid w:val="00B15909"/>
    <w:rsid w:val="00B208BD"/>
    <w:rsid w:val="00B2136A"/>
    <w:rsid w:val="00B24411"/>
    <w:rsid w:val="00B263B9"/>
    <w:rsid w:val="00B31FE6"/>
    <w:rsid w:val="00B32A55"/>
    <w:rsid w:val="00B32E65"/>
    <w:rsid w:val="00B34E59"/>
    <w:rsid w:val="00B34F18"/>
    <w:rsid w:val="00B35049"/>
    <w:rsid w:val="00B50848"/>
    <w:rsid w:val="00B60276"/>
    <w:rsid w:val="00B608F0"/>
    <w:rsid w:val="00B664EB"/>
    <w:rsid w:val="00B67A05"/>
    <w:rsid w:val="00B70C10"/>
    <w:rsid w:val="00B72154"/>
    <w:rsid w:val="00B8165B"/>
    <w:rsid w:val="00B81BAC"/>
    <w:rsid w:val="00B8241F"/>
    <w:rsid w:val="00B905B7"/>
    <w:rsid w:val="00B913F4"/>
    <w:rsid w:val="00B93D2B"/>
    <w:rsid w:val="00B9611C"/>
    <w:rsid w:val="00B97283"/>
    <w:rsid w:val="00BA0EA3"/>
    <w:rsid w:val="00BA2130"/>
    <w:rsid w:val="00BA2215"/>
    <w:rsid w:val="00BB031A"/>
    <w:rsid w:val="00BB4854"/>
    <w:rsid w:val="00BB5552"/>
    <w:rsid w:val="00BB5592"/>
    <w:rsid w:val="00BB6D3D"/>
    <w:rsid w:val="00BB6E01"/>
    <w:rsid w:val="00BC3387"/>
    <w:rsid w:val="00BC3D2F"/>
    <w:rsid w:val="00BC4B24"/>
    <w:rsid w:val="00BC5B60"/>
    <w:rsid w:val="00BC6D10"/>
    <w:rsid w:val="00BD135C"/>
    <w:rsid w:val="00BD5792"/>
    <w:rsid w:val="00BD5DB6"/>
    <w:rsid w:val="00BE0487"/>
    <w:rsid w:val="00BF1A2B"/>
    <w:rsid w:val="00BF2775"/>
    <w:rsid w:val="00BF2F7A"/>
    <w:rsid w:val="00BF44BA"/>
    <w:rsid w:val="00BF4BAF"/>
    <w:rsid w:val="00BF5592"/>
    <w:rsid w:val="00BF7119"/>
    <w:rsid w:val="00BF765F"/>
    <w:rsid w:val="00C06EA8"/>
    <w:rsid w:val="00C140FC"/>
    <w:rsid w:val="00C227BF"/>
    <w:rsid w:val="00C2333B"/>
    <w:rsid w:val="00C23B63"/>
    <w:rsid w:val="00C25A26"/>
    <w:rsid w:val="00C275FA"/>
    <w:rsid w:val="00C33374"/>
    <w:rsid w:val="00C34385"/>
    <w:rsid w:val="00C35DFD"/>
    <w:rsid w:val="00C361D7"/>
    <w:rsid w:val="00C370DE"/>
    <w:rsid w:val="00C45603"/>
    <w:rsid w:val="00C463E2"/>
    <w:rsid w:val="00C47BAB"/>
    <w:rsid w:val="00C50899"/>
    <w:rsid w:val="00C60BE7"/>
    <w:rsid w:val="00C60C39"/>
    <w:rsid w:val="00C627D6"/>
    <w:rsid w:val="00C63AE1"/>
    <w:rsid w:val="00C65270"/>
    <w:rsid w:val="00C6577C"/>
    <w:rsid w:val="00C66AC0"/>
    <w:rsid w:val="00C76C3A"/>
    <w:rsid w:val="00C828AC"/>
    <w:rsid w:val="00C83FCE"/>
    <w:rsid w:val="00C92AA5"/>
    <w:rsid w:val="00C93F6D"/>
    <w:rsid w:val="00CA065D"/>
    <w:rsid w:val="00CA2CF1"/>
    <w:rsid w:val="00CB168A"/>
    <w:rsid w:val="00CB4447"/>
    <w:rsid w:val="00CB7532"/>
    <w:rsid w:val="00CC0A8F"/>
    <w:rsid w:val="00CC41D8"/>
    <w:rsid w:val="00CD0E48"/>
    <w:rsid w:val="00CD36CA"/>
    <w:rsid w:val="00CD3EC6"/>
    <w:rsid w:val="00CE0102"/>
    <w:rsid w:val="00CE0901"/>
    <w:rsid w:val="00CE1562"/>
    <w:rsid w:val="00CE1ABC"/>
    <w:rsid w:val="00CE26E7"/>
    <w:rsid w:val="00CE5BD7"/>
    <w:rsid w:val="00CF1F60"/>
    <w:rsid w:val="00CF447D"/>
    <w:rsid w:val="00CF52C9"/>
    <w:rsid w:val="00D00618"/>
    <w:rsid w:val="00D042C5"/>
    <w:rsid w:val="00D05E77"/>
    <w:rsid w:val="00D05F7C"/>
    <w:rsid w:val="00D07F4B"/>
    <w:rsid w:val="00D1135F"/>
    <w:rsid w:val="00D14558"/>
    <w:rsid w:val="00D146DA"/>
    <w:rsid w:val="00D20A36"/>
    <w:rsid w:val="00D25E3F"/>
    <w:rsid w:val="00D3152E"/>
    <w:rsid w:val="00D32678"/>
    <w:rsid w:val="00D348A3"/>
    <w:rsid w:val="00D37C64"/>
    <w:rsid w:val="00D40CF8"/>
    <w:rsid w:val="00D470A9"/>
    <w:rsid w:val="00D5123C"/>
    <w:rsid w:val="00D51340"/>
    <w:rsid w:val="00D548DD"/>
    <w:rsid w:val="00D60AB6"/>
    <w:rsid w:val="00D610A5"/>
    <w:rsid w:val="00D62429"/>
    <w:rsid w:val="00D63B3A"/>
    <w:rsid w:val="00D657E7"/>
    <w:rsid w:val="00D71B69"/>
    <w:rsid w:val="00D722C3"/>
    <w:rsid w:val="00D72F6E"/>
    <w:rsid w:val="00D77530"/>
    <w:rsid w:val="00D80502"/>
    <w:rsid w:val="00D806CB"/>
    <w:rsid w:val="00D87C58"/>
    <w:rsid w:val="00D92090"/>
    <w:rsid w:val="00D9480B"/>
    <w:rsid w:val="00D975AD"/>
    <w:rsid w:val="00D978E9"/>
    <w:rsid w:val="00DA4DA9"/>
    <w:rsid w:val="00DA6631"/>
    <w:rsid w:val="00DB14BC"/>
    <w:rsid w:val="00DB60FE"/>
    <w:rsid w:val="00DB76C3"/>
    <w:rsid w:val="00DC0173"/>
    <w:rsid w:val="00DC0C67"/>
    <w:rsid w:val="00DD1C01"/>
    <w:rsid w:val="00DD2A13"/>
    <w:rsid w:val="00DD71C6"/>
    <w:rsid w:val="00DE0331"/>
    <w:rsid w:val="00DE291A"/>
    <w:rsid w:val="00DE3669"/>
    <w:rsid w:val="00DE57B9"/>
    <w:rsid w:val="00DE5C7E"/>
    <w:rsid w:val="00DF1DA8"/>
    <w:rsid w:val="00DF2C58"/>
    <w:rsid w:val="00DF3692"/>
    <w:rsid w:val="00DF5E73"/>
    <w:rsid w:val="00E03218"/>
    <w:rsid w:val="00E05C29"/>
    <w:rsid w:val="00E05F30"/>
    <w:rsid w:val="00E17420"/>
    <w:rsid w:val="00E2231B"/>
    <w:rsid w:val="00E25B07"/>
    <w:rsid w:val="00E25B54"/>
    <w:rsid w:val="00E26865"/>
    <w:rsid w:val="00E30ACC"/>
    <w:rsid w:val="00E33614"/>
    <w:rsid w:val="00E3635C"/>
    <w:rsid w:val="00E37EF6"/>
    <w:rsid w:val="00E41265"/>
    <w:rsid w:val="00E4253E"/>
    <w:rsid w:val="00E425E7"/>
    <w:rsid w:val="00E47256"/>
    <w:rsid w:val="00E5139A"/>
    <w:rsid w:val="00E5303D"/>
    <w:rsid w:val="00E55BD1"/>
    <w:rsid w:val="00E563B1"/>
    <w:rsid w:val="00E567F0"/>
    <w:rsid w:val="00E6642E"/>
    <w:rsid w:val="00E71E2C"/>
    <w:rsid w:val="00E72858"/>
    <w:rsid w:val="00E73C58"/>
    <w:rsid w:val="00E74CC6"/>
    <w:rsid w:val="00E80294"/>
    <w:rsid w:val="00E8520C"/>
    <w:rsid w:val="00E870DF"/>
    <w:rsid w:val="00E871BB"/>
    <w:rsid w:val="00E9286F"/>
    <w:rsid w:val="00E9317F"/>
    <w:rsid w:val="00E94604"/>
    <w:rsid w:val="00EA182B"/>
    <w:rsid w:val="00EA757B"/>
    <w:rsid w:val="00EB22BA"/>
    <w:rsid w:val="00EB262D"/>
    <w:rsid w:val="00EB3EC2"/>
    <w:rsid w:val="00EB764D"/>
    <w:rsid w:val="00EC4F1D"/>
    <w:rsid w:val="00EC5D69"/>
    <w:rsid w:val="00ED09FB"/>
    <w:rsid w:val="00ED105C"/>
    <w:rsid w:val="00ED1728"/>
    <w:rsid w:val="00ED3606"/>
    <w:rsid w:val="00ED6A08"/>
    <w:rsid w:val="00EE070D"/>
    <w:rsid w:val="00EE0BC5"/>
    <w:rsid w:val="00EE5ABF"/>
    <w:rsid w:val="00EE76DC"/>
    <w:rsid w:val="00EF302F"/>
    <w:rsid w:val="00EF5AB3"/>
    <w:rsid w:val="00EF7776"/>
    <w:rsid w:val="00EF7EAA"/>
    <w:rsid w:val="00F0718F"/>
    <w:rsid w:val="00F075A7"/>
    <w:rsid w:val="00F104CC"/>
    <w:rsid w:val="00F104F6"/>
    <w:rsid w:val="00F13761"/>
    <w:rsid w:val="00F14BCA"/>
    <w:rsid w:val="00F16FBF"/>
    <w:rsid w:val="00F21B7A"/>
    <w:rsid w:val="00F2616F"/>
    <w:rsid w:val="00F40594"/>
    <w:rsid w:val="00F419F9"/>
    <w:rsid w:val="00F41DE7"/>
    <w:rsid w:val="00F44B82"/>
    <w:rsid w:val="00F50579"/>
    <w:rsid w:val="00F53732"/>
    <w:rsid w:val="00F55533"/>
    <w:rsid w:val="00F56E27"/>
    <w:rsid w:val="00F600E3"/>
    <w:rsid w:val="00F60B12"/>
    <w:rsid w:val="00F62C76"/>
    <w:rsid w:val="00F664B2"/>
    <w:rsid w:val="00F67D01"/>
    <w:rsid w:val="00F67DF5"/>
    <w:rsid w:val="00F714A2"/>
    <w:rsid w:val="00F72433"/>
    <w:rsid w:val="00F732F5"/>
    <w:rsid w:val="00F737E1"/>
    <w:rsid w:val="00F75692"/>
    <w:rsid w:val="00F75B1E"/>
    <w:rsid w:val="00F805AC"/>
    <w:rsid w:val="00F8514A"/>
    <w:rsid w:val="00F85BA5"/>
    <w:rsid w:val="00F92F43"/>
    <w:rsid w:val="00F9432E"/>
    <w:rsid w:val="00F94C2D"/>
    <w:rsid w:val="00FA154E"/>
    <w:rsid w:val="00FA169E"/>
    <w:rsid w:val="00FA6485"/>
    <w:rsid w:val="00FA6561"/>
    <w:rsid w:val="00FA6829"/>
    <w:rsid w:val="00FA6A35"/>
    <w:rsid w:val="00FB0F61"/>
    <w:rsid w:val="00FB1272"/>
    <w:rsid w:val="00FB636C"/>
    <w:rsid w:val="00FB667E"/>
    <w:rsid w:val="00FB79D3"/>
    <w:rsid w:val="00FC1D8C"/>
    <w:rsid w:val="00FC2C0F"/>
    <w:rsid w:val="00FC4EB5"/>
    <w:rsid w:val="00FC58A3"/>
    <w:rsid w:val="00FC6F98"/>
    <w:rsid w:val="00FC73ED"/>
    <w:rsid w:val="00FD648E"/>
    <w:rsid w:val="00FE008A"/>
    <w:rsid w:val="00FE3453"/>
    <w:rsid w:val="00FE3C46"/>
    <w:rsid w:val="00FF32F6"/>
    <w:rsid w:val="00FF50C4"/>
    <w:rsid w:val="00FF5D85"/>
    <w:rsid w:val="00FF5FF1"/>
    <w:rsid w:val="00F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B61B1"/>
  <w15:docId w15:val="{11FB3898-8DCC-4DFA-8D6E-F6269EA10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40A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1"/>
    <w:next w:val="a1"/>
    <w:link w:val="10"/>
    <w:qFormat/>
    <w:rsid w:val="00974A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1">
    <w:name w:val="heading 2"/>
    <w:next w:val="a1"/>
    <w:link w:val="22"/>
    <w:uiPriority w:val="99"/>
    <w:unhideWhenUsed/>
    <w:qFormat/>
    <w:rsid w:val="0097508E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  <w:lang w:eastAsia="ru-RU"/>
    </w:rPr>
  </w:style>
  <w:style w:type="paragraph" w:styleId="31">
    <w:name w:val="heading 3"/>
    <w:basedOn w:val="a1"/>
    <w:next w:val="a1"/>
    <w:link w:val="32"/>
    <w:unhideWhenUsed/>
    <w:qFormat/>
    <w:rsid w:val="003F7F57"/>
    <w:pPr>
      <w:keepNext/>
      <w:keepLines/>
      <w:spacing w:before="200" w:line="276" w:lineRule="auto"/>
      <w:outlineLvl w:val="2"/>
    </w:pPr>
    <w:rPr>
      <w:rFonts w:ascii="Calibri" w:eastAsia="MS Gothic" w:hAnsi="Calibri"/>
      <w:b/>
      <w:bCs/>
      <w:color w:val="4F81BD"/>
      <w:sz w:val="20"/>
      <w:szCs w:val="20"/>
      <w:lang w:val="x-none" w:eastAsia="x-none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BC3D2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3F7F57"/>
    <w:pPr>
      <w:keepNext/>
      <w:keepLines/>
      <w:spacing w:before="200" w:line="276" w:lineRule="auto"/>
      <w:outlineLvl w:val="4"/>
    </w:pPr>
    <w:rPr>
      <w:rFonts w:ascii="Calibri" w:eastAsia="MS Gothic" w:hAnsi="Calibri"/>
      <w:color w:val="243F60"/>
      <w:sz w:val="20"/>
      <w:szCs w:val="20"/>
      <w:lang w:val="x-none" w:eastAsia="x-none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3F7F57"/>
    <w:pPr>
      <w:keepNext/>
      <w:keepLines/>
      <w:spacing w:before="200" w:line="276" w:lineRule="auto"/>
      <w:outlineLvl w:val="5"/>
    </w:pPr>
    <w:rPr>
      <w:rFonts w:ascii="Calibri" w:eastAsia="MS Gothic" w:hAnsi="Calibri"/>
      <w:i/>
      <w:iCs/>
      <w:color w:val="243F60"/>
      <w:sz w:val="20"/>
      <w:szCs w:val="20"/>
      <w:lang w:val="x-none" w:eastAsia="x-none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3F7F57"/>
    <w:pPr>
      <w:keepNext/>
      <w:keepLines/>
      <w:spacing w:before="200" w:line="276" w:lineRule="auto"/>
      <w:outlineLvl w:val="6"/>
    </w:pPr>
    <w:rPr>
      <w:rFonts w:ascii="Calibri" w:eastAsia="MS Gothic" w:hAnsi="Calibri"/>
      <w:i/>
      <w:iCs/>
      <w:color w:val="404040"/>
      <w:sz w:val="20"/>
      <w:szCs w:val="20"/>
      <w:lang w:val="x-none" w:eastAsia="x-none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3F7F57"/>
    <w:pPr>
      <w:keepNext/>
      <w:keepLines/>
      <w:spacing w:before="200" w:line="276" w:lineRule="auto"/>
      <w:outlineLvl w:val="7"/>
    </w:pPr>
    <w:rPr>
      <w:rFonts w:ascii="Calibri" w:eastAsia="MS Gothic" w:hAnsi="Calibri"/>
      <w:color w:val="4F81BD"/>
      <w:sz w:val="20"/>
      <w:szCs w:val="20"/>
      <w:lang w:val="x-none" w:eastAsia="x-none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3F7F57"/>
    <w:pPr>
      <w:keepNext/>
      <w:keepLines/>
      <w:spacing w:before="200" w:line="276" w:lineRule="auto"/>
      <w:outlineLvl w:val="8"/>
    </w:pPr>
    <w:rPr>
      <w:rFonts w:ascii="Calibri" w:eastAsia="MS Gothic" w:hAnsi="Calibri"/>
      <w:i/>
      <w:iCs/>
      <w:color w:val="404040"/>
      <w:sz w:val="20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22">
    <w:name w:val="Заголовок 2 Знак"/>
    <w:basedOn w:val="a2"/>
    <w:link w:val="21"/>
    <w:uiPriority w:val="99"/>
    <w:rsid w:val="0097508E"/>
    <w:rPr>
      <w:rFonts w:ascii="Calibri" w:eastAsia="Calibri" w:hAnsi="Calibri" w:cs="Calibri"/>
      <w:b/>
      <w:color w:val="231F20"/>
      <w:sz w:val="24"/>
      <w:lang w:eastAsia="ru-RU"/>
    </w:rPr>
  </w:style>
  <w:style w:type="paragraph" w:styleId="a5">
    <w:name w:val="List Paragraph"/>
    <w:aliases w:val="ITL List Paragraph,Цветной список - Акцент 13"/>
    <w:basedOn w:val="a1"/>
    <w:uiPriority w:val="34"/>
    <w:qFormat/>
    <w:rsid w:val="0097508E"/>
    <w:pPr>
      <w:spacing w:after="4" w:line="252" w:lineRule="auto"/>
      <w:ind w:left="720" w:hanging="237"/>
      <w:contextualSpacing/>
      <w:jc w:val="both"/>
    </w:pPr>
    <w:rPr>
      <w:color w:val="231F20"/>
      <w:sz w:val="20"/>
      <w:szCs w:val="22"/>
    </w:rPr>
  </w:style>
  <w:style w:type="character" w:customStyle="1" w:styleId="23">
    <w:name w:val="Основной текст (2)"/>
    <w:basedOn w:val="a2"/>
    <w:rsid w:val="0097508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6">
    <w:name w:val="Table Grid"/>
    <w:basedOn w:val="a3"/>
    <w:uiPriority w:val="59"/>
    <w:rsid w:val="0097508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1"/>
    <w:uiPriority w:val="99"/>
    <w:semiHidden/>
    <w:unhideWhenUsed/>
    <w:rsid w:val="009838BE"/>
    <w:pPr>
      <w:spacing w:before="100" w:beforeAutospacing="1" w:after="100" w:afterAutospacing="1"/>
    </w:pPr>
  </w:style>
  <w:style w:type="character" w:styleId="a8">
    <w:name w:val="Hyperlink"/>
    <w:basedOn w:val="a2"/>
    <w:uiPriority w:val="99"/>
    <w:unhideWhenUsed/>
    <w:rsid w:val="004F4E6C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B816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alloon Text"/>
    <w:basedOn w:val="a1"/>
    <w:link w:val="aa"/>
    <w:uiPriority w:val="99"/>
    <w:unhideWhenUsed/>
    <w:rsid w:val="0050532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2"/>
    <w:link w:val="a9"/>
    <w:uiPriority w:val="99"/>
    <w:rsid w:val="00505326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b">
    <w:name w:val="[ ]"/>
    <w:rsid w:val="00FB636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c">
    <w:name w:val="header"/>
    <w:basedOn w:val="a1"/>
    <w:link w:val="ad"/>
    <w:uiPriority w:val="99"/>
    <w:unhideWhenUsed/>
    <w:rsid w:val="00CE5BD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2"/>
    <w:link w:val="ac"/>
    <w:uiPriority w:val="99"/>
    <w:rsid w:val="00CE5B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1"/>
    <w:link w:val="af"/>
    <w:uiPriority w:val="99"/>
    <w:unhideWhenUsed/>
    <w:rsid w:val="00CE5BD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2"/>
    <w:link w:val="ae"/>
    <w:uiPriority w:val="99"/>
    <w:rsid w:val="00CE5B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2"/>
    <w:link w:val="1"/>
    <w:rsid w:val="00974A0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styleId="af0">
    <w:name w:val="FollowedHyperlink"/>
    <w:basedOn w:val="a2"/>
    <w:uiPriority w:val="99"/>
    <w:semiHidden/>
    <w:unhideWhenUsed/>
    <w:rsid w:val="000D7692"/>
    <w:rPr>
      <w:color w:val="954F72" w:themeColor="followedHyperlink"/>
      <w:u w:val="single"/>
    </w:rPr>
  </w:style>
  <w:style w:type="paragraph" w:styleId="af1">
    <w:name w:val="TOC Heading"/>
    <w:basedOn w:val="1"/>
    <w:next w:val="a1"/>
    <w:uiPriority w:val="39"/>
    <w:semiHidden/>
    <w:unhideWhenUsed/>
    <w:qFormat/>
    <w:rsid w:val="001F17F9"/>
    <w:pPr>
      <w:spacing w:line="276" w:lineRule="auto"/>
      <w:outlineLvl w:val="9"/>
    </w:pPr>
  </w:style>
  <w:style w:type="paragraph" w:styleId="24">
    <w:name w:val="toc 2"/>
    <w:basedOn w:val="a1"/>
    <w:next w:val="a1"/>
    <w:autoRedefine/>
    <w:uiPriority w:val="39"/>
    <w:unhideWhenUsed/>
    <w:rsid w:val="001F17F9"/>
    <w:pPr>
      <w:spacing w:after="100"/>
      <w:ind w:left="240"/>
    </w:pPr>
  </w:style>
  <w:style w:type="paragraph" w:styleId="11">
    <w:name w:val="toc 1"/>
    <w:basedOn w:val="a1"/>
    <w:next w:val="a1"/>
    <w:autoRedefine/>
    <w:uiPriority w:val="39"/>
    <w:unhideWhenUsed/>
    <w:rsid w:val="003A7844"/>
    <w:pPr>
      <w:tabs>
        <w:tab w:val="right" w:leader="dot" w:pos="9345"/>
      </w:tabs>
      <w:spacing w:line="360" w:lineRule="auto"/>
      <w:jc w:val="both"/>
    </w:pPr>
    <w:rPr>
      <w:rFonts w:asciiTheme="majorBidi" w:hAnsiTheme="majorBidi" w:cstheme="majorBidi"/>
      <w:b/>
      <w:bCs/>
      <w:noProof/>
      <w:sz w:val="28"/>
      <w:szCs w:val="28"/>
    </w:rPr>
  </w:style>
  <w:style w:type="character" w:styleId="af2">
    <w:name w:val="annotation reference"/>
    <w:basedOn w:val="a2"/>
    <w:uiPriority w:val="99"/>
    <w:semiHidden/>
    <w:unhideWhenUsed/>
    <w:rsid w:val="00F75692"/>
    <w:rPr>
      <w:sz w:val="16"/>
      <w:szCs w:val="16"/>
    </w:rPr>
  </w:style>
  <w:style w:type="paragraph" w:styleId="af3">
    <w:name w:val="annotation text"/>
    <w:basedOn w:val="a1"/>
    <w:link w:val="af4"/>
    <w:uiPriority w:val="99"/>
    <w:semiHidden/>
    <w:unhideWhenUsed/>
    <w:rsid w:val="00F75692"/>
    <w:rPr>
      <w:sz w:val="20"/>
      <w:szCs w:val="20"/>
    </w:rPr>
  </w:style>
  <w:style w:type="character" w:customStyle="1" w:styleId="af4">
    <w:name w:val="Текст примечания Знак"/>
    <w:basedOn w:val="a2"/>
    <w:link w:val="af3"/>
    <w:uiPriority w:val="99"/>
    <w:semiHidden/>
    <w:rsid w:val="00F7569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F75692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F7569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footnote text"/>
    <w:basedOn w:val="a1"/>
    <w:link w:val="af8"/>
    <w:uiPriority w:val="99"/>
    <w:semiHidden/>
    <w:unhideWhenUsed/>
    <w:rsid w:val="000401EF"/>
    <w:rPr>
      <w:sz w:val="20"/>
      <w:szCs w:val="20"/>
    </w:rPr>
  </w:style>
  <w:style w:type="character" w:customStyle="1" w:styleId="af8">
    <w:name w:val="Текст сноски Знак"/>
    <w:basedOn w:val="a2"/>
    <w:link w:val="af7"/>
    <w:uiPriority w:val="99"/>
    <w:semiHidden/>
    <w:rsid w:val="000401E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9">
    <w:name w:val="footnote reference"/>
    <w:basedOn w:val="a2"/>
    <w:uiPriority w:val="99"/>
    <w:semiHidden/>
    <w:unhideWhenUsed/>
    <w:rsid w:val="000401EF"/>
    <w:rPr>
      <w:vertAlign w:val="superscript"/>
    </w:rPr>
  </w:style>
  <w:style w:type="paragraph" w:styleId="afa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1"/>
    <w:link w:val="afb"/>
    <w:uiPriority w:val="99"/>
    <w:qFormat/>
    <w:rsid w:val="001F2845"/>
    <w:pPr>
      <w:widowControl w:val="0"/>
      <w:autoSpaceDE w:val="0"/>
      <w:autoSpaceDN w:val="0"/>
      <w:ind w:left="156" w:firstLine="226"/>
      <w:jc w:val="both"/>
    </w:pPr>
    <w:rPr>
      <w:rFonts w:ascii="Cambria" w:eastAsia="Cambria" w:hAnsi="Cambria" w:cs="Cambria"/>
      <w:sz w:val="20"/>
      <w:szCs w:val="20"/>
      <w:lang w:eastAsia="en-US"/>
    </w:rPr>
  </w:style>
  <w:style w:type="character" w:customStyle="1" w:styleId="afb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2"/>
    <w:link w:val="afa"/>
    <w:uiPriority w:val="99"/>
    <w:rsid w:val="001F2845"/>
    <w:rPr>
      <w:rFonts w:ascii="Cambria" w:eastAsia="Cambria" w:hAnsi="Cambria" w:cs="Cambria"/>
      <w:sz w:val="20"/>
      <w:szCs w:val="20"/>
    </w:rPr>
  </w:style>
  <w:style w:type="character" w:customStyle="1" w:styleId="40">
    <w:name w:val="Заголовок 4 Знак"/>
    <w:basedOn w:val="a2"/>
    <w:link w:val="4"/>
    <w:uiPriority w:val="9"/>
    <w:semiHidden/>
    <w:rsid w:val="00BC3D2F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character" w:customStyle="1" w:styleId="32">
    <w:name w:val="Заголовок 3 Знак"/>
    <w:basedOn w:val="a2"/>
    <w:link w:val="31"/>
    <w:rsid w:val="003F7F57"/>
    <w:rPr>
      <w:rFonts w:ascii="Calibri" w:eastAsia="MS Gothic" w:hAnsi="Calibri" w:cs="Times New Roman"/>
      <w:b/>
      <w:b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2"/>
    <w:link w:val="5"/>
    <w:uiPriority w:val="9"/>
    <w:semiHidden/>
    <w:rsid w:val="003F7F57"/>
    <w:rPr>
      <w:rFonts w:ascii="Calibri" w:eastAsia="MS Gothic" w:hAnsi="Calibri" w:cs="Times New Roman"/>
      <w:color w:val="243F60"/>
      <w:sz w:val="20"/>
      <w:szCs w:val="20"/>
      <w:lang w:val="x-none" w:eastAsia="x-none"/>
    </w:rPr>
  </w:style>
  <w:style w:type="character" w:customStyle="1" w:styleId="60">
    <w:name w:val="Заголовок 6 Знак"/>
    <w:basedOn w:val="a2"/>
    <w:link w:val="6"/>
    <w:uiPriority w:val="9"/>
    <w:semiHidden/>
    <w:rsid w:val="003F7F57"/>
    <w:rPr>
      <w:rFonts w:ascii="Calibri" w:eastAsia="MS Gothic" w:hAnsi="Calibri" w:cs="Times New Roman"/>
      <w:i/>
      <w:iCs/>
      <w:color w:val="243F60"/>
      <w:sz w:val="20"/>
      <w:szCs w:val="20"/>
      <w:lang w:val="x-none" w:eastAsia="x-none"/>
    </w:rPr>
  </w:style>
  <w:style w:type="character" w:customStyle="1" w:styleId="70">
    <w:name w:val="Заголовок 7 Знак"/>
    <w:basedOn w:val="a2"/>
    <w:link w:val="7"/>
    <w:uiPriority w:val="9"/>
    <w:semiHidden/>
    <w:rsid w:val="003F7F57"/>
    <w:rPr>
      <w:rFonts w:ascii="Calibri" w:eastAsia="MS Gothic" w:hAnsi="Calibri" w:cs="Times New Roman"/>
      <w:i/>
      <w:iCs/>
      <w:color w:val="404040"/>
      <w:sz w:val="20"/>
      <w:szCs w:val="20"/>
      <w:lang w:val="x-none" w:eastAsia="x-none"/>
    </w:rPr>
  </w:style>
  <w:style w:type="character" w:customStyle="1" w:styleId="80">
    <w:name w:val="Заголовок 8 Знак"/>
    <w:basedOn w:val="a2"/>
    <w:link w:val="8"/>
    <w:uiPriority w:val="9"/>
    <w:semiHidden/>
    <w:rsid w:val="003F7F57"/>
    <w:rPr>
      <w:rFonts w:ascii="Calibri" w:eastAsia="MS Gothic" w:hAnsi="Calibri" w:cs="Times New Roman"/>
      <w:color w:val="4F81BD"/>
      <w:sz w:val="20"/>
      <w:szCs w:val="20"/>
      <w:lang w:val="x-none" w:eastAsia="x-none"/>
    </w:rPr>
  </w:style>
  <w:style w:type="character" w:customStyle="1" w:styleId="90">
    <w:name w:val="Заголовок 9 Знак"/>
    <w:basedOn w:val="a2"/>
    <w:link w:val="9"/>
    <w:uiPriority w:val="9"/>
    <w:semiHidden/>
    <w:rsid w:val="003F7F57"/>
    <w:rPr>
      <w:rFonts w:ascii="Calibri" w:eastAsia="MS Gothic" w:hAnsi="Calibri" w:cs="Times New Roman"/>
      <w:i/>
      <w:iCs/>
      <w:color w:val="404040"/>
      <w:sz w:val="20"/>
      <w:szCs w:val="20"/>
      <w:lang w:val="x-none" w:eastAsia="x-none"/>
    </w:rPr>
  </w:style>
  <w:style w:type="numbering" w:customStyle="1" w:styleId="12">
    <w:name w:val="Нет списка1"/>
    <w:next w:val="a4"/>
    <w:uiPriority w:val="99"/>
    <w:semiHidden/>
    <w:unhideWhenUsed/>
    <w:rsid w:val="003F7F57"/>
  </w:style>
  <w:style w:type="paragraph" w:styleId="afc">
    <w:name w:val="No Spacing"/>
    <w:link w:val="afd"/>
    <w:uiPriority w:val="1"/>
    <w:qFormat/>
    <w:rsid w:val="003F7F57"/>
    <w:pPr>
      <w:spacing w:after="0" w:line="240" w:lineRule="auto"/>
    </w:pPr>
    <w:rPr>
      <w:rFonts w:ascii="Cambria" w:eastAsia="MS Mincho" w:hAnsi="Cambria" w:cs="Times New Roman"/>
      <w:lang w:val="en-US"/>
    </w:rPr>
  </w:style>
  <w:style w:type="paragraph" w:styleId="afe">
    <w:name w:val="Title"/>
    <w:basedOn w:val="a1"/>
    <w:next w:val="a1"/>
    <w:link w:val="41"/>
    <w:qFormat/>
    <w:rsid w:val="003F7F57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41">
    <w:name w:val="Заголовок Знак4"/>
    <w:basedOn w:val="a2"/>
    <w:link w:val="afe"/>
    <w:rsid w:val="003F7F57"/>
    <w:rPr>
      <w:rFonts w:ascii="Calibri" w:eastAsia="MS Gothic" w:hAnsi="Calibri" w:cs="Times New Roman"/>
      <w:color w:val="17365D"/>
      <w:spacing w:val="5"/>
      <w:kern w:val="28"/>
      <w:sz w:val="52"/>
      <w:szCs w:val="52"/>
      <w:lang w:val="x-none" w:eastAsia="x-none"/>
    </w:rPr>
  </w:style>
  <w:style w:type="paragraph" w:styleId="aff">
    <w:name w:val="Subtitle"/>
    <w:basedOn w:val="a1"/>
    <w:next w:val="a1"/>
    <w:link w:val="aff0"/>
    <w:uiPriority w:val="11"/>
    <w:qFormat/>
    <w:rsid w:val="003F7F57"/>
    <w:pPr>
      <w:numPr>
        <w:ilvl w:val="1"/>
      </w:numPr>
      <w:spacing w:after="200" w:line="276" w:lineRule="auto"/>
    </w:pPr>
    <w:rPr>
      <w:rFonts w:ascii="Calibri" w:eastAsia="MS Gothic" w:hAnsi="Calibri"/>
      <w:i/>
      <w:iCs/>
      <w:color w:val="4F81BD"/>
      <w:spacing w:val="15"/>
      <w:lang w:val="x-none" w:eastAsia="x-none"/>
    </w:rPr>
  </w:style>
  <w:style w:type="character" w:customStyle="1" w:styleId="aff0">
    <w:name w:val="Подзаголовок Знак"/>
    <w:basedOn w:val="a2"/>
    <w:link w:val="aff"/>
    <w:uiPriority w:val="11"/>
    <w:rsid w:val="003F7F57"/>
    <w:rPr>
      <w:rFonts w:ascii="Calibri" w:eastAsia="MS Gothic" w:hAnsi="Calibri" w:cs="Times New Roman"/>
      <w:i/>
      <w:iCs/>
      <w:color w:val="4F81BD"/>
      <w:spacing w:val="15"/>
      <w:sz w:val="24"/>
      <w:szCs w:val="24"/>
      <w:lang w:val="x-none" w:eastAsia="x-none"/>
    </w:rPr>
  </w:style>
  <w:style w:type="paragraph" w:styleId="25">
    <w:name w:val="Body Text 2"/>
    <w:basedOn w:val="a1"/>
    <w:link w:val="26"/>
    <w:uiPriority w:val="99"/>
    <w:unhideWhenUsed/>
    <w:rsid w:val="003F7F57"/>
    <w:pPr>
      <w:spacing w:after="120" w:line="480" w:lineRule="auto"/>
    </w:pPr>
    <w:rPr>
      <w:rFonts w:ascii="Cambria" w:eastAsia="MS Mincho" w:hAnsi="Cambria"/>
      <w:sz w:val="22"/>
      <w:szCs w:val="22"/>
      <w:lang w:val="en-US" w:eastAsia="en-US"/>
    </w:rPr>
  </w:style>
  <w:style w:type="character" w:customStyle="1" w:styleId="26">
    <w:name w:val="Основной текст 2 Знак"/>
    <w:basedOn w:val="a2"/>
    <w:link w:val="25"/>
    <w:uiPriority w:val="99"/>
    <w:rsid w:val="003F7F57"/>
    <w:rPr>
      <w:rFonts w:ascii="Cambria" w:eastAsia="MS Mincho" w:hAnsi="Cambria" w:cs="Times New Roman"/>
      <w:lang w:val="en-US"/>
    </w:rPr>
  </w:style>
  <w:style w:type="paragraph" w:styleId="33">
    <w:name w:val="Body Text 3"/>
    <w:basedOn w:val="a1"/>
    <w:link w:val="34"/>
    <w:uiPriority w:val="99"/>
    <w:unhideWhenUsed/>
    <w:rsid w:val="003F7F57"/>
    <w:pPr>
      <w:spacing w:after="120" w:line="276" w:lineRule="auto"/>
    </w:pPr>
    <w:rPr>
      <w:rFonts w:ascii="Cambria" w:eastAsia="MS Mincho" w:hAnsi="Cambria"/>
      <w:sz w:val="16"/>
      <w:szCs w:val="16"/>
      <w:lang w:val="x-none" w:eastAsia="x-none"/>
    </w:rPr>
  </w:style>
  <w:style w:type="character" w:customStyle="1" w:styleId="34">
    <w:name w:val="Основной текст 3 Знак"/>
    <w:basedOn w:val="a2"/>
    <w:link w:val="33"/>
    <w:uiPriority w:val="99"/>
    <w:rsid w:val="003F7F57"/>
    <w:rPr>
      <w:rFonts w:ascii="Cambria" w:eastAsia="MS Mincho" w:hAnsi="Cambria" w:cs="Times New Roman"/>
      <w:sz w:val="16"/>
      <w:szCs w:val="16"/>
      <w:lang w:val="x-none" w:eastAsia="x-none"/>
    </w:rPr>
  </w:style>
  <w:style w:type="paragraph" w:styleId="aff1">
    <w:name w:val="List"/>
    <w:basedOn w:val="a1"/>
    <w:uiPriority w:val="99"/>
    <w:unhideWhenUsed/>
    <w:rsid w:val="003F7F57"/>
    <w:pPr>
      <w:spacing w:after="200" w:line="276" w:lineRule="auto"/>
      <w:ind w:left="360" w:hanging="360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27">
    <w:name w:val="List 2"/>
    <w:basedOn w:val="a1"/>
    <w:uiPriority w:val="99"/>
    <w:unhideWhenUsed/>
    <w:rsid w:val="003F7F57"/>
    <w:pPr>
      <w:spacing w:after="200" w:line="276" w:lineRule="auto"/>
      <w:ind w:left="720" w:hanging="360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35">
    <w:name w:val="List 3"/>
    <w:basedOn w:val="a1"/>
    <w:uiPriority w:val="99"/>
    <w:unhideWhenUsed/>
    <w:rsid w:val="003F7F57"/>
    <w:pPr>
      <w:spacing w:after="200" w:line="276" w:lineRule="auto"/>
      <w:ind w:left="1080" w:hanging="360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a0">
    <w:name w:val="List Bullet"/>
    <w:basedOn w:val="a1"/>
    <w:uiPriority w:val="99"/>
    <w:unhideWhenUsed/>
    <w:rsid w:val="003F7F57"/>
    <w:pPr>
      <w:numPr>
        <w:numId w:val="93"/>
      </w:numPr>
      <w:spacing w:after="200" w:line="276" w:lineRule="auto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20">
    <w:name w:val="List Bullet 2"/>
    <w:basedOn w:val="a1"/>
    <w:uiPriority w:val="99"/>
    <w:unhideWhenUsed/>
    <w:rsid w:val="003F7F57"/>
    <w:pPr>
      <w:numPr>
        <w:numId w:val="94"/>
      </w:numPr>
      <w:spacing w:after="200" w:line="276" w:lineRule="auto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30">
    <w:name w:val="List Bullet 3"/>
    <w:basedOn w:val="a1"/>
    <w:uiPriority w:val="99"/>
    <w:unhideWhenUsed/>
    <w:rsid w:val="003F7F57"/>
    <w:pPr>
      <w:numPr>
        <w:numId w:val="95"/>
      </w:numPr>
      <w:spacing w:after="200" w:line="276" w:lineRule="auto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a">
    <w:name w:val="List Number"/>
    <w:basedOn w:val="a1"/>
    <w:uiPriority w:val="99"/>
    <w:unhideWhenUsed/>
    <w:rsid w:val="003F7F57"/>
    <w:pPr>
      <w:numPr>
        <w:numId w:val="96"/>
      </w:numPr>
      <w:spacing w:after="200" w:line="276" w:lineRule="auto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2">
    <w:name w:val="List Number 2"/>
    <w:basedOn w:val="a1"/>
    <w:uiPriority w:val="99"/>
    <w:unhideWhenUsed/>
    <w:rsid w:val="003F7F57"/>
    <w:pPr>
      <w:numPr>
        <w:numId w:val="97"/>
      </w:numPr>
      <w:spacing w:after="200" w:line="276" w:lineRule="auto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3">
    <w:name w:val="List Number 3"/>
    <w:basedOn w:val="a1"/>
    <w:uiPriority w:val="99"/>
    <w:unhideWhenUsed/>
    <w:rsid w:val="003F7F57"/>
    <w:pPr>
      <w:numPr>
        <w:numId w:val="98"/>
      </w:numPr>
      <w:spacing w:after="200" w:line="276" w:lineRule="auto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aff2">
    <w:name w:val="List Continue"/>
    <w:basedOn w:val="a1"/>
    <w:uiPriority w:val="99"/>
    <w:unhideWhenUsed/>
    <w:rsid w:val="003F7F57"/>
    <w:pPr>
      <w:spacing w:after="120" w:line="276" w:lineRule="auto"/>
      <w:ind w:left="360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28">
    <w:name w:val="List Continue 2"/>
    <w:basedOn w:val="a1"/>
    <w:uiPriority w:val="99"/>
    <w:unhideWhenUsed/>
    <w:rsid w:val="003F7F57"/>
    <w:pPr>
      <w:spacing w:after="120" w:line="276" w:lineRule="auto"/>
      <w:ind w:left="720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36">
    <w:name w:val="List Continue 3"/>
    <w:basedOn w:val="a1"/>
    <w:uiPriority w:val="99"/>
    <w:unhideWhenUsed/>
    <w:rsid w:val="003F7F57"/>
    <w:pPr>
      <w:spacing w:after="120" w:line="276" w:lineRule="auto"/>
      <w:ind w:left="1080"/>
      <w:contextualSpacing/>
    </w:pPr>
    <w:rPr>
      <w:rFonts w:ascii="Cambria" w:eastAsia="MS Mincho" w:hAnsi="Cambria"/>
      <w:sz w:val="22"/>
      <w:szCs w:val="22"/>
      <w:lang w:val="en-US" w:eastAsia="en-US"/>
    </w:rPr>
  </w:style>
  <w:style w:type="paragraph" w:styleId="aff3">
    <w:name w:val="macro"/>
    <w:link w:val="aff4"/>
    <w:uiPriority w:val="99"/>
    <w:unhideWhenUsed/>
    <w:rsid w:val="003F7F57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MS Mincho" w:hAnsi="Courier" w:cs="Times New Roman"/>
      <w:sz w:val="20"/>
      <w:szCs w:val="20"/>
      <w:lang w:eastAsia="ru-RU"/>
    </w:rPr>
  </w:style>
  <w:style w:type="character" w:customStyle="1" w:styleId="aff4">
    <w:name w:val="Текст макроса Знак"/>
    <w:basedOn w:val="a2"/>
    <w:link w:val="aff3"/>
    <w:uiPriority w:val="99"/>
    <w:rsid w:val="003F7F57"/>
    <w:rPr>
      <w:rFonts w:ascii="Courier" w:eastAsia="MS Mincho" w:hAnsi="Courier" w:cs="Times New Roman"/>
      <w:sz w:val="20"/>
      <w:szCs w:val="20"/>
      <w:lang w:eastAsia="ru-RU"/>
    </w:rPr>
  </w:style>
  <w:style w:type="paragraph" w:styleId="29">
    <w:name w:val="Quote"/>
    <w:basedOn w:val="a1"/>
    <w:next w:val="a1"/>
    <w:link w:val="2a"/>
    <w:uiPriority w:val="29"/>
    <w:qFormat/>
    <w:rsid w:val="003F7F57"/>
    <w:pPr>
      <w:spacing w:after="200" w:line="276" w:lineRule="auto"/>
    </w:pPr>
    <w:rPr>
      <w:rFonts w:ascii="Cambria" w:eastAsia="MS Mincho" w:hAnsi="Cambria"/>
      <w:i/>
      <w:iCs/>
      <w:color w:val="000000"/>
      <w:sz w:val="20"/>
      <w:szCs w:val="20"/>
      <w:lang w:val="x-none" w:eastAsia="x-none"/>
    </w:rPr>
  </w:style>
  <w:style w:type="character" w:customStyle="1" w:styleId="2a">
    <w:name w:val="Цитата 2 Знак"/>
    <w:basedOn w:val="a2"/>
    <w:link w:val="29"/>
    <w:uiPriority w:val="29"/>
    <w:rsid w:val="003F7F57"/>
    <w:rPr>
      <w:rFonts w:ascii="Cambria" w:eastAsia="MS Mincho" w:hAnsi="Cambria" w:cs="Times New Roman"/>
      <w:i/>
      <w:iCs/>
      <w:color w:val="000000"/>
      <w:sz w:val="20"/>
      <w:szCs w:val="20"/>
      <w:lang w:val="x-none" w:eastAsia="x-none"/>
    </w:rPr>
  </w:style>
  <w:style w:type="paragraph" w:styleId="aff5">
    <w:name w:val="caption"/>
    <w:basedOn w:val="a1"/>
    <w:next w:val="a1"/>
    <w:uiPriority w:val="35"/>
    <w:semiHidden/>
    <w:unhideWhenUsed/>
    <w:qFormat/>
    <w:rsid w:val="003F7F57"/>
    <w:pPr>
      <w:spacing w:after="200"/>
    </w:pPr>
    <w:rPr>
      <w:rFonts w:ascii="Cambria" w:eastAsia="MS Mincho" w:hAnsi="Cambria"/>
      <w:b/>
      <w:bCs/>
      <w:color w:val="4F81BD"/>
      <w:sz w:val="18"/>
      <w:szCs w:val="18"/>
      <w:lang w:val="en-US" w:eastAsia="en-US"/>
    </w:rPr>
  </w:style>
  <w:style w:type="character" w:styleId="aff6">
    <w:name w:val="Strong"/>
    <w:uiPriority w:val="22"/>
    <w:qFormat/>
    <w:rsid w:val="003F7F57"/>
    <w:rPr>
      <w:b/>
      <w:bCs/>
    </w:rPr>
  </w:style>
  <w:style w:type="character" w:styleId="aff7">
    <w:name w:val="Emphasis"/>
    <w:uiPriority w:val="20"/>
    <w:qFormat/>
    <w:rsid w:val="003F7F57"/>
    <w:rPr>
      <w:i/>
      <w:iCs/>
    </w:rPr>
  </w:style>
  <w:style w:type="paragraph" w:styleId="aff8">
    <w:name w:val="Intense Quote"/>
    <w:basedOn w:val="a1"/>
    <w:next w:val="a1"/>
    <w:link w:val="aff9"/>
    <w:uiPriority w:val="30"/>
    <w:qFormat/>
    <w:rsid w:val="003F7F57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mbria" w:eastAsia="MS Mincho" w:hAnsi="Cambria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aff9">
    <w:name w:val="Выделенная цитата Знак"/>
    <w:basedOn w:val="a2"/>
    <w:link w:val="aff8"/>
    <w:uiPriority w:val="30"/>
    <w:rsid w:val="003F7F57"/>
    <w:rPr>
      <w:rFonts w:ascii="Cambria" w:eastAsia="MS Mincho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styleId="affa">
    <w:name w:val="Subtle Emphasis"/>
    <w:uiPriority w:val="19"/>
    <w:qFormat/>
    <w:rsid w:val="003F7F57"/>
    <w:rPr>
      <w:i/>
      <w:iCs/>
      <w:color w:val="808080"/>
    </w:rPr>
  </w:style>
  <w:style w:type="character" w:styleId="affb">
    <w:name w:val="Intense Emphasis"/>
    <w:uiPriority w:val="21"/>
    <w:qFormat/>
    <w:rsid w:val="003F7F57"/>
    <w:rPr>
      <w:b/>
      <w:bCs/>
      <w:i/>
      <w:iCs/>
      <w:color w:val="4F81BD"/>
    </w:rPr>
  </w:style>
  <w:style w:type="character" w:styleId="affc">
    <w:name w:val="Subtle Reference"/>
    <w:uiPriority w:val="31"/>
    <w:qFormat/>
    <w:rsid w:val="003F7F57"/>
    <w:rPr>
      <w:smallCaps/>
      <w:color w:val="C0504D"/>
      <w:u w:val="single"/>
    </w:rPr>
  </w:style>
  <w:style w:type="character" w:styleId="affd">
    <w:name w:val="Intense Reference"/>
    <w:uiPriority w:val="32"/>
    <w:qFormat/>
    <w:rsid w:val="003F7F57"/>
    <w:rPr>
      <w:b/>
      <w:bCs/>
      <w:smallCaps/>
      <w:color w:val="C0504D"/>
      <w:spacing w:val="5"/>
      <w:u w:val="single"/>
    </w:rPr>
  </w:style>
  <w:style w:type="character" w:styleId="affe">
    <w:name w:val="Book Title"/>
    <w:uiPriority w:val="33"/>
    <w:qFormat/>
    <w:rsid w:val="003F7F57"/>
    <w:rPr>
      <w:b/>
      <w:bCs/>
      <w:smallCaps/>
      <w:spacing w:val="5"/>
    </w:rPr>
  </w:style>
  <w:style w:type="table" w:customStyle="1" w:styleId="13">
    <w:name w:val="Сетка таблицы1"/>
    <w:basedOn w:val="a3"/>
    <w:next w:val="a6"/>
    <w:uiPriority w:val="5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ветлая заливка1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2">
    <w:name w:val="Light Shading Accent 2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943634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76923C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5F497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Shading Accent 5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31849B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">
    <w:name w:val="Light Shading Accent 6"/>
    <w:basedOn w:val="a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E36C0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15">
    <w:name w:val="Светлый список1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-110">
    <w:name w:val="Светлый список - Акцент 11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-20">
    <w:name w:val="Light List Accent 2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-30">
    <w:name w:val="Light List Accent 3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40">
    <w:name w:val="Light List Accent 4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-50">
    <w:name w:val="Light List Accent 5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60">
    <w:name w:val="Light List Accent 6"/>
    <w:basedOn w:val="a3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16">
    <w:name w:val="Светлая сетка1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-111">
    <w:name w:val="Светлая сетка - Акцент 11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1">
    <w:name w:val="Light Grid Accent 2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-31">
    <w:name w:val="Light Grid Accent 3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-41">
    <w:name w:val="Light Grid Accent 4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51">
    <w:name w:val="Light Grid Accent 5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-61">
    <w:name w:val="Light Grid Accent 6"/>
    <w:basedOn w:val="a3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10">
    <w:name w:val="Средняя заливка 11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Средняя заливка 1 - Акцент 11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0">
    <w:name w:val="Средняя заливка 21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">
    <w:name w:val="Средняя заливка 2 - Акцент 11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Средний список 11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1-110">
    <w:name w:val="Средний список 1 - Акцент 11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-20">
    <w:name w:val="Medium List 1 Accent 2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3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11">
    <w:name w:val="Средний список 21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Средняя сетка 11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-1">
    <w:name w:val="Medium Grid 1 Accent 1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3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2">
    <w:name w:val="Средняя сетка 21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-10">
    <w:name w:val="Medium Grid 2 Accent 1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3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10">
    <w:name w:val="Средняя сетка 31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3-1">
    <w:name w:val="Medium Grid 3 Accent 1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3-2">
    <w:name w:val="Medium Grid 3 Accent 2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3-3">
    <w:name w:val="Medium Grid 3 Accent 3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3-4">
    <w:name w:val="Medium Grid 3 Accent 4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3-5">
    <w:name w:val="Medium Grid 3 Accent 5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3-6">
    <w:name w:val="Medium Grid 3 Accent 6"/>
    <w:basedOn w:val="a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17">
    <w:name w:val="Темный список1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-1">
    <w:name w:val="Dark List Accent 1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-22">
    <w:name w:val="Dark List Accent 2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-32">
    <w:name w:val="Dark List Accent 3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-42">
    <w:name w:val="Dark List Accent 4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-52">
    <w:name w:val="Dark List Accent 5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62">
    <w:name w:val="Dark List Accent 6"/>
    <w:basedOn w:val="a3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18">
    <w:name w:val="Цветная заливка1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0">
    <w:name w:val="Colorful Shading Accent 1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9">
    <w:name w:val="Цветной список1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-12">
    <w:name w:val="Colorful List Accent 1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3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1a">
    <w:name w:val="Цветная сетка1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13">
    <w:name w:val="Colorful Grid Accent 1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113">
    <w:name w:val="Сетка таблицы11"/>
    <w:basedOn w:val="a3"/>
    <w:next w:val="a6"/>
    <w:uiPriority w:val="39"/>
    <w:rsid w:val="003F7F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">
    <w:name w:val="Нет списка11"/>
    <w:next w:val="a4"/>
    <w:uiPriority w:val="99"/>
    <w:semiHidden/>
    <w:unhideWhenUsed/>
    <w:rsid w:val="003F7F57"/>
  </w:style>
  <w:style w:type="paragraph" w:customStyle="1" w:styleId="msonormal0">
    <w:name w:val="msonormal"/>
    <w:basedOn w:val="a1"/>
    <w:rsid w:val="003F7F57"/>
    <w:pPr>
      <w:spacing w:before="100" w:beforeAutospacing="1" w:after="100" w:afterAutospacing="1"/>
    </w:pPr>
  </w:style>
  <w:style w:type="character" w:customStyle="1" w:styleId="afff">
    <w:name w:val="Заголовок Знак"/>
    <w:uiPriority w:val="10"/>
    <w:rsid w:val="003F7F57"/>
    <w:rPr>
      <w:rFonts w:ascii="Calibri" w:eastAsia="MS Gothic" w:hAnsi="Calibri"/>
      <w:color w:val="17365D"/>
      <w:spacing w:val="5"/>
      <w:kern w:val="28"/>
      <w:sz w:val="52"/>
      <w:szCs w:val="52"/>
      <w:lang w:eastAsia="en-US"/>
    </w:rPr>
  </w:style>
  <w:style w:type="character" w:customStyle="1" w:styleId="1b">
    <w:name w:val="Заголовок Знак1"/>
    <w:uiPriority w:val="10"/>
    <w:locked/>
    <w:rsid w:val="003F7F57"/>
    <w:rPr>
      <w:rFonts w:ascii="Calibri" w:eastAsia="MS Gothic" w:hAnsi="Calibri" w:cs="Times New Roman" w:hint="default"/>
      <w:color w:val="17365D"/>
      <w:spacing w:val="5"/>
      <w:kern w:val="28"/>
      <w:sz w:val="52"/>
      <w:szCs w:val="52"/>
    </w:rPr>
  </w:style>
  <w:style w:type="table" w:customStyle="1" w:styleId="2b">
    <w:name w:val="Сетка таблицы2"/>
    <w:basedOn w:val="a3"/>
    <w:next w:val="a6"/>
    <w:uiPriority w:val="5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c">
    <w:name w:val="Светлая заливка1"/>
    <w:basedOn w:val="a3"/>
    <w:next w:val="14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d">
    <w:name w:val="Светлый список1"/>
    <w:basedOn w:val="a3"/>
    <w:next w:val="15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e">
    <w:name w:val="Светлая сетка1"/>
    <w:basedOn w:val="a3"/>
    <w:next w:val="16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115">
    <w:name w:val="Средняя заливка 11"/>
    <w:basedOn w:val="a3"/>
    <w:next w:val="110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3">
    <w:name w:val="Средняя заливка 21"/>
    <w:basedOn w:val="a3"/>
    <w:next w:val="210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6">
    <w:name w:val="Средний список 11"/>
    <w:basedOn w:val="a3"/>
    <w:next w:val="111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214">
    <w:name w:val="Средний список 21"/>
    <w:basedOn w:val="a3"/>
    <w:next w:val="211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7">
    <w:name w:val="Средняя сетка 11"/>
    <w:basedOn w:val="a3"/>
    <w:next w:val="112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215">
    <w:name w:val="Средняя сетка 21"/>
    <w:basedOn w:val="a3"/>
    <w:next w:val="212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311">
    <w:name w:val="Средняя сетка 31"/>
    <w:basedOn w:val="a3"/>
    <w:next w:val="310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1f">
    <w:name w:val="Темный список1"/>
    <w:basedOn w:val="a3"/>
    <w:next w:val="17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1f0">
    <w:name w:val="Цветная заливка1"/>
    <w:basedOn w:val="a3"/>
    <w:next w:val="18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f1">
    <w:name w:val="Цветной список1"/>
    <w:basedOn w:val="a3"/>
    <w:next w:val="19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1f2">
    <w:name w:val="Цветная сетка1"/>
    <w:basedOn w:val="a3"/>
    <w:next w:val="1a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12">
    <w:name w:val="Светлая заливка - Акцент 11"/>
    <w:basedOn w:val="a3"/>
    <w:next w:val="-11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365F91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113">
    <w:name w:val="Светлый список - Акцент 11"/>
    <w:basedOn w:val="a3"/>
    <w:next w:val="-11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114">
    <w:name w:val="Светлая сетка - Акцент 11"/>
    <w:basedOn w:val="a3"/>
    <w:next w:val="-11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1-111">
    <w:name w:val="Средняя заливка 1 - Акцент 11"/>
    <w:basedOn w:val="a3"/>
    <w:next w:val="1-11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110">
    <w:name w:val="Средняя заливка 2 - Акцент 11"/>
    <w:basedOn w:val="a3"/>
    <w:next w:val="2-11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112">
    <w:name w:val="Средний список 1 - Акцент 11"/>
    <w:basedOn w:val="a3"/>
    <w:next w:val="1-11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2-111">
    <w:name w:val="Средний список 2 - Акцент 11"/>
    <w:basedOn w:val="a3"/>
    <w:next w:val="2-1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113">
    <w:name w:val="Средняя сетка 1 - Акцент 11"/>
    <w:basedOn w:val="a3"/>
    <w:next w:val="1-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2-112">
    <w:name w:val="Средняя сетка 2 - Акцент 11"/>
    <w:basedOn w:val="a3"/>
    <w:next w:val="2-10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3-11">
    <w:name w:val="Средняя сетка 3 - Акцент 11"/>
    <w:basedOn w:val="a3"/>
    <w:next w:val="3-1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-115">
    <w:name w:val="Темный список - Акцент 11"/>
    <w:basedOn w:val="a3"/>
    <w:next w:val="-1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customStyle="1" w:styleId="-116">
    <w:name w:val="Цветная заливка - Акцент 11"/>
    <w:basedOn w:val="a3"/>
    <w:next w:val="-10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7">
    <w:name w:val="Цветной список - Акцент 11"/>
    <w:basedOn w:val="a3"/>
    <w:next w:val="-12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118">
    <w:name w:val="Цветная сетка - Акцент 11"/>
    <w:basedOn w:val="a3"/>
    <w:next w:val="-13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10">
    <w:name w:val="Светлая заливка - Акцент 21"/>
    <w:basedOn w:val="a3"/>
    <w:next w:val="-2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943634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211">
    <w:name w:val="Светлый список - Акцент 21"/>
    <w:basedOn w:val="a3"/>
    <w:next w:val="-2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212">
    <w:name w:val="Светлая сетка - Акцент 21"/>
    <w:basedOn w:val="a3"/>
    <w:next w:val="-2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-210">
    <w:name w:val="Средняя заливка 1 - Акцент 21"/>
    <w:basedOn w:val="a3"/>
    <w:next w:val="1-2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210">
    <w:name w:val="Средняя заливка 2 - Акцент 21"/>
    <w:basedOn w:val="a3"/>
    <w:next w:val="2-2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1">
    <w:name w:val="Средний список 1 - Акцент 21"/>
    <w:basedOn w:val="a3"/>
    <w:next w:val="1-2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2-211">
    <w:name w:val="Средний список 2 - Акцент 21"/>
    <w:basedOn w:val="a3"/>
    <w:next w:val="2-2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212">
    <w:name w:val="Средняя сетка 1 - Акцент 21"/>
    <w:basedOn w:val="a3"/>
    <w:next w:val="1-2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2-212">
    <w:name w:val="Средняя сетка 2 - Акцент 21"/>
    <w:basedOn w:val="a3"/>
    <w:next w:val="2-2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3-21">
    <w:name w:val="Средняя сетка 3 - Акцент 21"/>
    <w:basedOn w:val="a3"/>
    <w:next w:val="3-2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-213">
    <w:name w:val="Темный список - Акцент 21"/>
    <w:basedOn w:val="a3"/>
    <w:next w:val="-2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customStyle="1" w:styleId="-214">
    <w:name w:val="Цветная заливка - Акцент 21"/>
    <w:basedOn w:val="a3"/>
    <w:next w:val="-2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5">
    <w:name w:val="Цветной список - Акцент 21"/>
    <w:basedOn w:val="a3"/>
    <w:next w:val="-2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216">
    <w:name w:val="Цветная сетка - Акцент 21"/>
    <w:basedOn w:val="a3"/>
    <w:next w:val="-2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10">
    <w:name w:val="Светлая заливка - Акцент 31"/>
    <w:basedOn w:val="a3"/>
    <w:next w:val="-3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76923C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311">
    <w:name w:val="Светлый список - Акцент 31"/>
    <w:basedOn w:val="a3"/>
    <w:next w:val="-3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12">
    <w:name w:val="Светлая сетка - Акцент 31"/>
    <w:basedOn w:val="a3"/>
    <w:next w:val="-3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1-310">
    <w:name w:val="Средняя заливка 1 - Акцент 31"/>
    <w:basedOn w:val="a3"/>
    <w:next w:val="1-3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310">
    <w:name w:val="Средняя заливка 2 - Акцент 31"/>
    <w:basedOn w:val="a3"/>
    <w:next w:val="2-3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311">
    <w:name w:val="Средний список 1 - Акцент 31"/>
    <w:basedOn w:val="a3"/>
    <w:next w:val="1-3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2-311">
    <w:name w:val="Средний список 2 - Акцент 31"/>
    <w:basedOn w:val="a3"/>
    <w:next w:val="2-3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312">
    <w:name w:val="Средняя сетка 1 - Акцент 31"/>
    <w:basedOn w:val="a3"/>
    <w:next w:val="1-3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2-312">
    <w:name w:val="Средняя сетка 2 - Акцент 31"/>
    <w:basedOn w:val="a3"/>
    <w:next w:val="2-3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3-31">
    <w:name w:val="Средняя сетка 3 - Акцент 31"/>
    <w:basedOn w:val="a3"/>
    <w:next w:val="3-3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-313">
    <w:name w:val="Темный список - Акцент 31"/>
    <w:basedOn w:val="a3"/>
    <w:next w:val="-3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314">
    <w:name w:val="Цветная заливка - Акцент 31"/>
    <w:basedOn w:val="a3"/>
    <w:next w:val="-3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5">
    <w:name w:val="Цветной список - Акцент 31"/>
    <w:basedOn w:val="a3"/>
    <w:next w:val="-3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316">
    <w:name w:val="Цветная сетка - Акцент 31"/>
    <w:basedOn w:val="a3"/>
    <w:next w:val="-3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10">
    <w:name w:val="Светлая заливка - Акцент 41"/>
    <w:basedOn w:val="a3"/>
    <w:next w:val="-4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5F497A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411">
    <w:name w:val="Светлый список - Акцент 41"/>
    <w:basedOn w:val="a3"/>
    <w:next w:val="-4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412">
    <w:name w:val="Светлая сетка - Акцент 41"/>
    <w:basedOn w:val="a3"/>
    <w:next w:val="-4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1-410">
    <w:name w:val="Средняя заливка 1 - Акцент 41"/>
    <w:basedOn w:val="a3"/>
    <w:next w:val="1-4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410">
    <w:name w:val="Средняя заливка 2 - Акцент 41"/>
    <w:basedOn w:val="a3"/>
    <w:next w:val="2-4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411">
    <w:name w:val="Средний список 1 - Акцент 41"/>
    <w:basedOn w:val="a3"/>
    <w:next w:val="1-4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2-411">
    <w:name w:val="Средний список 2 - Акцент 41"/>
    <w:basedOn w:val="a3"/>
    <w:next w:val="2-4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412">
    <w:name w:val="Средняя сетка 1 - Акцент 41"/>
    <w:basedOn w:val="a3"/>
    <w:next w:val="1-4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2-412">
    <w:name w:val="Средняя сетка 2 - Акцент 41"/>
    <w:basedOn w:val="a3"/>
    <w:next w:val="2-4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3-41">
    <w:name w:val="Средняя сетка 3 - Акцент 41"/>
    <w:basedOn w:val="a3"/>
    <w:next w:val="3-4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-413">
    <w:name w:val="Темный список - Акцент 41"/>
    <w:basedOn w:val="a3"/>
    <w:next w:val="-4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414">
    <w:name w:val="Цветная заливка - Акцент 41"/>
    <w:basedOn w:val="a3"/>
    <w:next w:val="-4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415">
    <w:name w:val="Цветной список - Акцент 41"/>
    <w:basedOn w:val="a3"/>
    <w:next w:val="-4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416">
    <w:name w:val="Цветная сетка - Акцент 41"/>
    <w:basedOn w:val="a3"/>
    <w:next w:val="-4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10">
    <w:name w:val="Светлая заливка - Акцент 51"/>
    <w:basedOn w:val="a3"/>
    <w:next w:val="-5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31849B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-511">
    <w:name w:val="Светлый список - Акцент 51"/>
    <w:basedOn w:val="a3"/>
    <w:next w:val="-5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512">
    <w:name w:val="Светлая сетка - Акцент 51"/>
    <w:basedOn w:val="a3"/>
    <w:next w:val="-5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1-510">
    <w:name w:val="Средняя заливка 1 - Акцент 51"/>
    <w:basedOn w:val="a3"/>
    <w:next w:val="1-5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0">
    <w:name w:val="Средняя заливка 2 - Акцент 51"/>
    <w:basedOn w:val="a3"/>
    <w:next w:val="2-5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1">
    <w:name w:val="Средний список 1 - Акцент 51"/>
    <w:basedOn w:val="a3"/>
    <w:next w:val="1-5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2-511">
    <w:name w:val="Средний список 2 - Акцент 51"/>
    <w:basedOn w:val="a3"/>
    <w:next w:val="2-5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512">
    <w:name w:val="Средняя сетка 1 - Акцент 51"/>
    <w:basedOn w:val="a3"/>
    <w:next w:val="1-5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2-512">
    <w:name w:val="Средняя сетка 2 - Акцент 51"/>
    <w:basedOn w:val="a3"/>
    <w:next w:val="2-5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3-51">
    <w:name w:val="Средняя сетка 3 - Акцент 51"/>
    <w:basedOn w:val="a3"/>
    <w:next w:val="3-5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-513">
    <w:name w:val="Темный список - Акцент 51"/>
    <w:basedOn w:val="a3"/>
    <w:next w:val="-5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-514">
    <w:name w:val="Цветная заливка - Акцент 51"/>
    <w:basedOn w:val="a3"/>
    <w:next w:val="-5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5">
    <w:name w:val="Цветной список - Акцент 51"/>
    <w:basedOn w:val="a3"/>
    <w:next w:val="-5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516">
    <w:name w:val="Цветная сетка - Акцент 51"/>
    <w:basedOn w:val="a3"/>
    <w:next w:val="-5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10">
    <w:name w:val="Светлая заливка - Акцент 61"/>
    <w:basedOn w:val="a3"/>
    <w:next w:val="-6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E36C0A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1">
    <w:name w:val="Светлый список - Акцент 61"/>
    <w:basedOn w:val="a3"/>
    <w:next w:val="-6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-612">
    <w:name w:val="Светлая сетка - Акцент 61"/>
    <w:basedOn w:val="a3"/>
    <w:next w:val="-6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-610">
    <w:name w:val="Средняя заливка 1 - Акцент 61"/>
    <w:basedOn w:val="a3"/>
    <w:next w:val="1-6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610">
    <w:name w:val="Средняя заливка 2 - Акцент 61"/>
    <w:basedOn w:val="a3"/>
    <w:next w:val="2-6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611">
    <w:name w:val="Средний список 1 - Акцент 61"/>
    <w:basedOn w:val="a3"/>
    <w:next w:val="1-6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-611">
    <w:name w:val="Средний список 2 - Акцент 61"/>
    <w:basedOn w:val="a3"/>
    <w:next w:val="2-6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612">
    <w:name w:val="Средняя сетка 1 - Акцент 61"/>
    <w:basedOn w:val="a3"/>
    <w:next w:val="1-6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-612">
    <w:name w:val="Средняя сетка 2 - Акцент 61"/>
    <w:basedOn w:val="a3"/>
    <w:next w:val="2-6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-61">
    <w:name w:val="Средняя сетка 3 - Акцент 61"/>
    <w:basedOn w:val="a3"/>
    <w:next w:val="3-6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-613">
    <w:name w:val="Темный список - Акцент 61"/>
    <w:basedOn w:val="a3"/>
    <w:next w:val="-6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-614">
    <w:name w:val="Цветная заливка - Акцент 61"/>
    <w:basedOn w:val="a3"/>
    <w:next w:val="-6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5">
    <w:name w:val="Цветной список - Акцент 61"/>
    <w:basedOn w:val="a3"/>
    <w:next w:val="-6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-616">
    <w:name w:val="Цветная сетка - Акцент 61"/>
    <w:basedOn w:val="a3"/>
    <w:next w:val="-6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customStyle="1" w:styleId="118">
    <w:name w:val="Заголовок 11"/>
    <w:basedOn w:val="a1"/>
    <w:uiPriority w:val="1"/>
    <w:qFormat/>
    <w:rsid w:val="003F7F57"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paragraph" w:customStyle="1" w:styleId="TableParagraph">
    <w:name w:val="Table Paragraph"/>
    <w:basedOn w:val="a1"/>
    <w:uiPriority w:val="1"/>
    <w:qFormat/>
    <w:rsid w:val="003F7F57"/>
    <w:pPr>
      <w:widowControl w:val="0"/>
      <w:autoSpaceDE w:val="0"/>
      <w:autoSpaceDN w:val="0"/>
      <w:spacing w:before="86"/>
      <w:ind w:left="76"/>
    </w:pPr>
    <w:rPr>
      <w:sz w:val="22"/>
      <w:szCs w:val="22"/>
      <w:lang w:eastAsia="en-US"/>
    </w:rPr>
  </w:style>
  <w:style w:type="paragraph" w:customStyle="1" w:styleId="119">
    <w:name w:val="Заголовок 11"/>
    <w:basedOn w:val="a1"/>
    <w:uiPriority w:val="1"/>
    <w:qFormat/>
    <w:rsid w:val="003F7F57"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numbering" w:customStyle="1" w:styleId="2c">
    <w:name w:val="Нет списка2"/>
    <w:next w:val="a4"/>
    <w:uiPriority w:val="99"/>
    <w:semiHidden/>
    <w:unhideWhenUsed/>
    <w:rsid w:val="003F7F57"/>
  </w:style>
  <w:style w:type="table" w:customStyle="1" w:styleId="TableNormal1">
    <w:name w:val="Table Normal1"/>
    <w:uiPriority w:val="2"/>
    <w:semiHidden/>
    <w:unhideWhenUsed/>
    <w:qFormat/>
    <w:rsid w:val="003F7F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6">
    <w:name w:val="Заголовок 21"/>
    <w:basedOn w:val="a1"/>
    <w:uiPriority w:val="1"/>
    <w:qFormat/>
    <w:rsid w:val="003F7F57"/>
    <w:pPr>
      <w:widowControl w:val="0"/>
      <w:autoSpaceDE w:val="0"/>
      <w:autoSpaceDN w:val="0"/>
      <w:spacing w:before="106"/>
      <w:ind w:left="286"/>
      <w:outlineLvl w:val="2"/>
    </w:pPr>
    <w:rPr>
      <w:b/>
      <w:bCs/>
      <w:lang w:eastAsia="en-US"/>
    </w:rPr>
  </w:style>
  <w:style w:type="paragraph" w:customStyle="1" w:styleId="312">
    <w:name w:val="Заголовок 31"/>
    <w:basedOn w:val="a1"/>
    <w:uiPriority w:val="1"/>
    <w:qFormat/>
    <w:rsid w:val="003F7F57"/>
    <w:pPr>
      <w:widowControl w:val="0"/>
      <w:autoSpaceDE w:val="0"/>
      <w:autoSpaceDN w:val="0"/>
      <w:spacing w:before="106"/>
      <w:ind w:left="286"/>
      <w:outlineLvl w:val="3"/>
    </w:pPr>
    <w:rPr>
      <w:b/>
      <w:bCs/>
      <w:i/>
      <w:iCs/>
      <w:lang w:eastAsia="en-US"/>
    </w:rPr>
  </w:style>
  <w:style w:type="table" w:customStyle="1" w:styleId="37">
    <w:name w:val="Сетка таблицы3"/>
    <w:basedOn w:val="a3"/>
    <w:next w:val="a6"/>
    <w:uiPriority w:val="59"/>
    <w:rsid w:val="003F7F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4"/>
    <w:uiPriority w:val="99"/>
    <w:semiHidden/>
    <w:unhideWhenUsed/>
    <w:rsid w:val="003F7F57"/>
  </w:style>
  <w:style w:type="character" w:customStyle="1" w:styleId="38">
    <w:name w:val="Заголовок Знак3"/>
    <w:uiPriority w:val="10"/>
    <w:rsid w:val="003F7F57"/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table" w:customStyle="1" w:styleId="1111">
    <w:name w:val="Сетка таблицы111"/>
    <w:basedOn w:val="a3"/>
    <w:next w:val="a6"/>
    <w:uiPriority w:val="5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d">
    <w:name w:val="Светлая заливка2"/>
    <w:basedOn w:val="a3"/>
    <w:next w:val="14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20">
    <w:name w:val="Светлая заливка - Акцент 12"/>
    <w:basedOn w:val="a3"/>
    <w:next w:val="-11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365F91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220">
    <w:name w:val="Светлая заливка - Акцент 22"/>
    <w:basedOn w:val="a3"/>
    <w:next w:val="-2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943634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20">
    <w:name w:val="Светлая заливка - Акцент 32"/>
    <w:basedOn w:val="a3"/>
    <w:next w:val="-3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76923C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20">
    <w:name w:val="Светлая заливка - Акцент 42"/>
    <w:basedOn w:val="a3"/>
    <w:next w:val="-4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5F497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20">
    <w:name w:val="Светлая заливка - Акцент 52"/>
    <w:basedOn w:val="a3"/>
    <w:next w:val="-5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31849B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-620">
    <w:name w:val="Светлая заливка - Акцент 62"/>
    <w:basedOn w:val="a3"/>
    <w:next w:val="-6"/>
    <w:uiPriority w:val="60"/>
    <w:rsid w:val="003F7F57"/>
    <w:pPr>
      <w:spacing w:after="0" w:line="240" w:lineRule="auto"/>
    </w:pPr>
    <w:rPr>
      <w:rFonts w:ascii="Cambria" w:eastAsia="MS Mincho" w:hAnsi="Cambria" w:cs="Times New Roman"/>
      <w:color w:val="E36C0A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2e">
    <w:name w:val="Светлый список2"/>
    <w:basedOn w:val="a3"/>
    <w:next w:val="15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-121">
    <w:name w:val="Светлый список - Акцент 12"/>
    <w:basedOn w:val="a3"/>
    <w:next w:val="-110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221">
    <w:name w:val="Светлый список - Акцент 22"/>
    <w:basedOn w:val="a3"/>
    <w:next w:val="-20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321">
    <w:name w:val="Светлый список - Акцент 32"/>
    <w:basedOn w:val="a3"/>
    <w:next w:val="-30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421">
    <w:name w:val="Светлый список - Акцент 42"/>
    <w:basedOn w:val="a3"/>
    <w:next w:val="-40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521">
    <w:name w:val="Светлый список - Акцент 52"/>
    <w:basedOn w:val="a3"/>
    <w:next w:val="-50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621">
    <w:name w:val="Светлый список - Акцент 62"/>
    <w:basedOn w:val="a3"/>
    <w:next w:val="-60"/>
    <w:uiPriority w:val="61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2f">
    <w:name w:val="Светлая сетка2"/>
    <w:basedOn w:val="a3"/>
    <w:next w:val="16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-122">
    <w:name w:val="Светлая сетка - Акцент 12"/>
    <w:basedOn w:val="a3"/>
    <w:next w:val="-111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-222">
    <w:name w:val="Светлая сетка - Акцент 22"/>
    <w:basedOn w:val="a3"/>
    <w:next w:val="-21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-322">
    <w:name w:val="Светлая сетка - Акцент 32"/>
    <w:basedOn w:val="a3"/>
    <w:next w:val="-31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-422">
    <w:name w:val="Светлая сетка - Акцент 42"/>
    <w:basedOn w:val="a3"/>
    <w:next w:val="-41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-522">
    <w:name w:val="Светлая сетка - Акцент 52"/>
    <w:basedOn w:val="a3"/>
    <w:next w:val="-51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622">
    <w:name w:val="Светлая сетка - Акцент 62"/>
    <w:basedOn w:val="a3"/>
    <w:next w:val="-61"/>
    <w:uiPriority w:val="62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20">
    <w:name w:val="Средняя заливка 12"/>
    <w:basedOn w:val="a3"/>
    <w:next w:val="110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2">
    <w:name w:val="Средняя заливка 1 - Акцент 12"/>
    <w:basedOn w:val="a3"/>
    <w:next w:val="1-11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22">
    <w:name w:val="Средняя заливка 1 - Акцент 22"/>
    <w:basedOn w:val="a3"/>
    <w:next w:val="1-2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32">
    <w:name w:val="Средняя заливка 1 - Акцент 32"/>
    <w:basedOn w:val="a3"/>
    <w:next w:val="1-3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42">
    <w:name w:val="Средняя заливка 1 - Акцент 42"/>
    <w:basedOn w:val="a3"/>
    <w:next w:val="1-4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52">
    <w:name w:val="Средняя заливка 1 - Акцент 52"/>
    <w:basedOn w:val="a3"/>
    <w:next w:val="1-5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62">
    <w:name w:val="Средняя заливка 1 - Акцент 62"/>
    <w:basedOn w:val="a3"/>
    <w:next w:val="1-6"/>
    <w:uiPriority w:val="63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20">
    <w:name w:val="Средняя заливка 22"/>
    <w:basedOn w:val="a3"/>
    <w:next w:val="210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2">
    <w:name w:val="Средняя заливка 2 - Акцент 12"/>
    <w:basedOn w:val="a3"/>
    <w:next w:val="2-11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22">
    <w:name w:val="Средняя заливка 2 - Акцент 22"/>
    <w:basedOn w:val="a3"/>
    <w:next w:val="2-2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32">
    <w:name w:val="Средняя заливка 2 - Акцент 32"/>
    <w:basedOn w:val="a3"/>
    <w:next w:val="2-3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42">
    <w:name w:val="Средняя заливка 2 - Акцент 42"/>
    <w:basedOn w:val="a3"/>
    <w:next w:val="2-4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52">
    <w:name w:val="Средняя заливка 2 - Акцент 52"/>
    <w:basedOn w:val="a3"/>
    <w:next w:val="2-5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62">
    <w:name w:val="Средняя заливка 2 - Акцент 62"/>
    <w:basedOn w:val="a3"/>
    <w:next w:val="2-6"/>
    <w:uiPriority w:val="64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21">
    <w:name w:val="Средний список 12"/>
    <w:basedOn w:val="a3"/>
    <w:next w:val="111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1-120">
    <w:name w:val="Средний список 1 - Акцент 12"/>
    <w:basedOn w:val="a3"/>
    <w:next w:val="1-110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1-220">
    <w:name w:val="Средний список 1 - Акцент 22"/>
    <w:basedOn w:val="a3"/>
    <w:next w:val="1-20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1-320">
    <w:name w:val="Средний список 1 - Акцент 32"/>
    <w:basedOn w:val="a3"/>
    <w:next w:val="1-30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1-420">
    <w:name w:val="Средний список 1 - Акцент 42"/>
    <w:basedOn w:val="a3"/>
    <w:next w:val="1-40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1-520">
    <w:name w:val="Средний список 1 - Акцент 52"/>
    <w:basedOn w:val="a3"/>
    <w:next w:val="1-50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1-620">
    <w:name w:val="Средний список 1 - Акцент 62"/>
    <w:basedOn w:val="a3"/>
    <w:next w:val="1-60"/>
    <w:uiPriority w:val="65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21">
    <w:name w:val="Средний список 22"/>
    <w:basedOn w:val="a3"/>
    <w:next w:val="211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120">
    <w:name w:val="Средний список 2 - Акцент 12"/>
    <w:basedOn w:val="a3"/>
    <w:next w:val="2-1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220">
    <w:name w:val="Средний список 2 - Акцент 22"/>
    <w:basedOn w:val="a3"/>
    <w:next w:val="2-20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320">
    <w:name w:val="Средний список 2 - Акцент 32"/>
    <w:basedOn w:val="a3"/>
    <w:next w:val="2-30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420">
    <w:name w:val="Средний список 2 - Акцент 42"/>
    <w:basedOn w:val="a3"/>
    <w:next w:val="2-40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520">
    <w:name w:val="Средний список 2 - Акцент 52"/>
    <w:basedOn w:val="a3"/>
    <w:next w:val="2-50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620">
    <w:name w:val="Средний список 2 - Акцент 62"/>
    <w:basedOn w:val="a3"/>
    <w:next w:val="2-60"/>
    <w:uiPriority w:val="66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22">
    <w:name w:val="Средняя сетка 12"/>
    <w:basedOn w:val="a3"/>
    <w:next w:val="112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-121">
    <w:name w:val="Средняя сетка 1 - Акцент 12"/>
    <w:basedOn w:val="a3"/>
    <w:next w:val="1-1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1-221">
    <w:name w:val="Средняя сетка 1 - Акцент 22"/>
    <w:basedOn w:val="a3"/>
    <w:next w:val="1-21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1-321">
    <w:name w:val="Средняя сетка 1 - Акцент 32"/>
    <w:basedOn w:val="a3"/>
    <w:next w:val="1-31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421">
    <w:name w:val="Средняя сетка 1 - Акцент 42"/>
    <w:basedOn w:val="a3"/>
    <w:next w:val="1-41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1-521">
    <w:name w:val="Средняя сетка 1 - Акцент 52"/>
    <w:basedOn w:val="a3"/>
    <w:next w:val="1-51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1-621">
    <w:name w:val="Средняя сетка 1 - Акцент 62"/>
    <w:basedOn w:val="a3"/>
    <w:next w:val="1-61"/>
    <w:uiPriority w:val="67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22">
    <w:name w:val="Средняя сетка 22"/>
    <w:basedOn w:val="a3"/>
    <w:next w:val="212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2-121">
    <w:name w:val="Средняя сетка 2 - Акцент 12"/>
    <w:basedOn w:val="a3"/>
    <w:next w:val="2-10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2-221">
    <w:name w:val="Средняя сетка 2 - Акцент 22"/>
    <w:basedOn w:val="a3"/>
    <w:next w:val="2-21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2-321">
    <w:name w:val="Средняя сетка 2 - Акцент 32"/>
    <w:basedOn w:val="a3"/>
    <w:next w:val="2-31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2-421">
    <w:name w:val="Средняя сетка 2 - Акцент 42"/>
    <w:basedOn w:val="a3"/>
    <w:next w:val="2-41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2-521">
    <w:name w:val="Средняя сетка 2 - Акцент 52"/>
    <w:basedOn w:val="a3"/>
    <w:next w:val="2-51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2-621">
    <w:name w:val="Средняя сетка 2 - Акцент 62"/>
    <w:basedOn w:val="a3"/>
    <w:next w:val="2-61"/>
    <w:uiPriority w:val="68"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20">
    <w:name w:val="Средняя сетка 32"/>
    <w:basedOn w:val="a3"/>
    <w:next w:val="310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3-12">
    <w:name w:val="Средняя сетка 3 - Акцент 12"/>
    <w:basedOn w:val="a3"/>
    <w:next w:val="3-1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3-22">
    <w:name w:val="Средняя сетка 3 - Акцент 22"/>
    <w:basedOn w:val="a3"/>
    <w:next w:val="3-2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3-32">
    <w:name w:val="Средняя сетка 3 - Акцент 32"/>
    <w:basedOn w:val="a3"/>
    <w:next w:val="3-3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3-42">
    <w:name w:val="Средняя сетка 3 - Акцент 42"/>
    <w:basedOn w:val="a3"/>
    <w:next w:val="3-4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3-52">
    <w:name w:val="Средняя сетка 3 - Акцент 52"/>
    <w:basedOn w:val="a3"/>
    <w:next w:val="3-5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3-62">
    <w:name w:val="Средняя сетка 3 - Акцент 62"/>
    <w:basedOn w:val="a3"/>
    <w:next w:val="3-6"/>
    <w:uiPriority w:val="6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2f0">
    <w:name w:val="Темный список2"/>
    <w:basedOn w:val="a3"/>
    <w:next w:val="17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-123">
    <w:name w:val="Темный список - Акцент 12"/>
    <w:basedOn w:val="a3"/>
    <w:next w:val="-1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customStyle="1" w:styleId="-223">
    <w:name w:val="Темный список - Акцент 22"/>
    <w:basedOn w:val="a3"/>
    <w:next w:val="-22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customStyle="1" w:styleId="-323">
    <w:name w:val="Темный список - Акцент 32"/>
    <w:basedOn w:val="a3"/>
    <w:next w:val="-32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23">
    <w:name w:val="Темный список - Акцент 42"/>
    <w:basedOn w:val="a3"/>
    <w:next w:val="-42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23">
    <w:name w:val="Темный список - Акцент 52"/>
    <w:basedOn w:val="a3"/>
    <w:next w:val="-52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-623">
    <w:name w:val="Темный список - Акцент 62"/>
    <w:basedOn w:val="a3"/>
    <w:next w:val="-62"/>
    <w:uiPriority w:val="70"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  <w:lang w:eastAsia="ru-RU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2f1">
    <w:name w:val="Цветная заливка2"/>
    <w:basedOn w:val="a3"/>
    <w:next w:val="18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24">
    <w:name w:val="Цветная заливка - Акцент 12"/>
    <w:basedOn w:val="a3"/>
    <w:next w:val="-10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24">
    <w:name w:val="Цветная заливка - Акцент 22"/>
    <w:basedOn w:val="a3"/>
    <w:next w:val="-2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324">
    <w:name w:val="Цветная заливка - Акцент 32"/>
    <w:basedOn w:val="a3"/>
    <w:next w:val="-3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424">
    <w:name w:val="Цветная заливка - Акцент 42"/>
    <w:basedOn w:val="a3"/>
    <w:next w:val="-4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24">
    <w:name w:val="Цветная заливка - Акцент 52"/>
    <w:basedOn w:val="a3"/>
    <w:next w:val="-5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24">
    <w:name w:val="Цветная заливка - Акцент 62"/>
    <w:basedOn w:val="a3"/>
    <w:next w:val="-63"/>
    <w:uiPriority w:val="71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2f2">
    <w:name w:val="Цветной список2"/>
    <w:basedOn w:val="a3"/>
    <w:next w:val="19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-125">
    <w:name w:val="Цветной список - Акцент 12"/>
    <w:basedOn w:val="a3"/>
    <w:next w:val="-12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225">
    <w:name w:val="Цветной список - Акцент 22"/>
    <w:basedOn w:val="a3"/>
    <w:next w:val="-24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325">
    <w:name w:val="Цветной список - Акцент 32"/>
    <w:basedOn w:val="a3"/>
    <w:next w:val="-34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425">
    <w:name w:val="Цветной список - Акцент 42"/>
    <w:basedOn w:val="a3"/>
    <w:next w:val="-44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525">
    <w:name w:val="Цветной список - Акцент 52"/>
    <w:basedOn w:val="a3"/>
    <w:next w:val="-54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625">
    <w:name w:val="Цветной список - Акцент 62"/>
    <w:basedOn w:val="a3"/>
    <w:next w:val="-64"/>
    <w:uiPriority w:val="72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2f3">
    <w:name w:val="Цветная сетка2"/>
    <w:basedOn w:val="a3"/>
    <w:next w:val="1a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26">
    <w:name w:val="Цветная сетка - Акцент 12"/>
    <w:basedOn w:val="a3"/>
    <w:next w:val="-13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26">
    <w:name w:val="Цветная сетка - Акцент 22"/>
    <w:basedOn w:val="a3"/>
    <w:next w:val="-25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26">
    <w:name w:val="Цветная сетка - Акцент 32"/>
    <w:basedOn w:val="a3"/>
    <w:next w:val="-35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26">
    <w:name w:val="Цветная сетка - Акцент 42"/>
    <w:basedOn w:val="a3"/>
    <w:next w:val="-45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26">
    <w:name w:val="Цветная сетка - Акцент 52"/>
    <w:basedOn w:val="a3"/>
    <w:next w:val="-55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26">
    <w:name w:val="Цветная сетка - Акцент 62"/>
    <w:basedOn w:val="a3"/>
    <w:next w:val="-65"/>
    <w:uiPriority w:val="73"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  <w:lang w:eastAsia="ru-RU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11110">
    <w:name w:val="Сетка таблицы1111"/>
    <w:basedOn w:val="a3"/>
    <w:next w:val="a6"/>
    <w:uiPriority w:val="39"/>
    <w:rsid w:val="003F7F5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111">
    <w:name w:val="Нет списка1111"/>
    <w:next w:val="a4"/>
    <w:uiPriority w:val="99"/>
    <w:semiHidden/>
    <w:unhideWhenUsed/>
    <w:rsid w:val="003F7F57"/>
  </w:style>
  <w:style w:type="table" w:customStyle="1" w:styleId="217">
    <w:name w:val="Сетка таблицы21"/>
    <w:basedOn w:val="a3"/>
    <w:next w:val="a6"/>
    <w:uiPriority w:val="59"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a">
    <w:name w:val="Светлая заливка11"/>
    <w:basedOn w:val="a3"/>
    <w:next w:val="14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1b">
    <w:name w:val="Светлый список11"/>
    <w:basedOn w:val="a3"/>
    <w:next w:val="15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1c">
    <w:name w:val="Светлая сетка11"/>
    <w:basedOn w:val="a3"/>
    <w:next w:val="16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1112">
    <w:name w:val="Средняя заливка 111"/>
    <w:basedOn w:val="a3"/>
    <w:next w:val="110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10">
    <w:name w:val="Средняя заливка 211"/>
    <w:basedOn w:val="a3"/>
    <w:next w:val="210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3">
    <w:name w:val="Средний список 111"/>
    <w:basedOn w:val="a3"/>
    <w:next w:val="111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2111">
    <w:name w:val="Средний список 211"/>
    <w:basedOn w:val="a3"/>
    <w:next w:val="211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14">
    <w:name w:val="Средняя сетка 111"/>
    <w:basedOn w:val="a3"/>
    <w:next w:val="112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2112">
    <w:name w:val="Средняя сетка 211"/>
    <w:basedOn w:val="a3"/>
    <w:next w:val="212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3110">
    <w:name w:val="Средняя сетка 311"/>
    <w:basedOn w:val="a3"/>
    <w:next w:val="310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11d">
    <w:name w:val="Темный список11"/>
    <w:basedOn w:val="a3"/>
    <w:next w:val="17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11e">
    <w:name w:val="Цветная заливка11"/>
    <w:basedOn w:val="a3"/>
    <w:next w:val="18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1f">
    <w:name w:val="Цветной список11"/>
    <w:basedOn w:val="a3"/>
    <w:next w:val="19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11f0">
    <w:name w:val="Цветная сетка11"/>
    <w:basedOn w:val="a3"/>
    <w:next w:val="1a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110">
    <w:name w:val="Светлая заливка - Акцент 111"/>
    <w:basedOn w:val="a3"/>
    <w:next w:val="-11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365F91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1111">
    <w:name w:val="Светлый список - Акцент 111"/>
    <w:basedOn w:val="a3"/>
    <w:next w:val="-11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1112">
    <w:name w:val="Светлая сетка - Акцент 111"/>
    <w:basedOn w:val="a3"/>
    <w:next w:val="-11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1-1110">
    <w:name w:val="Средняя заливка 1 - Акцент 111"/>
    <w:basedOn w:val="a3"/>
    <w:next w:val="1-11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1110">
    <w:name w:val="Средняя заливка 2 - Акцент 111"/>
    <w:basedOn w:val="a3"/>
    <w:next w:val="2-11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1111">
    <w:name w:val="Средний список 1 - Акцент 111"/>
    <w:basedOn w:val="a3"/>
    <w:next w:val="1-11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2-1111">
    <w:name w:val="Средний список 2 - Акцент 111"/>
    <w:basedOn w:val="a3"/>
    <w:next w:val="2-1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1112">
    <w:name w:val="Средняя сетка 1 - Акцент 111"/>
    <w:basedOn w:val="a3"/>
    <w:next w:val="1-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2-1112">
    <w:name w:val="Средняя сетка 2 - Акцент 111"/>
    <w:basedOn w:val="a3"/>
    <w:next w:val="2-10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3-111">
    <w:name w:val="Средняя сетка 3 - Акцент 111"/>
    <w:basedOn w:val="a3"/>
    <w:next w:val="3-1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-1113">
    <w:name w:val="Темный список - Акцент 111"/>
    <w:basedOn w:val="a3"/>
    <w:next w:val="-1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customStyle="1" w:styleId="-1114">
    <w:name w:val="Цветная заливка - Акцент 111"/>
    <w:basedOn w:val="a3"/>
    <w:next w:val="-10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15">
    <w:name w:val="Цветной список - Акцент 111"/>
    <w:basedOn w:val="a3"/>
    <w:next w:val="-12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1116">
    <w:name w:val="Цветная сетка - Акцент 111"/>
    <w:basedOn w:val="a3"/>
    <w:next w:val="-13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110">
    <w:name w:val="Светлая заливка - Акцент 211"/>
    <w:basedOn w:val="a3"/>
    <w:next w:val="-2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943634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2111">
    <w:name w:val="Светлый список - Акцент 211"/>
    <w:basedOn w:val="a3"/>
    <w:next w:val="-2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2112">
    <w:name w:val="Светлая сетка - Акцент 211"/>
    <w:basedOn w:val="a3"/>
    <w:next w:val="-2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1-2110">
    <w:name w:val="Средняя заливка 1 - Акцент 211"/>
    <w:basedOn w:val="a3"/>
    <w:next w:val="1-2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2110">
    <w:name w:val="Средняя заливка 2 - Акцент 211"/>
    <w:basedOn w:val="a3"/>
    <w:next w:val="2-2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11">
    <w:name w:val="Средний список 1 - Акцент 211"/>
    <w:basedOn w:val="a3"/>
    <w:next w:val="1-2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2-2111">
    <w:name w:val="Средний список 2 - Акцент 211"/>
    <w:basedOn w:val="a3"/>
    <w:next w:val="2-2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2112">
    <w:name w:val="Средняя сетка 1 - Акцент 211"/>
    <w:basedOn w:val="a3"/>
    <w:next w:val="1-2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2-2112">
    <w:name w:val="Средняя сетка 2 - Акцент 211"/>
    <w:basedOn w:val="a3"/>
    <w:next w:val="2-2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3-211">
    <w:name w:val="Средняя сетка 3 - Акцент 211"/>
    <w:basedOn w:val="a3"/>
    <w:next w:val="3-2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-2113">
    <w:name w:val="Темный список - Акцент 211"/>
    <w:basedOn w:val="a3"/>
    <w:next w:val="-2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customStyle="1" w:styleId="-2114">
    <w:name w:val="Цветная заливка - Акцент 211"/>
    <w:basedOn w:val="a3"/>
    <w:next w:val="-2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15">
    <w:name w:val="Цветной список - Акцент 211"/>
    <w:basedOn w:val="a3"/>
    <w:next w:val="-2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2116">
    <w:name w:val="Цветная сетка - Акцент 211"/>
    <w:basedOn w:val="a3"/>
    <w:next w:val="-2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110">
    <w:name w:val="Светлая заливка - Акцент 311"/>
    <w:basedOn w:val="a3"/>
    <w:next w:val="-3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76923C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3111">
    <w:name w:val="Светлый список - Акцент 311"/>
    <w:basedOn w:val="a3"/>
    <w:next w:val="-3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112">
    <w:name w:val="Светлая сетка - Акцент 311"/>
    <w:basedOn w:val="a3"/>
    <w:next w:val="-3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1-3110">
    <w:name w:val="Средняя заливка 1 - Акцент 311"/>
    <w:basedOn w:val="a3"/>
    <w:next w:val="1-3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3110">
    <w:name w:val="Средняя заливка 2 - Акцент 311"/>
    <w:basedOn w:val="a3"/>
    <w:next w:val="2-3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3111">
    <w:name w:val="Средний список 1 - Акцент 311"/>
    <w:basedOn w:val="a3"/>
    <w:next w:val="1-3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2-3111">
    <w:name w:val="Средний список 2 - Акцент 311"/>
    <w:basedOn w:val="a3"/>
    <w:next w:val="2-3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3112">
    <w:name w:val="Средняя сетка 1 - Акцент 311"/>
    <w:basedOn w:val="a3"/>
    <w:next w:val="1-3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2-3112">
    <w:name w:val="Средняя сетка 2 - Акцент 311"/>
    <w:basedOn w:val="a3"/>
    <w:next w:val="2-3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3-311">
    <w:name w:val="Средняя сетка 3 - Акцент 311"/>
    <w:basedOn w:val="a3"/>
    <w:next w:val="3-3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-3113">
    <w:name w:val="Темный список - Акцент 311"/>
    <w:basedOn w:val="a3"/>
    <w:next w:val="-3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3114">
    <w:name w:val="Цветная заливка - Акцент 311"/>
    <w:basedOn w:val="a3"/>
    <w:next w:val="-3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5">
    <w:name w:val="Цветной список - Акцент 311"/>
    <w:basedOn w:val="a3"/>
    <w:next w:val="-3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3116">
    <w:name w:val="Цветная сетка - Акцент 311"/>
    <w:basedOn w:val="a3"/>
    <w:next w:val="-3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110">
    <w:name w:val="Светлая заливка - Акцент 411"/>
    <w:basedOn w:val="a3"/>
    <w:next w:val="-4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5F497A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4111">
    <w:name w:val="Светлый список - Акцент 411"/>
    <w:basedOn w:val="a3"/>
    <w:next w:val="-4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4112">
    <w:name w:val="Светлая сетка - Акцент 411"/>
    <w:basedOn w:val="a3"/>
    <w:next w:val="-4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1-4110">
    <w:name w:val="Средняя заливка 1 - Акцент 411"/>
    <w:basedOn w:val="a3"/>
    <w:next w:val="1-4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4110">
    <w:name w:val="Средняя заливка 2 - Акцент 411"/>
    <w:basedOn w:val="a3"/>
    <w:next w:val="2-4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4111">
    <w:name w:val="Средний список 1 - Акцент 411"/>
    <w:basedOn w:val="a3"/>
    <w:next w:val="1-4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2-4111">
    <w:name w:val="Средний список 2 - Акцент 411"/>
    <w:basedOn w:val="a3"/>
    <w:next w:val="2-4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4112">
    <w:name w:val="Средняя сетка 1 - Акцент 411"/>
    <w:basedOn w:val="a3"/>
    <w:next w:val="1-4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2-4112">
    <w:name w:val="Средняя сетка 2 - Акцент 411"/>
    <w:basedOn w:val="a3"/>
    <w:next w:val="2-4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3-411">
    <w:name w:val="Средняя сетка 3 - Акцент 411"/>
    <w:basedOn w:val="a3"/>
    <w:next w:val="3-4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-4113">
    <w:name w:val="Темный список - Акцент 411"/>
    <w:basedOn w:val="a3"/>
    <w:next w:val="-4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4114">
    <w:name w:val="Цветная заливка - Акцент 411"/>
    <w:basedOn w:val="a3"/>
    <w:next w:val="-4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4115">
    <w:name w:val="Цветной список - Акцент 411"/>
    <w:basedOn w:val="a3"/>
    <w:next w:val="-4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4116">
    <w:name w:val="Цветная сетка - Акцент 411"/>
    <w:basedOn w:val="a3"/>
    <w:next w:val="-4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110">
    <w:name w:val="Светлая заливка - Акцент 511"/>
    <w:basedOn w:val="a3"/>
    <w:next w:val="-5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31849B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-5111">
    <w:name w:val="Светлый список - Акцент 511"/>
    <w:basedOn w:val="a3"/>
    <w:next w:val="-5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5112">
    <w:name w:val="Светлая сетка - Акцент 511"/>
    <w:basedOn w:val="a3"/>
    <w:next w:val="-5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1-5110">
    <w:name w:val="Средняя заливка 1 - Акцент 511"/>
    <w:basedOn w:val="a3"/>
    <w:next w:val="1-5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10">
    <w:name w:val="Средняя заливка 2 - Акцент 511"/>
    <w:basedOn w:val="a3"/>
    <w:next w:val="2-5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11">
    <w:name w:val="Средний список 1 - Акцент 511"/>
    <w:basedOn w:val="a3"/>
    <w:next w:val="1-5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2-5111">
    <w:name w:val="Средний список 2 - Акцент 511"/>
    <w:basedOn w:val="a3"/>
    <w:next w:val="2-5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5112">
    <w:name w:val="Средняя сетка 1 - Акцент 511"/>
    <w:basedOn w:val="a3"/>
    <w:next w:val="1-5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2-5112">
    <w:name w:val="Средняя сетка 2 - Акцент 511"/>
    <w:basedOn w:val="a3"/>
    <w:next w:val="2-5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3-511">
    <w:name w:val="Средняя сетка 3 - Акцент 511"/>
    <w:basedOn w:val="a3"/>
    <w:next w:val="3-5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-5113">
    <w:name w:val="Темный список - Акцент 511"/>
    <w:basedOn w:val="a3"/>
    <w:next w:val="-5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-5114">
    <w:name w:val="Цветная заливка - Акцент 511"/>
    <w:basedOn w:val="a3"/>
    <w:next w:val="-5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15">
    <w:name w:val="Цветной список - Акцент 511"/>
    <w:basedOn w:val="a3"/>
    <w:next w:val="-5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5116">
    <w:name w:val="Цветная сетка - Акцент 511"/>
    <w:basedOn w:val="a3"/>
    <w:next w:val="-5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110">
    <w:name w:val="Светлая заливка - Акцент 611"/>
    <w:basedOn w:val="a3"/>
    <w:next w:val="-6"/>
    <w:uiPriority w:val="6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E36C0A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11">
    <w:name w:val="Светлый список - Акцент 611"/>
    <w:basedOn w:val="a3"/>
    <w:next w:val="-60"/>
    <w:uiPriority w:val="6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-6112">
    <w:name w:val="Светлая сетка - Акцент 611"/>
    <w:basedOn w:val="a3"/>
    <w:next w:val="-61"/>
    <w:uiPriority w:val="6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" w:eastAsia="MS Gothic" w:hAnsi="Calibri" w:cs="Times New Roman" w:hint="default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 w:hint="default"/>
        <w:b/>
        <w:bCs/>
      </w:rPr>
    </w:tblStylePr>
    <w:tblStylePr w:type="lastCol">
      <w:rPr>
        <w:rFonts w:ascii="Calibri" w:eastAsia="MS Gothic" w:hAnsi="Calibri" w:cs="Times New Roman" w:hint="default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-6110">
    <w:name w:val="Средняя заливка 1 - Акцент 611"/>
    <w:basedOn w:val="a3"/>
    <w:next w:val="1-6"/>
    <w:uiPriority w:val="6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6110">
    <w:name w:val="Средняя заливка 2 - Акцент 611"/>
    <w:basedOn w:val="a3"/>
    <w:next w:val="2-6"/>
    <w:uiPriority w:val="64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6111">
    <w:name w:val="Средний список 1 - Акцент 611"/>
    <w:basedOn w:val="a3"/>
    <w:next w:val="1-60"/>
    <w:uiPriority w:val="65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 w:hint="default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-6111">
    <w:name w:val="Средний список 2 - Акцент 611"/>
    <w:basedOn w:val="a3"/>
    <w:next w:val="2-60"/>
    <w:uiPriority w:val="66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6112">
    <w:name w:val="Средняя сетка 1 - Акцент 611"/>
    <w:basedOn w:val="a3"/>
    <w:next w:val="1-61"/>
    <w:uiPriority w:val="67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-6112">
    <w:name w:val="Средняя сетка 2 - Акцент 611"/>
    <w:basedOn w:val="a3"/>
    <w:next w:val="2-61"/>
    <w:uiPriority w:val="68"/>
    <w:semiHidden/>
    <w:unhideWhenUsed/>
    <w:rsid w:val="003F7F57"/>
    <w:pPr>
      <w:spacing w:after="0" w:line="240" w:lineRule="auto"/>
    </w:pPr>
    <w:rPr>
      <w:rFonts w:ascii="Calibri" w:eastAsia="MS Gothic" w:hAnsi="Calibri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-611">
    <w:name w:val="Средняя сетка 3 - Акцент 611"/>
    <w:basedOn w:val="a3"/>
    <w:next w:val="3-6"/>
    <w:uiPriority w:val="69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-6113">
    <w:name w:val="Темный список - Акцент 611"/>
    <w:basedOn w:val="a3"/>
    <w:next w:val="-62"/>
    <w:uiPriority w:val="70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FFFFFF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-6114">
    <w:name w:val="Цветная заливка - Акцент 611"/>
    <w:basedOn w:val="a3"/>
    <w:next w:val="-63"/>
    <w:uiPriority w:val="71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15">
    <w:name w:val="Цветной список - Акцент 611"/>
    <w:basedOn w:val="a3"/>
    <w:next w:val="-64"/>
    <w:uiPriority w:val="72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-6116">
    <w:name w:val="Цветная сетка - Акцент 611"/>
    <w:basedOn w:val="a3"/>
    <w:next w:val="-65"/>
    <w:uiPriority w:val="73"/>
    <w:semiHidden/>
    <w:unhideWhenUsed/>
    <w:rsid w:val="003F7F57"/>
    <w:pPr>
      <w:spacing w:after="0" w:line="240" w:lineRule="auto"/>
    </w:pPr>
    <w:rPr>
      <w:rFonts w:ascii="Cambria" w:eastAsia="MS Mincho" w:hAnsi="Cambria" w:cs="Times New Roman"/>
      <w:color w:val="000000"/>
      <w:sz w:val="20"/>
      <w:szCs w:val="20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paragraph" w:customStyle="1" w:styleId="123">
    <w:name w:val="Заголовок 12"/>
    <w:basedOn w:val="a1"/>
    <w:uiPriority w:val="1"/>
    <w:qFormat/>
    <w:rsid w:val="003F7F57"/>
    <w:pPr>
      <w:widowControl w:val="0"/>
      <w:autoSpaceDE w:val="0"/>
      <w:autoSpaceDN w:val="0"/>
      <w:spacing w:before="66"/>
      <w:ind w:left="106"/>
      <w:outlineLvl w:val="1"/>
    </w:pPr>
    <w:rPr>
      <w:b/>
      <w:bCs/>
      <w:lang w:eastAsia="en-US"/>
    </w:rPr>
  </w:style>
  <w:style w:type="character" w:customStyle="1" w:styleId="2f4">
    <w:name w:val="Заголовок Знак2"/>
    <w:uiPriority w:val="10"/>
    <w:rsid w:val="003F7F57"/>
    <w:rPr>
      <w:rFonts w:ascii="Cambria" w:eastAsia="Times New Roman" w:hAnsi="Cambria" w:cs="Times New Roman"/>
      <w:spacing w:val="-10"/>
      <w:kern w:val="28"/>
      <w:sz w:val="56"/>
      <w:szCs w:val="56"/>
      <w:lang w:val="ru-RU"/>
    </w:rPr>
  </w:style>
  <w:style w:type="numbering" w:customStyle="1" w:styleId="39">
    <w:name w:val="Нет списка3"/>
    <w:next w:val="a4"/>
    <w:uiPriority w:val="99"/>
    <w:semiHidden/>
    <w:unhideWhenUsed/>
    <w:rsid w:val="003F7F57"/>
  </w:style>
  <w:style w:type="character" w:customStyle="1" w:styleId="FontStyle31">
    <w:name w:val="Font Style31"/>
    <w:uiPriority w:val="99"/>
    <w:rsid w:val="003F7F57"/>
    <w:rPr>
      <w:rFonts w:ascii="Times New Roman" w:hAnsi="Times New Roman" w:cs="Times New Roman"/>
      <w:sz w:val="18"/>
      <w:szCs w:val="18"/>
    </w:rPr>
  </w:style>
  <w:style w:type="character" w:customStyle="1" w:styleId="NoSpacingChar">
    <w:name w:val="No Spacing Char"/>
    <w:link w:val="11f1"/>
    <w:uiPriority w:val="99"/>
    <w:locked/>
    <w:rsid w:val="003F7F57"/>
    <w:rPr>
      <w:lang w:eastAsia="ru-RU"/>
    </w:rPr>
  </w:style>
  <w:style w:type="character" w:customStyle="1" w:styleId="29pt2">
    <w:name w:val="Основной текст (2) + 9 pt2"/>
    <w:aliases w:val="Не курсив3"/>
    <w:uiPriority w:val="99"/>
    <w:rsid w:val="003F7F57"/>
    <w:rPr>
      <w:rFonts w:ascii="Times New Roman" w:hAnsi="Times New Roman"/>
      <w:i/>
      <w:color w:val="000000"/>
      <w:spacing w:val="0"/>
      <w:w w:val="100"/>
      <w:position w:val="0"/>
      <w:sz w:val="18"/>
      <w:u w:val="none"/>
      <w:lang w:val="tt-RU" w:eastAsia="tt-RU"/>
    </w:rPr>
  </w:style>
  <w:style w:type="character" w:customStyle="1" w:styleId="translation-chunk">
    <w:name w:val="translation-chunk"/>
    <w:uiPriority w:val="99"/>
    <w:rsid w:val="003F7F57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3F7F57"/>
    <w:rPr>
      <w:rFonts w:ascii="Times New Roman" w:hAnsi="Times New Roman"/>
      <w:sz w:val="24"/>
      <w:u w:val="none"/>
    </w:rPr>
  </w:style>
  <w:style w:type="character" w:customStyle="1" w:styleId="NoSpacingChar1">
    <w:name w:val="No Spacing Char1"/>
    <w:link w:val="1f3"/>
    <w:uiPriority w:val="99"/>
    <w:semiHidden/>
    <w:locked/>
    <w:rsid w:val="003F7F57"/>
  </w:style>
  <w:style w:type="character" w:customStyle="1" w:styleId="ListParagraphChar1">
    <w:name w:val="List Paragraph Char1"/>
    <w:link w:val="1f4"/>
    <w:uiPriority w:val="99"/>
    <w:semiHidden/>
    <w:locked/>
    <w:rsid w:val="003F7F57"/>
    <w:rPr>
      <w:rFonts w:ascii="Calibri" w:hAnsi="Calibri"/>
    </w:rPr>
  </w:style>
  <w:style w:type="character" w:customStyle="1" w:styleId="HTML">
    <w:name w:val="Стандартный HTML Знак"/>
    <w:link w:val="HTML0"/>
    <w:uiPriority w:val="99"/>
    <w:locked/>
    <w:rsid w:val="003F7F57"/>
    <w:rPr>
      <w:rFonts w:ascii="Courier New" w:hAnsi="Courier New" w:cs="Courier New"/>
      <w:sz w:val="20"/>
      <w:szCs w:val="20"/>
      <w:lang w:eastAsia="ru-RU"/>
    </w:rPr>
  </w:style>
  <w:style w:type="character" w:customStyle="1" w:styleId="FontStyle18">
    <w:name w:val="Font Style18"/>
    <w:uiPriority w:val="99"/>
    <w:rsid w:val="003F7F57"/>
    <w:rPr>
      <w:rFonts w:ascii="Times New Roman" w:hAnsi="Times New Roman" w:cs="Times New Roman"/>
      <w:sz w:val="18"/>
      <w:szCs w:val="18"/>
    </w:rPr>
  </w:style>
  <w:style w:type="character" w:customStyle="1" w:styleId="FontStyle21">
    <w:name w:val="Font Style21"/>
    <w:uiPriority w:val="99"/>
    <w:rsid w:val="003F7F57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19">
    <w:name w:val="Font Style19"/>
    <w:uiPriority w:val="99"/>
    <w:rsid w:val="003F7F57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uiPriority w:val="99"/>
    <w:rsid w:val="003F7F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uiPriority w:val="99"/>
    <w:rsid w:val="003F7F57"/>
    <w:rPr>
      <w:rFonts w:ascii="Times New Roman" w:hAnsi="Times New Roman" w:cs="Times New Roman"/>
      <w:sz w:val="18"/>
      <w:szCs w:val="18"/>
    </w:rPr>
  </w:style>
  <w:style w:type="character" w:customStyle="1" w:styleId="FontStyle23">
    <w:name w:val="Font Style23"/>
    <w:uiPriority w:val="99"/>
    <w:rsid w:val="003F7F5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6">
    <w:name w:val="Font Style16"/>
    <w:uiPriority w:val="99"/>
    <w:rsid w:val="003F7F57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uiPriority w:val="99"/>
    <w:rsid w:val="003F7F57"/>
    <w:rPr>
      <w:rFonts w:ascii="Times New Roman" w:hAnsi="Times New Roman" w:cs="Times New Roman"/>
      <w:sz w:val="18"/>
      <w:szCs w:val="18"/>
    </w:rPr>
  </w:style>
  <w:style w:type="paragraph" w:customStyle="1" w:styleId="11f1">
    <w:name w:val="Без интервала11"/>
    <w:link w:val="NoSpacingChar"/>
    <w:uiPriority w:val="99"/>
    <w:rsid w:val="003F7F57"/>
    <w:pPr>
      <w:spacing w:after="0" w:line="240" w:lineRule="auto"/>
    </w:pPr>
    <w:rPr>
      <w:lang w:eastAsia="ru-RU"/>
    </w:rPr>
  </w:style>
  <w:style w:type="paragraph" w:customStyle="1" w:styleId="msonormalcxspmiddle">
    <w:name w:val="msonormalcxspmiddle"/>
    <w:basedOn w:val="a1"/>
    <w:uiPriority w:val="99"/>
    <w:semiHidden/>
    <w:rsid w:val="003F7F57"/>
    <w:pPr>
      <w:spacing w:before="100" w:beforeAutospacing="1" w:after="100" w:afterAutospacing="1"/>
    </w:pPr>
    <w:rPr>
      <w:rFonts w:eastAsia="SimSun"/>
    </w:rPr>
  </w:style>
  <w:style w:type="paragraph" w:customStyle="1" w:styleId="msonormalcxsplast">
    <w:name w:val="msonormalcxsplast"/>
    <w:basedOn w:val="a1"/>
    <w:uiPriority w:val="99"/>
    <w:semiHidden/>
    <w:rsid w:val="003F7F57"/>
    <w:pPr>
      <w:spacing w:before="100" w:beforeAutospacing="1" w:after="100" w:afterAutospacing="1"/>
    </w:pPr>
    <w:rPr>
      <w:rFonts w:eastAsia="SimSun"/>
    </w:rPr>
  </w:style>
  <w:style w:type="paragraph" w:customStyle="1" w:styleId="1f3">
    <w:name w:val="Без интервала1"/>
    <w:link w:val="NoSpacingChar1"/>
    <w:uiPriority w:val="99"/>
    <w:semiHidden/>
    <w:rsid w:val="003F7F57"/>
    <w:pPr>
      <w:spacing w:after="0" w:line="240" w:lineRule="auto"/>
    </w:pPr>
  </w:style>
  <w:style w:type="character" w:customStyle="1" w:styleId="1f5">
    <w:name w:val="Текст выноски Знак1"/>
    <w:basedOn w:val="a2"/>
    <w:uiPriority w:val="99"/>
    <w:semiHidden/>
    <w:rsid w:val="003F7F57"/>
    <w:rPr>
      <w:rFonts w:ascii="Segoe UI" w:eastAsia="SimSun" w:hAnsi="Segoe UI" w:cs="Segoe UI"/>
      <w:sz w:val="18"/>
      <w:szCs w:val="18"/>
    </w:rPr>
  </w:style>
  <w:style w:type="paragraph" w:customStyle="1" w:styleId="HTML1">
    <w:name w:val="Стандартный HTML1"/>
    <w:basedOn w:val="a1"/>
    <w:next w:val="HTML0"/>
    <w:uiPriority w:val="99"/>
    <w:rsid w:val="003F7F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10">
    <w:name w:val="Стандартный HTML Знак1"/>
    <w:basedOn w:val="a2"/>
    <w:uiPriority w:val="99"/>
    <w:semiHidden/>
    <w:rsid w:val="003F7F57"/>
    <w:rPr>
      <w:rFonts w:ascii="Consolas" w:eastAsia="SimSun" w:hAnsi="Consolas" w:cs="Times New Roman"/>
      <w:sz w:val="20"/>
      <w:szCs w:val="20"/>
    </w:rPr>
  </w:style>
  <w:style w:type="paragraph" w:customStyle="1" w:styleId="1f4">
    <w:name w:val="Абзац списка1"/>
    <w:basedOn w:val="a1"/>
    <w:link w:val="ListParagraphChar1"/>
    <w:uiPriority w:val="99"/>
    <w:semiHidden/>
    <w:rsid w:val="003F7F57"/>
    <w:pPr>
      <w:spacing w:after="200" w:line="276" w:lineRule="auto"/>
      <w:ind w:left="720"/>
      <w:contextualSpacing/>
    </w:pPr>
    <w:rPr>
      <w:rFonts w:ascii="Calibri" w:eastAsiaTheme="minorHAnsi" w:hAnsi="Calibri" w:cstheme="minorBidi"/>
      <w:sz w:val="22"/>
      <w:szCs w:val="22"/>
      <w:lang w:eastAsia="en-US"/>
    </w:rPr>
  </w:style>
  <w:style w:type="table" w:customStyle="1" w:styleId="42">
    <w:name w:val="Сетка таблицы4"/>
    <w:basedOn w:val="a3"/>
    <w:next w:val="a6"/>
    <w:uiPriority w:val="59"/>
    <w:rsid w:val="003F7F5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d">
    <w:name w:val="Без интервала Знак"/>
    <w:link w:val="afc"/>
    <w:uiPriority w:val="1"/>
    <w:locked/>
    <w:rsid w:val="003F7F57"/>
    <w:rPr>
      <w:rFonts w:ascii="Cambria" w:eastAsia="MS Mincho" w:hAnsi="Cambria" w:cs="Times New Roman"/>
      <w:lang w:val="en-US"/>
    </w:rPr>
  </w:style>
  <w:style w:type="paragraph" w:styleId="HTML0">
    <w:name w:val="HTML Preformatted"/>
    <w:basedOn w:val="a1"/>
    <w:link w:val="HTML"/>
    <w:uiPriority w:val="99"/>
    <w:semiHidden/>
    <w:unhideWhenUsed/>
    <w:rsid w:val="003F7F57"/>
    <w:rPr>
      <w:rFonts w:ascii="Courier New" w:eastAsiaTheme="minorHAnsi" w:hAnsi="Courier New" w:cs="Courier New"/>
      <w:sz w:val="20"/>
      <w:szCs w:val="20"/>
    </w:rPr>
  </w:style>
  <w:style w:type="character" w:customStyle="1" w:styleId="HTML2">
    <w:name w:val="Стандартный HTML Знак2"/>
    <w:basedOn w:val="a2"/>
    <w:uiPriority w:val="99"/>
    <w:semiHidden/>
    <w:rsid w:val="003F7F57"/>
    <w:rPr>
      <w:rFonts w:ascii="Consolas" w:eastAsia="Times New Roman" w:hAnsi="Consolas" w:cs="Consolas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45895-BE12-4912-A34D-2E5D703C2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17752</Words>
  <Characters>101193</Characters>
  <Application>Microsoft Office Word</Application>
  <DocSecurity>0</DocSecurity>
  <Lines>843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Эльмира</cp:lastModifiedBy>
  <cp:revision>2</cp:revision>
  <cp:lastPrinted>2023-10-25T12:18:00Z</cp:lastPrinted>
  <dcterms:created xsi:type="dcterms:W3CDTF">2023-10-30T11:07:00Z</dcterms:created>
  <dcterms:modified xsi:type="dcterms:W3CDTF">2023-10-30T11:07:00Z</dcterms:modified>
</cp:coreProperties>
</file>